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6826" w14:textId="77777777" w:rsidR="0096713F" w:rsidRPr="003F4D10" w:rsidRDefault="001C72E7" w:rsidP="00CA4DE3">
      <w:pPr>
        <w:jc w:val="center"/>
        <w:rPr>
          <w:lang w:val="tr-TR"/>
        </w:rPr>
      </w:pPr>
      <w:r w:rsidRPr="003F4D10">
        <w:rPr>
          <w:b/>
          <w:sz w:val="24"/>
          <w:lang w:val="tr-TR"/>
        </w:rPr>
        <w:t>T.C.</w:t>
      </w:r>
      <w:r w:rsidRPr="003F4D10">
        <w:rPr>
          <w:b/>
          <w:sz w:val="24"/>
          <w:lang w:val="tr-TR"/>
        </w:rPr>
        <w:br/>
        <w:t>MUĞLA SITKI KOÇMAN ÜNİVERSİTESİ</w:t>
      </w:r>
      <w:r w:rsidRPr="003F4D10">
        <w:rPr>
          <w:b/>
          <w:sz w:val="24"/>
          <w:lang w:val="tr-TR"/>
        </w:rPr>
        <w:br/>
        <w:t>SEYDİKEMER UYGULAMALI BİLİMLER YÜKSEKOKULU</w:t>
      </w:r>
      <w:r w:rsidRPr="003F4D10">
        <w:rPr>
          <w:b/>
          <w:sz w:val="24"/>
          <w:lang w:val="tr-TR"/>
        </w:rPr>
        <w:br/>
        <w:t>SOSYAL HİZMET BÖLÜMÜ</w:t>
      </w:r>
      <w:r w:rsidRPr="003F4D10">
        <w:rPr>
          <w:b/>
          <w:sz w:val="24"/>
          <w:lang w:val="tr-TR"/>
        </w:rPr>
        <w:br/>
      </w:r>
    </w:p>
    <w:p w14:paraId="6B1E5656" w14:textId="77777777" w:rsidR="00724857" w:rsidRPr="003F4D10" w:rsidRDefault="00724857" w:rsidP="00CA4DE3">
      <w:pPr>
        <w:jc w:val="center"/>
        <w:rPr>
          <w:lang w:val="tr-TR"/>
        </w:rPr>
      </w:pPr>
    </w:p>
    <w:p w14:paraId="72E6426C" w14:textId="77777777" w:rsidR="00724857" w:rsidRPr="003F4D10" w:rsidRDefault="00724857" w:rsidP="00CA4DE3">
      <w:pPr>
        <w:jc w:val="center"/>
        <w:rPr>
          <w:lang w:val="tr-TR"/>
        </w:rPr>
      </w:pPr>
    </w:p>
    <w:p w14:paraId="39390D45" w14:textId="77777777" w:rsidR="00724857" w:rsidRPr="003F4D10" w:rsidRDefault="00724857" w:rsidP="00CA4DE3">
      <w:pPr>
        <w:jc w:val="center"/>
        <w:rPr>
          <w:lang w:val="tr-TR"/>
        </w:rPr>
      </w:pPr>
    </w:p>
    <w:p w14:paraId="23D552CF" w14:textId="77777777" w:rsidR="00724857" w:rsidRPr="003F4D10" w:rsidRDefault="00724857" w:rsidP="00CA4DE3">
      <w:pPr>
        <w:jc w:val="center"/>
        <w:rPr>
          <w:lang w:val="tr-TR"/>
        </w:rPr>
      </w:pPr>
    </w:p>
    <w:p w14:paraId="48479CE8" w14:textId="77777777" w:rsidR="00724857" w:rsidRPr="003F4D10" w:rsidRDefault="00724857" w:rsidP="00CA4DE3">
      <w:pPr>
        <w:jc w:val="center"/>
        <w:rPr>
          <w:lang w:val="tr-TR"/>
        </w:rPr>
      </w:pPr>
    </w:p>
    <w:p w14:paraId="517D3FC9" w14:textId="77777777" w:rsidR="0096713F" w:rsidRPr="003F4D10" w:rsidRDefault="001C72E7" w:rsidP="00CA4DE3">
      <w:pPr>
        <w:spacing w:after="120"/>
        <w:jc w:val="center"/>
        <w:rPr>
          <w:lang w:val="tr-TR"/>
        </w:rPr>
      </w:pPr>
      <w:r w:rsidRPr="003F4D10">
        <w:rPr>
          <w:sz w:val="8"/>
          <w:lang w:val="tr-TR"/>
        </w:rPr>
        <w:br/>
      </w:r>
    </w:p>
    <w:p w14:paraId="4D04F4E2" w14:textId="77777777" w:rsidR="0096713F" w:rsidRPr="003F4D10" w:rsidRDefault="001C72E7" w:rsidP="00CA4DE3">
      <w:pPr>
        <w:jc w:val="center"/>
        <w:rPr>
          <w:lang w:val="tr-TR"/>
        </w:rPr>
      </w:pPr>
      <w:r w:rsidRPr="003F4D10">
        <w:rPr>
          <w:b/>
          <w:sz w:val="28"/>
          <w:lang w:val="tr-TR"/>
        </w:rPr>
        <w:t>SHB4004 SOSYAL HİZMET KURULUŞUNDA MESLEKİ EĞİTİM DERSİ</w:t>
      </w:r>
    </w:p>
    <w:p w14:paraId="52336D66" w14:textId="77777777" w:rsidR="0096713F" w:rsidRPr="003F4D10" w:rsidRDefault="001C72E7" w:rsidP="00CA4DE3">
      <w:pPr>
        <w:jc w:val="center"/>
        <w:rPr>
          <w:lang w:val="tr-TR"/>
        </w:rPr>
      </w:pPr>
      <w:r w:rsidRPr="003F4D10">
        <w:rPr>
          <w:b/>
          <w:sz w:val="32"/>
          <w:lang w:val="tr-TR"/>
        </w:rPr>
        <w:t>MESLEKİ EĞİTİM DOSYASI</w:t>
      </w:r>
      <w:r w:rsidRPr="003F4D10">
        <w:rPr>
          <w:b/>
          <w:sz w:val="32"/>
          <w:lang w:val="tr-TR"/>
        </w:rPr>
        <w:br/>
      </w:r>
    </w:p>
    <w:p w14:paraId="76EE0A9E" w14:textId="77777777" w:rsidR="0096713F" w:rsidRPr="003F4D10" w:rsidRDefault="0096713F" w:rsidP="00CA4DE3">
      <w:pPr>
        <w:spacing w:after="120"/>
        <w:rPr>
          <w:lang w:val="tr-TR"/>
        </w:rPr>
      </w:pPr>
    </w:p>
    <w:p w14:paraId="251A4E8E" w14:textId="77777777" w:rsidR="0096713F" w:rsidRPr="003F4D10" w:rsidRDefault="0096713F" w:rsidP="00CA4DE3">
      <w:pPr>
        <w:spacing w:after="120"/>
        <w:rPr>
          <w:lang w:val="tr-TR"/>
        </w:rPr>
      </w:pPr>
    </w:p>
    <w:p w14:paraId="7D445A80" w14:textId="77777777" w:rsidR="0096713F" w:rsidRPr="003F4D10" w:rsidRDefault="0096713F" w:rsidP="00CA4DE3">
      <w:pPr>
        <w:spacing w:after="120"/>
        <w:rPr>
          <w:lang w:val="tr-TR"/>
        </w:rPr>
      </w:pPr>
    </w:p>
    <w:p w14:paraId="4250D431" w14:textId="77777777" w:rsidR="0096713F" w:rsidRPr="003F4D10" w:rsidRDefault="0096713F" w:rsidP="00CA4DE3">
      <w:pPr>
        <w:spacing w:after="120"/>
        <w:rPr>
          <w:lang w:val="tr-TR"/>
        </w:rPr>
      </w:pPr>
    </w:p>
    <w:p w14:paraId="31E920A9" w14:textId="77777777" w:rsidR="0096713F" w:rsidRPr="003F4D10" w:rsidRDefault="0096713F" w:rsidP="00CA4DE3">
      <w:pPr>
        <w:spacing w:after="120"/>
        <w:rPr>
          <w:lang w:val="tr-TR"/>
        </w:rPr>
      </w:pPr>
    </w:p>
    <w:p w14:paraId="5796CA76" w14:textId="77777777" w:rsidR="0096713F" w:rsidRPr="003F4D10" w:rsidRDefault="0096713F" w:rsidP="00CA4DE3">
      <w:pPr>
        <w:spacing w:after="120"/>
        <w:rPr>
          <w:lang w:val="tr-TR"/>
        </w:rPr>
      </w:pPr>
    </w:p>
    <w:p w14:paraId="4EE1ED41" w14:textId="77777777" w:rsidR="0096713F" w:rsidRPr="003F4D10" w:rsidRDefault="0096713F" w:rsidP="00CA4DE3">
      <w:pPr>
        <w:spacing w:after="120"/>
        <w:rPr>
          <w:lang w:val="tr-TR"/>
        </w:rPr>
      </w:pPr>
    </w:p>
    <w:p w14:paraId="4C57AF07" w14:textId="77777777" w:rsidR="0096713F" w:rsidRPr="003F4D10" w:rsidRDefault="0096713F" w:rsidP="00CA4DE3">
      <w:pPr>
        <w:spacing w:after="120"/>
        <w:rPr>
          <w:lang w:val="tr-TR"/>
        </w:rPr>
      </w:pPr>
    </w:p>
    <w:p w14:paraId="5AE28645" w14:textId="77777777" w:rsidR="0096713F" w:rsidRPr="003F4D10" w:rsidRDefault="001C72E7" w:rsidP="00CA4DE3">
      <w:pPr>
        <w:jc w:val="center"/>
        <w:rPr>
          <w:lang w:val="tr-TR"/>
        </w:rPr>
      </w:pPr>
      <w:r w:rsidRPr="003F4D10">
        <w:rPr>
          <w:sz w:val="24"/>
          <w:lang w:val="tr-TR"/>
        </w:rPr>
        <w:t>……../…….. Eğitim-Öğretim Yılı</w:t>
      </w:r>
      <w:r w:rsidRPr="003F4D10">
        <w:rPr>
          <w:sz w:val="24"/>
          <w:lang w:val="tr-TR"/>
        </w:rPr>
        <w:br/>
      </w:r>
      <w:proofErr w:type="gramStart"/>
      <w:r w:rsidRPr="003F4D10">
        <w:rPr>
          <w:sz w:val="24"/>
          <w:lang w:val="tr-TR"/>
        </w:rPr>
        <w:t>………..</w:t>
      </w:r>
      <w:proofErr w:type="gramEnd"/>
      <w:r w:rsidRPr="003F4D10">
        <w:rPr>
          <w:sz w:val="24"/>
          <w:lang w:val="tr-TR"/>
        </w:rPr>
        <w:t xml:space="preserve"> Yarıyılı</w:t>
      </w:r>
    </w:p>
    <w:p w14:paraId="3F45E008" w14:textId="77777777" w:rsidR="0096713F" w:rsidRPr="003F4D10" w:rsidRDefault="0096713F" w:rsidP="00CA4DE3">
      <w:pPr>
        <w:spacing w:after="120"/>
        <w:rPr>
          <w:lang w:val="tr-TR"/>
        </w:rPr>
      </w:pPr>
    </w:p>
    <w:p w14:paraId="76B05A03" w14:textId="77777777" w:rsidR="0096713F" w:rsidRPr="003F4D10" w:rsidRDefault="0096713F" w:rsidP="00CA4DE3">
      <w:pPr>
        <w:spacing w:after="120"/>
        <w:rPr>
          <w:lang w:val="tr-TR"/>
        </w:rPr>
      </w:pPr>
    </w:p>
    <w:p w14:paraId="667A0D63" w14:textId="77777777" w:rsidR="0096713F" w:rsidRPr="003F4D10" w:rsidRDefault="0096713F" w:rsidP="00CA4DE3">
      <w:pPr>
        <w:spacing w:after="120"/>
        <w:rPr>
          <w:lang w:val="tr-TR"/>
        </w:rPr>
      </w:pPr>
    </w:p>
    <w:p w14:paraId="7360892C" w14:textId="77777777" w:rsidR="0096713F" w:rsidRPr="003F4D10" w:rsidRDefault="0096713F" w:rsidP="00CA4DE3">
      <w:pPr>
        <w:spacing w:after="120"/>
        <w:rPr>
          <w:lang w:val="tr-TR"/>
        </w:rPr>
      </w:pPr>
    </w:p>
    <w:p w14:paraId="597B40A3" w14:textId="77777777" w:rsidR="0096713F" w:rsidRPr="003F4D10" w:rsidRDefault="0096713F" w:rsidP="00CA4DE3">
      <w:pPr>
        <w:spacing w:after="120"/>
        <w:rPr>
          <w:lang w:val="tr-TR"/>
        </w:rPr>
      </w:pPr>
    </w:p>
    <w:p w14:paraId="686B9D61" w14:textId="77777777" w:rsidR="0096713F" w:rsidRPr="003F4D10" w:rsidRDefault="0096713F" w:rsidP="00CA4DE3">
      <w:pPr>
        <w:spacing w:after="120"/>
        <w:rPr>
          <w:lang w:val="tr-TR"/>
        </w:rPr>
      </w:pPr>
    </w:p>
    <w:p w14:paraId="03818F39" w14:textId="77777777" w:rsidR="0096713F" w:rsidRPr="003F4D10" w:rsidRDefault="001C72E7" w:rsidP="00CA4DE3">
      <w:pPr>
        <w:jc w:val="center"/>
        <w:rPr>
          <w:lang w:val="tr-TR"/>
        </w:rPr>
      </w:pPr>
      <w:r w:rsidRPr="003F4D10">
        <w:rPr>
          <w:b/>
          <w:sz w:val="24"/>
          <w:lang w:val="tr-TR"/>
        </w:rPr>
        <w:t>SEYDİKEMER / MUĞLA</w:t>
      </w:r>
    </w:p>
    <w:p w14:paraId="7A78503E" w14:textId="7E5B5A60" w:rsidR="0096713F" w:rsidRPr="003F4D10" w:rsidRDefault="001C72E7" w:rsidP="00CA4DE3">
      <w:pPr>
        <w:rPr>
          <w:lang w:val="tr-TR"/>
        </w:rPr>
      </w:pPr>
      <w:r w:rsidRPr="003F4D10">
        <w:rPr>
          <w:lang w:val="tr-TR"/>
        </w:rPr>
        <w:br w:type="page"/>
      </w:r>
      <w:r w:rsidRPr="003F4D10">
        <w:rPr>
          <w:b/>
          <w:color w:val="000000" w:themeColor="text1"/>
          <w:sz w:val="28"/>
          <w:lang w:val="tr-TR"/>
        </w:rPr>
        <w:lastRenderedPageBreak/>
        <w:t>1. DERSİN TANIMI, NİTELİĞİ VE AMACI</w:t>
      </w:r>
    </w:p>
    <w:p w14:paraId="74AB6091" w14:textId="69266075" w:rsidR="0096713F" w:rsidRPr="003F4D10" w:rsidRDefault="001C72E7" w:rsidP="00CA4DE3">
      <w:pPr>
        <w:spacing w:after="120"/>
        <w:jc w:val="both"/>
        <w:rPr>
          <w:lang w:val="tr-TR"/>
        </w:rPr>
      </w:pPr>
      <w:r w:rsidRPr="003F4D10">
        <w:rPr>
          <w:lang w:val="tr-TR"/>
        </w:rPr>
        <w:t>SHB4004 Sosyal Hizmet Kuruluşunda Mesleki Eğitim Dersi, öğrencinin sosyal hizmet lisans eğitimi süresince edindiği kuramsal bilgi, mesleki değer ve uygulama becerilerini gerçek hizmet ortamında bütünleştirerek profesyonel sosyal hizmet uygulamasına hazırla</w:t>
      </w:r>
      <w:r w:rsidRPr="003F4D10">
        <w:rPr>
          <w:lang w:val="tr-TR"/>
        </w:rPr>
        <w:t xml:space="preserve">nmasını amaçlayan, saha temelli ve yapılandırılmış bir öğrenme sürecidir. Ders; üniversitenin ilgili mevzuatı, bölüm uygulama esasları ve yükseköğretimde uygulamalı eğitime ilişkin güncel düzenlemeler çerçevesinde yürütülür. </w:t>
      </w:r>
    </w:p>
    <w:p w14:paraId="6DA4993A" w14:textId="77777777" w:rsidR="0096713F" w:rsidRPr="003F4D10" w:rsidRDefault="001C72E7" w:rsidP="00CA4DE3">
      <w:pPr>
        <w:spacing w:after="120"/>
        <w:jc w:val="both"/>
        <w:rPr>
          <w:lang w:val="tr-TR"/>
        </w:rPr>
      </w:pPr>
      <w:r w:rsidRPr="003F4D10">
        <w:rPr>
          <w:lang w:val="tr-TR"/>
        </w:rPr>
        <w:t>Bu ders, sosyal hizmet eğitimi</w:t>
      </w:r>
      <w:r w:rsidRPr="003F4D10">
        <w:rPr>
          <w:lang w:val="tr-TR"/>
        </w:rPr>
        <w:t xml:space="preserve">nin ayrılmaz bir bileşeni olan alan uygulamasını genelci sosyal hizmet yaklaşımı doğrultusunda yapılandırmayı hedefler. Öğrenci, bu süreçte birey, aile, grup, örgüt, topluluk ve toplum düzeylerinde sosyal hizmet müdahalesini gözlemleme, planlama, uygulama </w:t>
      </w:r>
      <w:r w:rsidRPr="003F4D10">
        <w:rPr>
          <w:lang w:val="tr-TR"/>
        </w:rPr>
        <w:t>ve değerlendirme fırsatı bulur. Dersin temel dayanağı; insan hakları, sosyal adalet, müracaatçı onuru, katılım, güçlendirme, ayrımcılık karşıtlığı, etik sorumluluk ve profesyonel hesap verebilirlik ilkeleridir.</w:t>
      </w:r>
    </w:p>
    <w:p w14:paraId="5E973E54" w14:textId="77777777" w:rsidR="0096713F" w:rsidRPr="003F4D10" w:rsidRDefault="001C72E7" w:rsidP="00CA4DE3">
      <w:pPr>
        <w:spacing w:after="120"/>
        <w:jc w:val="both"/>
        <w:rPr>
          <w:lang w:val="tr-TR"/>
        </w:rPr>
      </w:pPr>
      <w:r w:rsidRPr="003F4D10">
        <w:rPr>
          <w:lang w:val="tr-TR"/>
        </w:rPr>
        <w:t>Mesleki eğitim süreci; öğrenci, kurum danışma</w:t>
      </w:r>
      <w:r w:rsidRPr="003F4D10">
        <w:rPr>
          <w:lang w:val="tr-TR"/>
        </w:rPr>
        <w:t>nı/eğitici personel ve sorumlu öğretim elemanı arasında kurulan planlı iş birliği ve düzenli süpervizyon temelinde yürütülür. Öğrenci, uygulama sürecinde yalnızca kurumsal işleyişi tanıyan pasif bir gözlemci değil; yapılandırılmış öğrenme hedefleri doğrult</w:t>
      </w:r>
      <w:r w:rsidRPr="003F4D10">
        <w:rPr>
          <w:lang w:val="tr-TR"/>
        </w:rPr>
        <w:t>usunda mesleki gelişim gösteren, eleştirel düşünebilen, etik duyarlılık geliştiren ve uygulamalarını bilimsel bilgiyle ilişkilendirebilen bir öğrenen olarak konumlandırılır.</w:t>
      </w:r>
    </w:p>
    <w:p w14:paraId="6B3F0AE2" w14:textId="77777777" w:rsidR="0096713F" w:rsidRPr="003F4D10" w:rsidRDefault="001C72E7" w:rsidP="00CA4DE3">
      <w:pPr>
        <w:pStyle w:val="Balk2"/>
        <w:spacing w:before="160" w:after="80"/>
        <w:rPr>
          <w:color w:val="000000" w:themeColor="text1"/>
          <w:lang w:val="tr-TR"/>
        </w:rPr>
      </w:pPr>
      <w:r w:rsidRPr="003F4D10">
        <w:rPr>
          <w:rFonts w:ascii="Times New Roman" w:eastAsia="Times New Roman" w:hAnsi="Times New Roman"/>
          <w:color w:val="000000" w:themeColor="text1"/>
          <w:sz w:val="24"/>
          <w:lang w:val="tr-TR"/>
        </w:rPr>
        <w:t>1.1. Genel Amaç</w:t>
      </w:r>
    </w:p>
    <w:p w14:paraId="6C916F4B" w14:textId="77777777" w:rsidR="0096713F" w:rsidRPr="003F4D10" w:rsidRDefault="001C72E7" w:rsidP="00CA4DE3">
      <w:pPr>
        <w:spacing w:after="120"/>
        <w:jc w:val="both"/>
        <w:rPr>
          <w:lang w:val="tr-TR"/>
        </w:rPr>
      </w:pPr>
      <w:r w:rsidRPr="003F4D10">
        <w:rPr>
          <w:lang w:val="tr-TR"/>
        </w:rPr>
        <w:t xml:space="preserve">Bu dersin genel amacı, öğrencinin sosyal hizmet mesleğinin bilgi, </w:t>
      </w:r>
      <w:r w:rsidRPr="003F4D10">
        <w:rPr>
          <w:lang w:val="tr-TR"/>
        </w:rPr>
        <w:t>beceri ve değer boyutlarını saha deneyimi içinde bütünleştirerek mesleki yeterlik geliştirmesini sağlamaktır.</w:t>
      </w:r>
    </w:p>
    <w:p w14:paraId="22677F5E"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1.2. Özel Amaçlar</w:t>
      </w:r>
    </w:p>
    <w:p w14:paraId="778DFB02" w14:textId="77777777" w:rsidR="0096713F" w:rsidRPr="003F4D10" w:rsidRDefault="001C72E7" w:rsidP="00CA4DE3">
      <w:pPr>
        <w:pStyle w:val="ListeMaddemi"/>
        <w:ind w:left="0" w:firstLine="0"/>
        <w:jc w:val="both"/>
        <w:rPr>
          <w:lang w:val="tr-TR"/>
        </w:rPr>
      </w:pPr>
      <w:r w:rsidRPr="003F4D10">
        <w:rPr>
          <w:lang w:val="tr-TR"/>
        </w:rPr>
        <w:t>Sosyal hizmet kuruluşunun amaç, işleyiş, mevzuat ve hizmet süreçlerini analiz edebilmek.</w:t>
      </w:r>
    </w:p>
    <w:p w14:paraId="1CE36EF8" w14:textId="77777777" w:rsidR="0096713F" w:rsidRPr="003F4D10" w:rsidRDefault="001C72E7" w:rsidP="00CA4DE3">
      <w:pPr>
        <w:pStyle w:val="ListeMaddemi"/>
        <w:ind w:left="0" w:firstLine="0"/>
        <w:jc w:val="both"/>
        <w:rPr>
          <w:lang w:val="tr-TR"/>
        </w:rPr>
      </w:pPr>
      <w:r w:rsidRPr="003F4D10">
        <w:rPr>
          <w:lang w:val="tr-TR"/>
        </w:rPr>
        <w:t xml:space="preserve">Müracaatçı sistemlerini çevresi içinde </w:t>
      </w:r>
      <w:r w:rsidRPr="003F4D10">
        <w:rPr>
          <w:lang w:val="tr-TR"/>
        </w:rPr>
        <w:t>birey yaklaşımıyla değerlendirebilmek.</w:t>
      </w:r>
    </w:p>
    <w:p w14:paraId="5C24E181" w14:textId="77777777" w:rsidR="0096713F" w:rsidRPr="003F4D10" w:rsidRDefault="001C72E7" w:rsidP="00CA4DE3">
      <w:pPr>
        <w:pStyle w:val="ListeMaddemi"/>
        <w:ind w:left="0" w:firstLine="0"/>
        <w:jc w:val="both"/>
        <w:rPr>
          <w:lang w:val="tr-TR"/>
        </w:rPr>
      </w:pPr>
      <w:r w:rsidRPr="003F4D10">
        <w:rPr>
          <w:lang w:val="tr-TR"/>
        </w:rPr>
        <w:t xml:space="preserve">Mikro, </w:t>
      </w:r>
      <w:proofErr w:type="spellStart"/>
      <w:r w:rsidRPr="003F4D10">
        <w:rPr>
          <w:lang w:val="tr-TR"/>
        </w:rPr>
        <w:t>mezzo</w:t>
      </w:r>
      <w:proofErr w:type="spellEnd"/>
      <w:r w:rsidRPr="003F4D10">
        <w:rPr>
          <w:lang w:val="tr-TR"/>
        </w:rPr>
        <w:t xml:space="preserve"> ve makro düzeylerde sosyal hizmet müdahalesi planlayabilmek.</w:t>
      </w:r>
    </w:p>
    <w:p w14:paraId="0DEC01A9" w14:textId="77777777" w:rsidR="0096713F" w:rsidRPr="003F4D10" w:rsidRDefault="001C72E7" w:rsidP="00CA4DE3">
      <w:pPr>
        <w:pStyle w:val="ListeMaddemi"/>
        <w:ind w:left="0" w:firstLine="0"/>
        <w:jc w:val="both"/>
        <w:rPr>
          <w:lang w:val="tr-TR"/>
        </w:rPr>
      </w:pPr>
      <w:r w:rsidRPr="003F4D10">
        <w:rPr>
          <w:lang w:val="tr-TR"/>
        </w:rPr>
        <w:t>Mesleki görüşme, gözlem, kayıt, raporlama ve değerlendirme becerilerini geliştirebilmek.</w:t>
      </w:r>
    </w:p>
    <w:p w14:paraId="3208642C" w14:textId="77777777" w:rsidR="0096713F" w:rsidRPr="003F4D10" w:rsidRDefault="001C72E7" w:rsidP="00CA4DE3">
      <w:pPr>
        <w:pStyle w:val="ListeMaddemi"/>
        <w:ind w:left="0" w:firstLine="0"/>
        <w:jc w:val="both"/>
        <w:rPr>
          <w:lang w:val="tr-TR"/>
        </w:rPr>
      </w:pPr>
      <w:r w:rsidRPr="003F4D10">
        <w:rPr>
          <w:lang w:val="tr-TR"/>
        </w:rPr>
        <w:t>Kuramsal bilgi ile saha deneyimi arasında ilişki kurab</w:t>
      </w:r>
      <w:r w:rsidRPr="003F4D10">
        <w:rPr>
          <w:lang w:val="tr-TR"/>
        </w:rPr>
        <w:t>ilmek.</w:t>
      </w:r>
    </w:p>
    <w:p w14:paraId="06F7B32C" w14:textId="77777777" w:rsidR="0096713F" w:rsidRPr="003F4D10" w:rsidRDefault="001C72E7" w:rsidP="00CA4DE3">
      <w:pPr>
        <w:pStyle w:val="ListeMaddemi"/>
        <w:ind w:left="0" w:firstLine="0"/>
        <w:jc w:val="both"/>
        <w:rPr>
          <w:lang w:val="tr-TR"/>
        </w:rPr>
      </w:pPr>
      <w:r w:rsidRPr="003F4D10">
        <w:rPr>
          <w:lang w:val="tr-TR"/>
        </w:rPr>
        <w:t>Mesleki etik ilke ve sorumluluklara uygun davranabilmek.</w:t>
      </w:r>
    </w:p>
    <w:p w14:paraId="67A14186" w14:textId="77777777" w:rsidR="0096713F" w:rsidRPr="003F4D10" w:rsidRDefault="001C72E7" w:rsidP="00CA4DE3">
      <w:pPr>
        <w:pStyle w:val="ListeMaddemi"/>
        <w:ind w:left="0" w:firstLine="0"/>
        <w:jc w:val="both"/>
        <w:rPr>
          <w:lang w:val="tr-TR"/>
        </w:rPr>
      </w:pPr>
      <w:r w:rsidRPr="003F4D10">
        <w:rPr>
          <w:lang w:val="tr-TR"/>
        </w:rPr>
        <w:t>Ekip çalışması, kurumlar arası iş birliği ve profesyonel iletişim becerisi geliştirebilmek.</w:t>
      </w:r>
    </w:p>
    <w:p w14:paraId="305BA7C5" w14:textId="77777777" w:rsidR="0096713F" w:rsidRPr="003F4D10" w:rsidRDefault="001C72E7" w:rsidP="00CA4DE3">
      <w:pPr>
        <w:pStyle w:val="ListeMaddemi"/>
        <w:ind w:left="0" w:firstLine="0"/>
        <w:jc w:val="both"/>
        <w:rPr>
          <w:lang w:val="tr-TR"/>
        </w:rPr>
      </w:pPr>
      <w:r w:rsidRPr="003F4D10">
        <w:rPr>
          <w:lang w:val="tr-TR"/>
        </w:rPr>
        <w:t>Kendi öğrenme sürecini eleştirel ve yansıtıcı biçimde değerlendirebilmek.</w:t>
      </w:r>
    </w:p>
    <w:p w14:paraId="473FEE3B"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1.3. Öğrenme Çıktıları</w:t>
      </w:r>
    </w:p>
    <w:p w14:paraId="7AA33A14" w14:textId="77777777" w:rsidR="0096713F" w:rsidRPr="003F4D10" w:rsidRDefault="001C72E7" w:rsidP="00CA4DE3">
      <w:pPr>
        <w:pStyle w:val="ListeNumaras"/>
        <w:jc w:val="both"/>
        <w:rPr>
          <w:lang w:val="tr-TR"/>
        </w:rPr>
      </w:pPr>
      <w:r w:rsidRPr="003F4D10">
        <w:rPr>
          <w:lang w:val="tr-TR"/>
        </w:rPr>
        <w:t>Sos</w:t>
      </w:r>
      <w:r w:rsidRPr="003F4D10">
        <w:rPr>
          <w:lang w:val="tr-TR"/>
        </w:rPr>
        <w:t>yal hizmet kuruluşunun hizmet modeli, mevzuatı, örgütsel yapısı ve müracaatçı profili hakkında sistematik bilgi sunar.</w:t>
      </w:r>
    </w:p>
    <w:p w14:paraId="62F7F9A4" w14:textId="77777777" w:rsidR="0096713F" w:rsidRPr="003F4D10" w:rsidRDefault="001C72E7" w:rsidP="00CA4DE3">
      <w:pPr>
        <w:pStyle w:val="ListeNumaras"/>
        <w:jc w:val="both"/>
        <w:rPr>
          <w:lang w:val="tr-TR"/>
        </w:rPr>
      </w:pPr>
      <w:r w:rsidRPr="003F4D10">
        <w:rPr>
          <w:lang w:val="tr-TR"/>
        </w:rPr>
        <w:t>Müracaatçıların ihtiyaç, sorun, risk ve güçlü yönlerini sosyal hizmet perspektifiyle değerlendirir.</w:t>
      </w:r>
    </w:p>
    <w:p w14:paraId="5E30E377" w14:textId="77777777" w:rsidR="0096713F" w:rsidRPr="003F4D10" w:rsidRDefault="001C72E7" w:rsidP="00CA4DE3">
      <w:pPr>
        <w:pStyle w:val="ListeNumaras"/>
        <w:jc w:val="both"/>
        <w:rPr>
          <w:lang w:val="tr-TR"/>
        </w:rPr>
      </w:pPr>
      <w:r w:rsidRPr="003F4D10">
        <w:rPr>
          <w:lang w:val="tr-TR"/>
        </w:rPr>
        <w:t>Birey, aile, grup, örgüt ve toplum dü</w:t>
      </w:r>
      <w:r w:rsidRPr="003F4D10">
        <w:rPr>
          <w:lang w:val="tr-TR"/>
        </w:rPr>
        <w:t>zeylerinde uygun sosyal hizmet müdahaleleri tasarlar.</w:t>
      </w:r>
    </w:p>
    <w:p w14:paraId="149332BC" w14:textId="77777777" w:rsidR="0096713F" w:rsidRPr="003F4D10" w:rsidRDefault="001C72E7" w:rsidP="00CA4DE3">
      <w:pPr>
        <w:pStyle w:val="ListeNumaras"/>
        <w:jc w:val="both"/>
        <w:rPr>
          <w:lang w:val="tr-TR"/>
        </w:rPr>
      </w:pPr>
      <w:r w:rsidRPr="003F4D10">
        <w:rPr>
          <w:lang w:val="tr-TR"/>
        </w:rPr>
        <w:t>Mesleki görüşme ve süreç kayıtlarını etik ve bilimsel ilkelere uygun biçimde hazırlar.</w:t>
      </w:r>
    </w:p>
    <w:p w14:paraId="6E0E1C5A" w14:textId="77777777" w:rsidR="0096713F" w:rsidRPr="003F4D10" w:rsidRDefault="001C72E7" w:rsidP="00CA4DE3">
      <w:pPr>
        <w:pStyle w:val="ListeNumaras"/>
        <w:jc w:val="both"/>
        <w:rPr>
          <w:lang w:val="tr-TR"/>
        </w:rPr>
      </w:pPr>
      <w:r w:rsidRPr="003F4D10">
        <w:rPr>
          <w:lang w:val="tr-TR"/>
        </w:rPr>
        <w:t>Müdahale planı oluşturur, uygular, izler ve değerlendirir.</w:t>
      </w:r>
    </w:p>
    <w:p w14:paraId="2E62A288" w14:textId="77777777" w:rsidR="0096713F" w:rsidRPr="003F4D10" w:rsidRDefault="001C72E7" w:rsidP="00CA4DE3">
      <w:pPr>
        <w:pStyle w:val="ListeNumaras"/>
        <w:jc w:val="both"/>
        <w:rPr>
          <w:lang w:val="tr-TR"/>
        </w:rPr>
      </w:pPr>
      <w:r w:rsidRPr="003F4D10">
        <w:rPr>
          <w:lang w:val="tr-TR"/>
        </w:rPr>
        <w:t xml:space="preserve">Saha deneyimini sosyal hizmet kuramı, insan hakları ve </w:t>
      </w:r>
      <w:r w:rsidRPr="003F4D10">
        <w:rPr>
          <w:lang w:val="tr-TR"/>
        </w:rPr>
        <w:t>sosyal adalet ekseninde tartışır.</w:t>
      </w:r>
    </w:p>
    <w:p w14:paraId="1901FC39" w14:textId="77777777" w:rsidR="0096713F" w:rsidRPr="003F4D10" w:rsidRDefault="001C72E7" w:rsidP="00CA4DE3">
      <w:pPr>
        <w:pStyle w:val="ListeNumaras"/>
        <w:jc w:val="both"/>
        <w:rPr>
          <w:lang w:val="tr-TR"/>
        </w:rPr>
      </w:pPr>
      <w:r w:rsidRPr="003F4D10">
        <w:rPr>
          <w:lang w:val="tr-TR"/>
        </w:rPr>
        <w:t>Süpervizyon sürecine aktif katılır; güçlü ve gelişime açık yönlerini tanımlar.</w:t>
      </w:r>
    </w:p>
    <w:p w14:paraId="7C35CEC0" w14:textId="77777777" w:rsidR="0096713F" w:rsidRPr="003F4D10" w:rsidRDefault="001C72E7" w:rsidP="00CA4DE3">
      <w:pPr>
        <w:pStyle w:val="ListeNumaras"/>
        <w:jc w:val="both"/>
        <w:rPr>
          <w:lang w:val="tr-TR"/>
        </w:rPr>
      </w:pPr>
      <w:r w:rsidRPr="003F4D10">
        <w:rPr>
          <w:lang w:val="tr-TR"/>
        </w:rPr>
        <w:t>Kurumsal kurallara, gizlilik ilkesine, veri güvenliğine, iş sağlığı ve güvenliğine ve profesyonel sınırlara uygun davranır.</w:t>
      </w:r>
    </w:p>
    <w:p w14:paraId="374996DC"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lastRenderedPageBreak/>
        <w:t>1.4. Temel İlkeler</w:t>
      </w:r>
    </w:p>
    <w:p w14:paraId="1D2D3A2F" w14:textId="77777777" w:rsidR="0096713F" w:rsidRPr="003F4D10" w:rsidRDefault="001C72E7" w:rsidP="00CA4DE3">
      <w:pPr>
        <w:pStyle w:val="ListeMaddemi"/>
        <w:ind w:left="426"/>
        <w:jc w:val="both"/>
        <w:rPr>
          <w:lang w:val="tr-TR"/>
        </w:rPr>
      </w:pPr>
      <w:r w:rsidRPr="003F4D10">
        <w:rPr>
          <w:lang w:val="tr-TR"/>
        </w:rPr>
        <w:t>Öğrenen merkezli eğitim</w:t>
      </w:r>
    </w:p>
    <w:p w14:paraId="6B1DE2C1" w14:textId="77777777" w:rsidR="0096713F" w:rsidRPr="003F4D10" w:rsidRDefault="001C72E7" w:rsidP="00CA4DE3">
      <w:pPr>
        <w:pStyle w:val="ListeMaddemi"/>
        <w:ind w:left="426"/>
        <w:jc w:val="both"/>
        <w:rPr>
          <w:lang w:val="tr-TR"/>
        </w:rPr>
      </w:pPr>
      <w:r w:rsidRPr="003F4D10">
        <w:rPr>
          <w:lang w:val="tr-TR"/>
        </w:rPr>
        <w:t>Yeterlik temelli değerlendirme</w:t>
      </w:r>
    </w:p>
    <w:p w14:paraId="74910377" w14:textId="77777777" w:rsidR="0096713F" w:rsidRPr="003F4D10" w:rsidRDefault="001C72E7" w:rsidP="00CA4DE3">
      <w:pPr>
        <w:pStyle w:val="ListeMaddemi"/>
        <w:ind w:left="426"/>
        <w:jc w:val="both"/>
        <w:rPr>
          <w:lang w:val="tr-TR"/>
        </w:rPr>
      </w:pPr>
      <w:r w:rsidRPr="003F4D10">
        <w:rPr>
          <w:lang w:val="tr-TR"/>
        </w:rPr>
        <w:t>Düzenli ve belgeli süpervizyon</w:t>
      </w:r>
    </w:p>
    <w:p w14:paraId="7A3EE815" w14:textId="77777777" w:rsidR="0096713F" w:rsidRPr="003F4D10" w:rsidRDefault="001C72E7" w:rsidP="00CA4DE3">
      <w:pPr>
        <w:pStyle w:val="ListeMaddemi"/>
        <w:ind w:left="426"/>
        <w:jc w:val="both"/>
        <w:rPr>
          <w:lang w:val="tr-TR"/>
        </w:rPr>
      </w:pPr>
      <w:r w:rsidRPr="003F4D10">
        <w:rPr>
          <w:lang w:val="tr-TR"/>
        </w:rPr>
        <w:t>Etik ilkelere ve gizliliğe bağlılık</w:t>
      </w:r>
    </w:p>
    <w:p w14:paraId="5A5A7792" w14:textId="77777777" w:rsidR="0096713F" w:rsidRPr="003F4D10" w:rsidRDefault="001C72E7" w:rsidP="00CA4DE3">
      <w:pPr>
        <w:pStyle w:val="ListeMaddemi"/>
        <w:ind w:left="426"/>
        <w:jc w:val="both"/>
        <w:rPr>
          <w:lang w:val="tr-TR"/>
        </w:rPr>
      </w:pPr>
      <w:r w:rsidRPr="003F4D10">
        <w:rPr>
          <w:lang w:val="tr-TR"/>
        </w:rPr>
        <w:t>Müracaatçı haklarına saygı</w:t>
      </w:r>
    </w:p>
    <w:p w14:paraId="5BAA0550" w14:textId="77777777" w:rsidR="0096713F" w:rsidRPr="003F4D10" w:rsidRDefault="001C72E7" w:rsidP="00CA4DE3">
      <w:pPr>
        <w:pStyle w:val="ListeMaddemi"/>
        <w:ind w:left="426"/>
        <w:jc w:val="both"/>
        <w:rPr>
          <w:lang w:val="tr-TR"/>
        </w:rPr>
      </w:pPr>
      <w:r w:rsidRPr="003F4D10">
        <w:rPr>
          <w:lang w:val="tr-TR"/>
        </w:rPr>
        <w:t>Güvenli uygulama ortamı</w:t>
      </w:r>
    </w:p>
    <w:p w14:paraId="249AAFC5" w14:textId="77777777" w:rsidR="0096713F" w:rsidRPr="003F4D10" w:rsidRDefault="001C72E7" w:rsidP="00CA4DE3">
      <w:pPr>
        <w:pStyle w:val="ListeMaddemi"/>
        <w:ind w:left="426"/>
        <w:jc w:val="both"/>
        <w:rPr>
          <w:lang w:val="tr-TR"/>
        </w:rPr>
      </w:pPr>
      <w:r w:rsidRPr="003F4D10">
        <w:rPr>
          <w:lang w:val="tr-TR"/>
        </w:rPr>
        <w:t>Kuram-uygulama bütünlüğü</w:t>
      </w:r>
    </w:p>
    <w:p w14:paraId="5D55ED02" w14:textId="77777777" w:rsidR="0096713F" w:rsidRPr="003F4D10" w:rsidRDefault="001C72E7" w:rsidP="00CA4DE3">
      <w:pPr>
        <w:pStyle w:val="ListeMaddemi"/>
        <w:ind w:left="426"/>
        <w:jc w:val="both"/>
        <w:rPr>
          <w:lang w:val="tr-TR"/>
        </w:rPr>
      </w:pPr>
      <w:r w:rsidRPr="003F4D10">
        <w:rPr>
          <w:lang w:val="tr-TR"/>
        </w:rPr>
        <w:t>Eleştirel düşünme ve yansıtıcı öğrenme</w:t>
      </w:r>
    </w:p>
    <w:p w14:paraId="44725AC4" w14:textId="77777777" w:rsidR="0096713F" w:rsidRPr="003F4D10" w:rsidRDefault="001C72E7" w:rsidP="00CA4DE3">
      <w:pPr>
        <w:pStyle w:val="ListeMaddemi"/>
        <w:ind w:left="426"/>
        <w:jc w:val="both"/>
        <w:rPr>
          <w:lang w:val="tr-TR"/>
        </w:rPr>
      </w:pPr>
      <w:r w:rsidRPr="003F4D10">
        <w:rPr>
          <w:lang w:val="tr-TR"/>
        </w:rPr>
        <w:t>Ayrımcılık karşıtlı</w:t>
      </w:r>
      <w:r w:rsidRPr="003F4D10">
        <w:rPr>
          <w:lang w:val="tr-TR"/>
        </w:rPr>
        <w:t>ğı ve kapsayıcılık</w:t>
      </w:r>
    </w:p>
    <w:p w14:paraId="7210E066" w14:textId="77777777" w:rsidR="0096713F" w:rsidRPr="003F4D10" w:rsidRDefault="001C72E7" w:rsidP="00CA4DE3">
      <w:pPr>
        <w:pStyle w:val="ListeMaddemi"/>
        <w:ind w:left="426"/>
        <w:jc w:val="both"/>
        <w:rPr>
          <w:lang w:val="tr-TR"/>
        </w:rPr>
      </w:pPr>
      <w:r w:rsidRPr="003F4D10">
        <w:rPr>
          <w:lang w:val="tr-TR"/>
        </w:rPr>
        <w:t>Kurum, bölüm ve öğrenci arasında iş birliği</w:t>
      </w:r>
    </w:p>
    <w:p w14:paraId="0C7DA909" w14:textId="77777777" w:rsidR="0096713F" w:rsidRPr="003F4D10" w:rsidRDefault="001C72E7" w:rsidP="00CA4DE3">
      <w:pPr>
        <w:pStyle w:val="Balk1"/>
        <w:spacing w:before="160" w:after="80"/>
        <w:jc w:val="both"/>
        <w:rPr>
          <w:color w:val="000000" w:themeColor="text1"/>
          <w:lang w:val="tr-TR"/>
        </w:rPr>
      </w:pPr>
      <w:r w:rsidRPr="003F4D10">
        <w:rPr>
          <w:rFonts w:ascii="Times New Roman" w:eastAsia="Times New Roman" w:hAnsi="Times New Roman"/>
          <w:color w:val="000000" w:themeColor="text1"/>
          <w:lang w:val="tr-TR"/>
        </w:rPr>
        <w:t>2. SOSYAL HİZMET KURULUŞUNDA MESLEKİ EĞİTİME BAŞLARKEN</w:t>
      </w:r>
    </w:p>
    <w:p w14:paraId="4BCA7B09" w14:textId="77777777" w:rsidR="0096713F" w:rsidRPr="003F4D10" w:rsidRDefault="001C72E7" w:rsidP="00CA4DE3">
      <w:pPr>
        <w:spacing w:after="120"/>
        <w:jc w:val="both"/>
        <w:rPr>
          <w:lang w:val="tr-TR"/>
        </w:rPr>
      </w:pPr>
      <w:r w:rsidRPr="003F4D10">
        <w:rPr>
          <w:lang w:val="tr-TR"/>
        </w:rPr>
        <w:t>Sosyal hizmet kuruluşunda mesleki eğitim, öğrencinin kuramsal bilgi, mesleki değer ve uygulama becerilerini gerçek hizmet ortamında gelişt</w:t>
      </w:r>
      <w:r w:rsidRPr="003F4D10">
        <w:rPr>
          <w:lang w:val="tr-TR"/>
        </w:rPr>
        <w:t>irmesini amaçlayan planlı bir öğrenme sürecidir. Bu süreç; üniversitenin ilgili mevzuatı, bölüm uygulama esasları, kurumun çalışma düzeni ve sosyal hizmet mesleğinin etik ilkeleri doğrultusunda yürütülür. Mesleki eğitim sürecinde temel amaç, öğrencinin yal</w:t>
      </w:r>
      <w:r w:rsidRPr="003F4D10">
        <w:rPr>
          <w:lang w:val="tr-TR"/>
        </w:rPr>
        <w:t>nızca kurum ortamını tanıması değil; aynı zamanda kuram ile uygulama arasında ilişki kurabilen, eleştirel düşünebilen, etik sorumluluklarını yerine getirebilen ve profesyonel kimlik geliştirebilen bir sosyal hizmet uzmanı adayı olarak yetişmesidir.</w:t>
      </w:r>
    </w:p>
    <w:p w14:paraId="31DEEE06" w14:textId="77777777" w:rsidR="0096713F" w:rsidRPr="003F4D10" w:rsidRDefault="001C72E7" w:rsidP="00CA4DE3">
      <w:pPr>
        <w:spacing w:after="120"/>
        <w:jc w:val="both"/>
        <w:rPr>
          <w:lang w:val="tr-TR"/>
        </w:rPr>
      </w:pPr>
      <w:r w:rsidRPr="003F4D10">
        <w:rPr>
          <w:lang w:val="tr-TR"/>
        </w:rPr>
        <w:t>Mesleki</w:t>
      </w:r>
      <w:r w:rsidRPr="003F4D10">
        <w:rPr>
          <w:lang w:val="tr-TR"/>
        </w:rPr>
        <w:t xml:space="preserve"> eğitime başlamadan önce öğrencinin yerleştirileceği kurumun; sosyal hizmet eğitimi açısından öğrenme fırsatları sunabilmesi, uygun süpervizyon ve mesleki rehberlik sağlayabilmesi, etik ve güvenli bir uygulama ortamına sahip olması beklenir. Öğrenci yerleş</w:t>
      </w:r>
      <w:r w:rsidRPr="003F4D10">
        <w:rPr>
          <w:lang w:val="tr-TR"/>
        </w:rPr>
        <w:t>tirmeleri yapılırken kurumun hizmet alanı, müracaatçı profili, öğrenci kontenjanı, coğrafi erişilebilirlik, kurumun uygulama kapasitesi ve varsa resmi güvenlik/prosedür koşulları dikkate alınır. Yerleştirmede esas olan ölçüt, öğrencinin öğrenme gereksiniml</w:t>
      </w:r>
      <w:r w:rsidRPr="003F4D10">
        <w:rPr>
          <w:lang w:val="tr-TR"/>
        </w:rPr>
        <w:t>eri ile kurumun eğitim kapasitesi arasındaki uyumdur. Öğrenci kabulünde ve yerleştirmede eşitlik, hakkaniyet, kapsayıcılık ve ayrımcılık karşıtlığı ilkeleri gözetilir.</w:t>
      </w:r>
    </w:p>
    <w:p w14:paraId="505E2948" w14:textId="77777777" w:rsidR="0096713F" w:rsidRPr="003F4D10" w:rsidRDefault="001C72E7" w:rsidP="00CA4DE3">
      <w:pPr>
        <w:spacing w:after="120"/>
        <w:jc w:val="both"/>
        <w:rPr>
          <w:lang w:val="tr-TR"/>
        </w:rPr>
      </w:pPr>
      <w:r w:rsidRPr="003F4D10">
        <w:rPr>
          <w:lang w:val="tr-TR"/>
        </w:rPr>
        <w:t>Mesleki eğitime kabul edilen öğrenci, uygulama başlangıcında kurumun yapısı, hizmet mode</w:t>
      </w:r>
      <w:r w:rsidRPr="003F4D10">
        <w:rPr>
          <w:lang w:val="tr-TR"/>
        </w:rPr>
        <w:t>li, çalışma saatleri, müracaatçı grupları, kayıt ve raporlama düzeni, gizlilik ilkeleri, veri koruma kuralları, kurum içi iletişim usulleri ve mesleki sınırlar konusunda oryantasyona tabi tutulur. Öğrenci, mesleki eğitim süresince kurumun hizmet sunumunu a</w:t>
      </w:r>
      <w:r w:rsidRPr="003F4D10">
        <w:rPr>
          <w:lang w:val="tr-TR"/>
        </w:rPr>
        <w:t>ksatmayacak, müracaatçı haklarını zedelemeyecek ve kurumsal işleyişe zarar vermeyecek şekilde hareket etmekle yükümlüdür. Kurumda edinilen her türlü kişisel, kurumsal ve mesleki bilgi; gizlilik, mahremiyet ve mesleki etik ilkeleri çerçevesinde korunur.</w:t>
      </w:r>
    </w:p>
    <w:p w14:paraId="47628579" w14:textId="77777777" w:rsidR="0096713F" w:rsidRPr="003F4D10" w:rsidRDefault="001C72E7" w:rsidP="00CA4DE3">
      <w:pPr>
        <w:spacing w:after="120"/>
        <w:jc w:val="both"/>
        <w:rPr>
          <w:lang w:val="tr-TR"/>
        </w:rPr>
      </w:pPr>
      <w:r w:rsidRPr="003F4D10">
        <w:rPr>
          <w:lang w:val="tr-TR"/>
        </w:rPr>
        <w:t>Mes</w:t>
      </w:r>
      <w:r w:rsidRPr="003F4D10">
        <w:rPr>
          <w:lang w:val="tr-TR"/>
        </w:rPr>
        <w:t>leki eğitime başlayan her öğrenci, sosyal hizmet mesleğinin etik ilke ve sorumluluklarına uygun davranmakla yükümlüdür. Bu kapsamda öğrenci; müracaatçı onuruna ve öz belirleme hakkına saygı gösterir, ayrımcı tutum ve davranışlardan kaçınır, profesyonel sın</w:t>
      </w:r>
      <w:r w:rsidRPr="003F4D10">
        <w:rPr>
          <w:lang w:val="tr-TR"/>
        </w:rPr>
        <w:t>ırlarını korur, kurumsal ve mesleki hiyerarşi içinde uygun iletişim kurar ve ekip çalışmasına katkı sağlar.</w:t>
      </w:r>
    </w:p>
    <w:p w14:paraId="29A75663" w14:textId="77777777" w:rsidR="0096713F" w:rsidRPr="003F4D10" w:rsidRDefault="001C72E7" w:rsidP="00CA4DE3">
      <w:pPr>
        <w:spacing w:after="120"/>
        <w:jc w:val="both"/>
        <w:rPr>
          <w:lang w:val="tr-TR"/>
        </w:rPr>
      </w:pPr>
      <w:r w:rsidRPr="003F4D10">
        <w:rPr>
          <w:lang w:val="tr-TR"/>
        </w:rPr>
        <w:t>Mesleki eğitime başlamadan önce öğrenciye, kurum tarafından iş sağlığı ve güvenliği bakımından gerekli bilgilendirme ve yönlendirme yapılır. Uygulam</w:t>
      </w:r>
      <w:r w:rsidRPr="003F4D10">
        <w:rPr>
          <w:lang w:val="tr-TR"/>
        </w:rPr>
        <w:t>a ortamının özelliklerine göre öğrenci; fiziksel riskler, biyolojik riskler, psikososyal riskler, kriz durumlarında izlenecek yollar, acil durum prosedürleri, kurum güvenlik kuralları ve işyerine özgü koruyucu önlemler hakkında bilgilendirilir. Öğrenci, iş</w:t>
      </w:r>
      <w:r w:rsidRPr="003F4D10">
        <w:rPr>
          <w:lang w:val="tr-TR"/>
        </w:rPr>
        <w:t xml:space="preserve"> sağlığı ve güvenliği ile ilgili eğitimlere katılmak, verilen talimatlara uymak ve riskli durumları gecikmeksizin kurum danışmanı ile sorumlu öğretim elemanına bildirmekle yükümlüdür.</w:t>
      </w:r>
    </w:p>
    <w:p w14:paraId="13A9EF3B" w14:textId="77777777" w:rsidR="0096713F" w:rsidRPr="003F4D10" w:rsidRDefault="001C72E7" w:rsidP="00CA4DE3">
      <w:pPr>
        <w:spacing w:after="120"/>
        <w:jc w:val="both"/>
        <w:rPr>
          <w:lang w:val="tr-TR"/>
        </w:rPr>
      </w:pPr>
      <w:r w:rsidRPr="003F4D10">
        <w:rPr>
          <w:lang w:val="tr-TR"/>
        </w:rPr>
        <w:lastRenderedPageBreak/>
        <w:t>Mesleki eğitim sürecinde öğrenci, kurum danışmanı/eğitici personel ve so</w:t>
      </w:r>
      <w:r w:rsidRPr="003F4D10">
        <w:rPr>
          <w:lang w:val="tr-TR"/>
        </w:rPr>
        <w:t>rumlu öğretim elemanı ile iş birliği içinde çalışır. Bu iş birliği; düzenli süpervizyon, açık iletişim, zamanında geri bildirim ve planlı öğrenme hedefleri temelinde yürütülür. Öğrenciden, uygulama sürecine hazırlıklı gelmesi, verilen görevleri zamanında v</w:t>
      </w:r>
      <w:r w:rsidRPr="003F4D10">
        <w:rPr>
          <w:lang w:val="tr-TR"/>
        </w:rPr>
        <w:t>e özenli biçimde yerine getirmesi, kurum içi toplantılara ve mesleki çalışmalara aktif katılım göstermesi, gözlem ve uygulamalarını kayıt altına alması ve haftalık değerlendirme süreçlerine katılması beklenir.</w:t>
      </w:r>
    </w:p>
    <w:p w14:paraId="794B670C" w14:textId="77777777" w:rsidR="0096713F" w:rsidRPr="003F4D10" w:rsidRDefault="001C72E7" w:rsidP="00CA4DE3">
      <w:pPr>
        <w:pStyle w:val="Balk1"/>
        <w:spacing w:before="160" w:after="80"/>
        <w:jc w:val="both"/>
        <w:rPr>
          <w:color w:val="000000" w:themeColor="text1"/>
          <w:lang w:val="tr-TR"/>
        </w:rPr>
      </w:pPr>
      <w:r w:rsidRPr="003F4D10">
        <w:rPr>
          <w:rFonts w:ascii="Times New Roman" w:eastAsia="Times New Roman" w:hAnsi="Times New Roman"/>
          <w:color w:val="000000" w:themeColor="text1"/>
          <w:lang w:val="tr-TR"/>
        </w:rPr>
        <w:t>3. SOSYAL HİZMET KURULUŞUNDA MESLEKİ EĞİTİM DE</w:t>
      </w:r>
      <w:r w:rsidRPr="003F4D10">
        <w:rPr>
          <w:rFonts w:ascii="Times New Roman" w:eastAsia="Times New Roman" w:hAnsi="Times New Roman"/>
          <w:color w:val="000000" w:themeColor="text1"/>
          <w:lang w:val="tr-TR"/>
        </w:rPr>
        <w:t>RSİNİN İŞLEYİŞİ</w:t>
      </w:r>
    </w:p>
    <w:p w14:paraId="5CBD358A" w14:textId="77777777" w:rsidR="0096713F" w:rsidRPr="003F4D10" w:rsidRDefault="001C72E7" w:rsidP="00CA4DE3">
      <w:pPr>
        <w:spacing w:after="120"/>
        <w:jc w:val="both"/>
        <w:rPr>
          <w:lang w:val="tr-TR"/>
        </w:rPr>
      </w:pPr>
      <w:r w:rsidRPr="003F4D10">
        <w:rPr>
          <w:lang w:val="tr-TR"/>
        </w:rPr>
        <w:t>Sosyal Hizmet Kuruluşunda Mesleki Eğitim Dersi, dördüncü sınıf düzeyinde öğrencinin sosyal hizmet mesleğine ilişkin kuramsal birikimini uygulama ortamında geliştirmesini amaçlayan yapılandırılmış bir alan eğitimi dersidir. Ders, ilgili yarı</w:t>
      </w:r>
      <w:r w:rsidRPr="003F4D10">
        <w:rPr>
          <w:lang w:val="tr-TR"/>
        </w:rPr>
        <w:t>yılda bölüm tarafından uygun görülen kurum ve kuruluşlarda, kurum danışmanı/eğitici personel ile sorumlu öğretim elemanının eş güdümü içinde yürütülür. Mesleki eğitim sürecinin temel niteliği, öğrencinin gerçek hizmet ortamında profesyonel gözlem, değerlen</w:t>
      </w:r>
      <w:r w:rsidRPr="003F4D10">
        <w:rPr>
          <w:lang w:val="tr-TR"/>
        </w:rPr>
        <w:t>dirme, planlama, uygulama, kayıt, raporlama ve öz değerlendirme becerilerini geliştirmesidir.</w:t>
      </w:r>
    </w:p>
    <w:p w14:paraId="61BBC479" w14:textId="77777777" w:rsidR="0096713F" w:rsidRPr="003F4D10" w:rsidRDefault="001C72E7" w:rsidP="00CA4DE3">
      <w:pPr>
        <w:spacing w:after="120"/>
        <w:jc w:val="both"/>
        <w:rPr>
          <w:lang w:val="tr-TR"/>
        </w:rPr>
      </w:pPr>
      <w:r w:rsidRPr="003F4D10">
        <w:rPr>
          <w:lang w:val="tr-TR"/>
        </w:rPr>
        <w:t>Ders, belirlenen takvim doğrultusunda haftada beş gün kurum ortamında yürütülür. Öğrenci, bu süre içinde kurumun hizmet yapısına aktif biçimde katılır; kurumsal t</w:t>
      </w:r>
      <w:r w:rsidRPr="003F4D10">
        <w:rPr>
          <w:lang w:val="tr-TR"/>
        </w:rPr>
        <w:t>oplantıları, müracaatçı süreçlerini, mesleki görüşmeleri, ekip çalışmalarını, kayıt ve raporlama uygulamalarını ve sosyal hizmet müdahalesinin farklı düzeylerini gözlemleme ve uygun ölçüde uygulama fırsatı bulur. Dersin yürütülmesinde amaç, öğrencinin yaln</w:t>
      </w:r>
      <w:r w:rsidRPr="003F4D10">
        <w:rPr>
          <w:lang w:val="tr-TR"/>
        </w:rPr>
        <w:t>ızca kurumda bulunması değil; kuram ile uygulama arasındaki ilişkiyi mesleki rehberlik altında sistematik biçimde kurabilmesidir.</w:t>
      </w:r>
    </w:p>
    <w:p w14:paraId="7B6D51E3" w14:textId="77777777" w:rsidR="0096713F" w:rsidRPr="003F4D10" w:rsidRDefault="001C72E7" w:rsidP="00CA4DE3">
      <w:pPr>
        <w:spacing w:after="120"/>
        <w:jc w:val="both"/>
        <w:rPr>
          <w:lang w:val="tr-TR"/>
        </w:rPr>
      </w:pPr>
      <w:r w:rsidRPr="003F4D10">
        <w:rPr>
          <w:lang w:val="tr-TR"/>
        </w:rPr>
        <w:t>Mesleki eğitim sürecinde öğrenci, belirli aralıklarla sorumlu öğretim elemanı ile yüz yüze ve/veya çevrim içi süpervizyon görü</w:t>
      </w:r>
      <w:r w:rsidRPr="003F4D10">
        <w:rPr>
          <w:lang w:val="tr-TR"/>
        </w:rPr>
        <w:t>şmeleri gerçekleştirir. Bu görüşmelerde öğrencinin yürüttüğü çalışmalar, hazırladığı kayıtlar, karşılaştığı güçlükler, etik ikilemler, mesleki karar süreçleri ve öğrenme gereksinimleri ele alınır. Kurum dışındaki yerleştirmelerde de öğrenci ile sorumlu öğr</w:t>
      </w:r>
      <w:r w:rsidRPr="003F4D10">
        <w:rPr>
          <w:lang w:val="tr-TR"/>
        </w:rPr>
        <w:t>etim elemanı arasındaki düzenli iletişim ve belge paylaşımı aksatılmadan sürdürülür.</w:t>
      </w:r>
    </w:p>
    <w:p w14:paraId="2BEB5BF1"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3.1. Dersin İşleyişi</w:t>
      </w:r>
    </w:p>
    <w:p w14:paraId="7F32E45E" w14:textId="77777777" w:rsidR="0096713F" w:rsidRPr="003F4D10" w:rsidRDefault="001C72E7" w:rsidP="00CA4DE3">
      <w:pPr>
        <w:pStyle w:val="ListeMaddemi"/>
        <w:ind w:left="284"/>
        <w:jc w:val="both"/>
        <w:rPr>
          <w:lang w:val="tr-TR"/>
        </w:rPr>
      </w:pPr>
      <w:r w:rsidRPr="003F4D10">
        <w:rPr>
          <w:lang w:val="tr-TR"/>
        </w:rPr>
        <w:t>Kuruma uyum ve oryantasyon</w:t>
      </w:r>
    </w:p>
    <w:p w14:paraId="5E6FF6B6" w14:textId="77777777" w:rsidR="0096713F" w:rsidRPr="003F4D10" w:rsidRDefault="001C72E7" w:rsidP="00CA4DE3">
      <w:pPr>
        <w:pStyle w:val="ListeMaddemi"/>
        <w:ind w:left="284"/>
        <w:jc w:val="both"/>
        <w:rPr>
          <w:lang w:val="tr-TR"/>
        </w:rPr>
      </w:pPr>
      <w:r w:rsidRPr="003F4D10">
        <w:rPr>
          <w:lang w:val="tr-TR"/>
        </w:rPr>
        <w:t>Gözlem ve tanıma süreci</w:t>
      </w:r>
    </w:p>
    <w:p w14:paraId="08589B08" w14:textId="77777777" w:rsidR="0096713F" w:rsidRPr="003F4D10" w:rsidRDefault="001C72E7" w:rsidP="00CA4DE3">
      <w:pPr>
        <w:pStyle w:val="ListeMaddemi"/>
        <w:ind w:left="284"/>
        <w:jc w:val="both"/>
        <w:rPr>
          <w:lang w:val="tr-TR"/>
        </w:rPr>
      </w:pPr>
      <w:r w:rsidRPr="003F4D10">
        <w:rPr>
          <w:lang w:val="tr-TR"/>
        </w:rPr>
        <w:t>Katılımlı öğrenme ve uygulama süreci</w:t>
      </w:r>
    </w:p>
    <w:p w14:paraId="4A403F7F" w14:textId="77777777" w:rsidR="0096713F" w:rsidRPr="003F4D10" w:rsidRDefault="001C72E7" w:rsidP="00CA4DE3">
      <w:pPr>
        <w:pStyle w:val="ListeMaddemi"/>
        <w:ind w:left="284"/>
        <w:jc w:val="both"/>
        <w:rPr>
          <w:lang w:val="tr-TR"/>
        </w:rPr>
      </w:pPr>
      <w:r w:rsidRPr="003F4D10">
        <w:rPr>
          <w:lang w:val="tr-TR"/>
        </w:rPr>
        <w:t>Kayıt, raporlama ve değerlendirme süreci</w:t>
      </w:r>
    </w:p>
    <w:p w14:paraId="1DD0D0D1" w14:textId="77777777" w:rsidR="0096713F" w:rsidRPr="003F4D10" w:rsidRDefault="001C72E7" w:rsidP="00CA4DE3">
      <w:pPr>
        <w:pStyle w:val="ListeMaddemi"/>
        <w:ind w:left="284"/>
        <w:jc w:val="both"/>
        <w:rPr>
          <w:lang w:val="tr-TR"/>
        </w:rPr>
      </w:pPr>
      <w:r w:rsidRPr="003F4D10">
        <w:rPr>
          <w:lang w:val="tr-TR"/>
        </w:rPr>
        <w:t xml:space="preserve">Yansıtıcı öğrenme ve </w:t>
      </w:r>
      <w:r w:rsidRPr="003F4D10">
        <w:rPr>
          <w:lang w:val="tr-TR"/>
        </w:rPr>
        <w:t>mesleki gelişim süreci</w:t>
      </w:r>
    </w:p>
    <w:p w14:paraId="6EE7A80E"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3.2. Öğrenciden Beklenenler</w:t>
      </w:r>
    </w:p>
    <w:p w14:paraId="482721E3" w14:textId="77777777" w:rsidR="0096713F" w:rsidRPr="003F4D10" w:rsidRDefault="001C72E7" w:rsidP="00CA4DE3">
      <w:pPr>
        <w:pStyle w:val="ListeMaddemi"/>
        <w:ind w:left="284"/>
        <w:jc w:val="both"/>
        <w:rPr>
          <w:lang w:val="tr-TR"/>
        </w:rPr>
      </w:pPr>
      <w:r w:rsidRPr="003F4D10">
        <w:rPr>
          <w:lang w:val="tr-TR"/>
        </w:rPr>
        <w:t>Kuramsal derslerde edinilen sosyal hizmet bilgi, beceri ve değerlerini saha uygulamasıyla ilişkilendirmesi</w:t>
      </w:r>
    </w:p>
    <w:p w14:paraId="204BE499" w14:textId="77777777" w:rsidR="0096713F" w:rsidRPr="003F4D10" w:rsidRDefault="001C72E7" w:rsidP="00CA4DE3">
      <w:pPr>
        <w:pStyle w:val="ListeMaddemi"/>
        <w:ind w:left="284"/>
        <w:jc w:val="both"/>
        <w:rPr>
          <w:lang w:val="tr-TR"/>
        </w:rPr>
      </w:pPr>
      <w:r w:rsidRPr="003F4D10">
        <w:rPr>
          <w:lang w:val="tr-TR"/>
        </w:rPr>
        <w:t>Müracaatçı sistemlerini sosyal hizmet perspektifiyle değerlendirmesi</w:t>
      </w:r>
    </w:p>
    <w:p w14:paraId="1A8D80F9" w14:textId="77777777" w:rsidR="0096713F" w:rsidRPr="003F4D10" w:rsidRDefault="001C72E7" w:rsidP="00CA4DE3">
      <w:pPr>
        <w:pStyle w:val="ListeMaddemi"/>
        <w:ind w:left="284"/>
        <w:jc w:val="both"/>
        <w:rPr>
          <w:lang w:val="tr-TR"/>
        </w:rPr>
      </w:pPr>
      <w:r w:rsidRPr="003F4D10">
        <w:rPr>
          <w:lang w:val="tr-TR"/>
        </w:rPr>
        <w:t xml:space="preserve">Mikro, </w:t>
      </w:r>
      <w:proofErr w:type="spellStart"/>
      <w:r w:rsidRPr="003F4D10">
        <w:rPr>
          <w:lang w:val="tr-TR"/>
        </w:rPr>
        <w:t>mezzo</w:t>
      </w:r>
      <w:proofErr w:type="spellEnd"/>
      <w:r w:rsidRPr="003F4D10">
        <w:rPr>
          <w:lang w:val="tr-TR"/>
        </w:rPr>
        <w:t xml:space="preserve"> ve makro düzeyle</w:t>
      </w:r>
      <w:r w:rsidRPr="003F4D10">
        <w:rPr>
          <w:lang w:val="tr-TR"/>
        </w:rPr>
        <w:t>rde müdahale mantığını kavraması ve uygun örnekler geliştirmesi</w:t>
      </w:r>
    </w:p>
    <w:p w14:paraId="41999D8F" w14:textId="77777777" w:rsidR="0096713F" w:rsidRPr="003F4D10" w:rsidRDefault="001C72E7" w:rsidP="00CA4DE3">
      <w:pPr>
        <w:pStyle w:val="ListeMaddemi"/>
        <w:ind w:left="284"/>
        <w:jc w:val="both"/>
        <w:rPr>
          <w:lang w:val="tr-TR"/>
        </w:rPr>
      </w:pPr>
      <w:r w:rsidRPr="003F4D10">
        <w:rPr>
          <w:lang w:val="tr-TR"/>
        </w:rPr>
        <w:t>Kurumun hizmet politikalarını, mevzuat çerçevesini ve uygulama sınırlarını dikkate alarak mesleki muhakeme geliştirmesi</w:t>
      </w:r>
    </w:p>
    <w:p w14:paraId="3D3E4D44" w14:textId="77777777" w:rsidR="0096713F" w:rsidRPr="003F4D10" w:rsidRDefault="001C72E7" w:rsidP="00CA4DE3">
      <w:pPr>
        <w:pStyle w:val="ListeMaddemi"/>
        <w:ind w:left="284"/>
        <w:jc w:val="both"/>
        <w:rPr>
          <w:lang w:val="tr-TR"/>
        </w:rPr>
      </w:pPr>
      <w:r w:rsidRPr="003F4D10">
        <w:rPr>
          <w:lang w:val="tr-TR"/>
        </w:rPr>
        <w:t>Mesleki görüşme, gözlem, kayıt ve raporlama becerilerini geliştirmesi</w:t>
      </w:r>
    </w:p>
    <w:p w14:paraId="1A270D23" w14:textId="77777777" w:rsidR="0096713F" w:rsidRPr="003F4D10" w:rsidRDefault="001C72E7" w:rsidP="00CA4DE3">
      <w:pPr>
        <w:pStyle w:val="ListeMaddemi"/>
        <w:ind w:left="284"/>
        <w:jc w:val="both"/>
        <w:rPr>
          <w:lang w:val="tr-TR"/>
        </w:rPr>
      </w:pPr>
      <w:r w:rsidRPr="003F4D10">
        <w:rPr>
          <w:lang w:val="tr-TR"/>
        </w:rPr>
        <w:t>Süpervizyon sürecine hazırlıklı ve aktif katılması</w:t>
      </w:r>
    </w:p>
    <w:p w14:paraId="672FAC9D" w14:textId="77777777" w:rsidR="0096713F" w:rsidRPr="003F4D10" w:rsidRDefault="001C72E7" w:rsidP="00CA4DE3">
      <w:pPr>
        <w:pStyle w:val="ListeMaddemi"/>
        <w:ind w:left="284"/>
        <w:jc w:val="both"/>
        <w:rPr>
          <w:lang w:val="tr-TR"/>
        </w:rPr>
      </w:pPr>
      <w:r w:rsidRPr="003F4D10">
        <w:rPr>
          <w:lang w:val="tr-TR"/>
        </w:rPr>
        <w:t>Mesleki etik ilke ve sorumluluklara uygun davranması</w:t>
      </w:r>
    </w:p>
    <w:p w14:paraId="2AFDE604" w14:textId="77777777" w:rsidR="0096713F" w:rsidRPr="003F4D10" w:rsidRDefault="001C72E7" w:rsidP="00CA4DE3">
      <w:pPr>
        <w:pStyle w:val="ListeMaddemi"/>
        <w:ind w:left="284"/>
        <w:jc w:val="both"/>
        <w:rPr>
          <w:lang w:val="tr-TR"/>
        </w:rPr>
      </w:pPr>
      <w:r w:rsidRPr="003F4D10">
        <w:rPr>
          <w:lang w:val="tr-TR"/>
        </w:rPr>
        <w:lastRenderedPageBreak/>
        <w:t>Kurum çalışanları, müracaatçılar ve diğer öğrencilerle profesyonel iletişim kurması</w:t>
      </w:r>
    </w:p>
    <w:p w14:paraId="696DFF44" w14:textId="77777777" w:rsidR="0096713F" w:rsidRPr="003F4D10" w:rsidRDefault="001C72E7" w:rsidP="00CA4DE3">
      <w:pPr>
        <w:pStyle w:val="ListeMaddemi"/>
        <w:ind w:left="284"/>
        <w:jc w:val="both"/>
        <w:rPr>
          <w:lang w:val="tr-TR"/>
        </w:rPr>
      </w:pPr>
      <w:r w:rsidRPr="003F4D10">
        <w:rPr>
          <w:lang w:val="tr-TR"/>
        </w:rPr>
        <w:t xml:space="preserve">Toplumla çalışma, grup çalışması, bireysel çalışma ve kurum analizi </w:t>
      </w:r>
      <w:r w:rsidRPr="003F4D10">
        <w:rPr>
          <w:lang w:val="tr-TR"/>
        </w:rPr>
        <w:t>gibi alanlarda öğrenme fırsatlarını değerlendirmesi</w:t>
      </w:r>
    </w:p>
    <w:p w14:paraId="3BE6CF69" w14:textId="77777777" w:rsidR="0096713F" w:rsidRPr="003F4D10" w:rsidRDefault="001C72E7" w:rsidP="00CA4DE3">
      <w:pPr>
        <w:pStyle w:val="ListeMaddemi"/>
        <w:ind w:left="284"/>
        <w:jc w:val="both"/>
        <w:rPr>
          <w:lang w:val="tr-TR"/>
        </w:rPr>
      </w:pPr>
      <w:r w:rsidRPr="003F4D10">
        <w:rPr>
          <w:lang w:val="tr-TR"/>
        </w:rPr>
        <w:t>Mesleki gelişimini yansıtıcı biçimde değerlendirmesi</w:t>
      </w:r>
    </w:p>
    <w:p w14:paraId="20AFC4B7"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3.3. Öğrencinin Sorumlulukları</w:t>
      </w:r>
    </w:p>
    <w:p w14:paraId="121A6498" w14:textId="77777777" w:rsidR="0096713F" w:rsidRPr="003F4D10" w:rsidRDefault="001C72E7" w:rsidP="00CA4DE3">
      <w:pPr>
        <w:pStyle w:val="ListeMaddemi"/>
        <w:ind w:left="284"/>
        <w:jc w:val="both"/>
        <w:rPr>
          <w:lang w:val="tr-TR"/>
        </w:rPr>
      </w:pPr>
      <w:r w:rsidRPr="003F4D10">
        <w:rPr>
          <w:lang w:val="tr-TR"/>
        </w:rPr>
        <w:t>Uygulama takvimine ve kurumsal çalışma saatlerine uymak</w:t>
      </w:r>
    </w:p>
    <w:p w14:paraId="1991D2F8" w14:textId="77777777" w:rsidR="0096713F" w:rsidRPr="003F4D10" w:rsidRDefault="001C72E7" w:rsidP="00CA4DE3">
      <w:pPr>
        <w:pStyle w:val="ListeMaddemi"/>
        <w:ind w:left="284"/>
        <w:jc w:val="both"/>
        <w:rPr>
          <w:lang w:val="tr-TR"/>
        </w:rPr>
      </w:pPr>
      <w:r w:rsidRPr="003F4D10">
        <w:rPr>
          <w:lang w:val="tr-TR"/>
        </w:rPr>
        <w:t>Devamsızlık ve gecikme durumlarını zamanında bildirmek</w:t>
      </w:r>
    </w:p>
    <w:p w14:paraId="0A572CF8" w14:textId="77777777" w:rsidR="0096713F" w:rsidRPr="003F4D10" w:rsidRDefault="001C72E7" w:rsidP="00CA4DE3">
      <w:pPr>
        <w:pStyle w:val="ListeMaddemi"/>
        <w:ind w:left="284"/>
        <w:jc w:val="both"/>
        <w:rPr>
          <w:lang w:val="tr-TR"/>
        </w:rPr>
      </w:pPr>
      <w:r w:rsidRPr="003F4D10">
        <w:rPr>
          <w:lang w:val="tr-TR"/>
        </w:rPr>
        <w:t>Kurumun e</w:t>
      </w:r>
      <w:r w:rsidRPr="003F4D10">
        <w:rPr>
          <w:lang w:val="tr-TR"/>
        </w:rPr>
        <w:t>tik, gizlilik, veri güvenliği ve mesleki sınır kurallarına uymak</w:t>
      </w:r>
    </w:p>
    <w:p w14:paraId="4D64D466" w14:textId="77777777" w:rsidR="0096713F" w:rsidRPr="003F4D10" w:rsidRDefault="001C72E7" w:rsidP="00CA4DE3">
      <w:pPr>
        <w:pStyle w:val="ListeMaddemi"/>
        <w:ind w:left="284"/>
        <w:jc w:val="both"/>
        <w:rPr>
          <w:lang w:val="tr-TR"/>
        </w:rPr>
      </w:pPr>
      <w:r w:rsidRPr="003F4D10">
        <w:rPr>
          <w:lang w:val="tr-TR"/>
        </w:rPr>
        <w:t>Süpervizyon görüşmelerine hazırlıklı katılmak</w:t>
      </w:r>
    </w:p>
    <w:p w14:paraId="303530A3" w14:textId="77777777" w:rsidR="0096713F" w:rsidRPr="003F4D10" w:rsidRDefault="001C72E7" w:rsidP="00CA4DE3">
      <w:pPr>
        <w:pStyle w:val="ListeMaddemi"/>
        <w:ind w:left="284"/>
        <w:jc w:val="both"/>
        <w:rPr>
          <w:lang w:val="tr-TR"/>
        </w:rPr>
      </w:pPr>
      <w:r w:rsidRPr="003F4D10">
        <w:rPr>
          <w:lang w:val="tr-TR"/>
        </w:rPr>
        <w:t>Uygulama kayıtlarını zamanında ve özenli biçimde hazırlamak</w:t>
      </w:r>
    </w:p>
    <w:p w14:paraId="0397A00E" w14:textId="77777777" w:rsidR="0096713F" w:rsidRPr="003F4D10" w:rsidRDefault="001C72E7" w:rsidP="00CA4DE3">
      <w:pPr>
        <w:pStyle w:val="ListeMaddemi"/>
        <w:ind w:left="284"/>
        <w:jc w:val="both"/>
        <w:rPr>
          <w:lang w:val="tr-TR"/>
        </w:rPr>
      </w:pPr>
      <w:r w:rsidRPr="003F4D10">
        <w:rPr>
          <w:lang w:val="tr-TR"/>
        </w:rPr>
        <w:t>Kurumsal işleyişe zarar vermeyecek biçimde profesyonel tutum sergilemek</w:t>
      </w:r>
    </w:p>
    <w:p w14:paraId="6AE3ED75" w14:textId="77777777" w:rsidR="0096713F" w:rsidRPr="003F4D10" w:rsidRDefault="001C72E7" w:rsidP="00CA4DE3">
      <w:pPr>
        <w:pStyle w:val="ListeMaddemi"/>
        <w:ind w:left="284"/>
        <w:jc w:val="both"/>
        <w:rPr>
          <w:lang w:val="tr-TR"/>
        </w:rPr>
      </w:pPr>
      <w:r w:rsidRPr="003F4D10">
        <w:rPr>
          <w:lang w:val="tr-TR"/>
        </w:rPr>
        <w:t>Müracaatçı ya</w:t>
      </w:r>
      <w:r w:rsidRPr="003F4D10">
        <w:rPr>
          <w:lang w:val="tr-TR"/>
        </w:rPr>
        <w:t>rarını gözetmek ve zarar vermeme ilkesine uygun davranmak</w:t>
      </w:r>
    </w:p>
    <w:p w14:paraId="4519A06F" w14:textId="77777777" w:rsidR="0096713F" w:rsidRPr="003F4D10" w:rsidRDefault="001C72E7" w:rsidP="00CA4DE3">
      <w:pPr>
        <w:pStyle w:val="ListeMaddemi"/>
        <w:ind w:left="284"/>
        <w:jc w:val="both"/>
        <w:rPr>
          <w:lang w:val="tr-TR"/>
        </w:rPr>
      </w:pPr>
      <w:r w:rsidRPr="003F4D10">
        <w:rPr>
          <w:lang w:val="tr-TR"/>
        </w:rPr>
        <w:t>Mesleki uygulamalarını eleştirel ve yansıtıcı biçimde değerlendirmek</w:t>
      </w:r>
    </w:p>
    <w:p w14:paraId="032C90A1"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3.4. Öğrenme Etkinlikleri ve Dosya Çalışmaları</w:t>
      </w:r>
    </w:p>
    <w:p w14:paraId="5FB51CD8" w14:textId="77777777" w:rsidR="0096713F" w:rsidRPr="003F4D10" w:rsidRDefault="001C72E7" w:rsidP="00CA4DE3">
      <w:pPr>
        <w:spacing w:after="120"/>
        <w:jc w:val="both"/>
        <w:rPr>
          <w:lang w:val="tr-TR"/>
        </w:rPr>
      </w:pPr>
      <w:r w:rsidRPr="003F4D10">
        <w:rPr>
          <w:lang w:val="tr-TR"/>
        </w:rPr>
        <w:t xml:space="preserve">Mesleki eğitim dosyasında yer alan çalışmalar, öğrencinin mesleki gelişimini </w:t>
      </w:r>
      <w:r w:rsidRPr="003F4D10">
        <w:rPr>
          <w:lang w:val="tr-TR"/>
        </w:rPr>
        <w:t xml:space="preserve">belgeleyen ve destekleyen araçlar olarak değerlendirilir. Bu çalışmaların amacı yalnızca belge üretmek değil; öğrencinin kurum analizi, sorun alanı değerlendirmesi, sosyal inceleme, bireysel görüşme, grup çalışması, müdahale planı, haftalık faaliyet kaydı </w:t>
      </w:r>
      <w:r w:rsidRPr="003F4D10">
        <w:rPr>
          <w:lang w:val="tr-TR"/>
        </w:rPr>
        <w:t>ve dönem sonu değerlendirmesi gibi mesleki süreçleri yazılı hale getirerek analiz edebilmesini sağlamaktır. Her form, öğrencinin belirli bir mesleki yeterliğini göstermesine hizmet eden bir öğrenme aracı olarak ele alınır.</w:t>
      </w:r>
    </w:p>
    <w:p w14:paraId="422078B1"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3.5. Değerlendirme İlkeleri</w:t>
      </w:r>
    </w:p>
    <w:p w14:paraId="72C2F032" w14:textId="77777777" w:rsidR="0096713F" w:rsidRPr="003F4D10" w:rsidRDefault="001C72E7" w:rsidP="00CA4DE3">
      <w:pPr>
        <w:spacing w:after="120"/>
        <w:jc w:val="both"/>
        <w:rPr>
          <w:lang w:val="tr-TR"/>
        </w:rPr>
      </w:pPr>
      <w:r w:rsidRPr="003F4D10">
        <w:rPr>
          <w:lang w:val="tr-TR"/>
        </w:rPr>
        <w:t>Mesle</w:t>
      </w:r>
      <w:r w:rsidRPr="003F4D10">
        <w:rPr>
          <w:lang w:val="tr-TR"/>
        </w:rPr>
        <w:t>ki eğitim dersinin değerlendirilmesi, yalnızca teslim edilen form sayısına göre değil; öğrencinin mesleki gelişimi, profesyonel tutumu, etik duyarlılığı, kurum içi iletişimi, süpervizyon sürecine katılımı, kayıt ve raporlama becerisi, müracaatçı ile çalışm</w:t>
      </w:r>
      <w:r w:rsidRPr="003F4D10">
        <w:rPr>
          <w:lang w:val="tr-TR"/>
        </w:rPr>
        <w:t>a kapasitesi ve müdahale planlama becerisi dikkate alınarak yapılır.</w:t>
      </w:r>
    </w:p>
    <w:p w14:paraId="3B859C76"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3.6. Değerlendirme Bileşenleri ve Teslim Takvimi</w:t>
      </w:r>
    </w:p>
    <w:p w14:paraId="0FD01CBC" w14:textId="77777777" w:rsidR="0096713F" w:rsidRPr="003F4D10" w:rsidRDefault="001C72E7" w:rsidP="00CA4DE3">
      <w:pPr>
        <w:spacing w:after="120"/>
        <w:jc w:val="both"/>
        <w:rPr>
          <w:lang w:val="tr-TR"/>
        </w:rPr>
      </w:pPr>
      <w:r w:rsidRPr="003F4D10">
        <w:rPr>
          <w:lang w:val="tr-TR"/>
        </w:rPr>
        <w:t>Değerlendirme; süreç değerlendirmesi ve sonuç değerlendirmesi olmak üzere iki aşamada yürütülür. Süreç değerlendirmesi, öğrencinin dönem b</w:t>
      </w:r>
      <w:r w:rsidRPr="003F4D10">
        <w:rPr>
          <w:lang w:val="tr-TR"/>
        </w:rPr>
        <w:t>oyunca uygulama ortamındaki gelişimini ve mesleki öğrenme performansını izlemeyi amaçlar. Sonuç değerlendirmesi ise öğrencinin dönem sonunda ulaştığı mesleki yeterlik düzeyini ortaya koyar.</w:t>
      </w:r>
    </w:p>
    <w:p w14:paraId="3DEAFECF" w14:textId="77777777" w:rsidR="0096713F" w:rsidRPr="003F4D10" w:rsidRDefault="001C72E7" w:rsidP="00CA4DE3">
      <w:pPr>
        <w:pStyle w:val="Balk3"/>
        <w:spacing w:before="160" w:after="80"/>
        <w:jc w:val="both"/>
        <w:rPr>
          <w:rFonts w:ascii="Times New Roman" w:eastAsia="Times New Roman" w:hAnsi="Times New Roman"/>
          <w:color w:val="000000" w:themeColor="text1"/>
          <w:lang w:val="tr-TR"/>
        </w:rPr>
      </w:pPr>
      <w:r w:rsidRPr="003F4D10">
        <w:rPr>
          <w:rFonts w:ascii="Times New Roman" w:eastAsia="Times New Roman" w:hAnsi="Times New Roman"/>
          <w:color w:val="000000" w:themeColor="text1"/>
          <w:lang w:val="tr-TR"/>
        </w:rPr>
        <w:t>3.6.1. Ara Değerlendirme (Vize Öncesi Teslimler)</w:t>
      </w:r>
    </w:p>
    <w:tbl>
      <w:tblPr>
        <w:tblStyle w:val="TabloKlavuzu"/>
        <w:tblW w:w="0" w:type="auto"/>
        <w:tblLook w:val="04A0" w:firstRow="1" w:lastRow="0" w:firstColumn="1" w:lastColumn="0" w:noHBand="0" w:noVBand="1"/>
      </w:tblPr>
      <w:tblGrid>
        <w:gridCol w:w="572"/>
        <w:gridCol w:w="2473"/>
        <w:gridCol w:w="661"/>
        <w:gridCol w:w="5690"/>
      </w:tblGrid>
      <w:tr w:rsidR="007F2C2E" w:rsidRPr="007F2C2E" w14:paraId="0EAA1028" w14:textId="77777777" w:rsidTr="006171EE">
        <w:tc>
          <w:tcPr>
            <w:tcW w:w="0" w:type="auto"/>
            <w:hideMark/>
          </w:tcPr>
          <w:p w14:paraId="6B70D30F" w14:textId="77777777" w:rsidR="007F2C2E" w:rsidRPr="007F2C2E" w:rsidRDefault="007F2C2E" w:rsidP="00CA4DE3">
            <w:pPr>
              <w:spacing w:line="276" w:lineRule="auto"/>
              <w:jc w:val="center"/>
              <w:rPr>
                <w:rFonts w:cs="Times New Roman"/>
                <w:b/>
                <w:bCs/>
                <w:sz w:val="20"/>
                <w:szCs w:val="20"/>
                <w:lang w:val="tr-TR" w:eastAsia="tr-TR"/>
              </w:rPr>
            </w:pPr>
            <w:r w:rsidRPr="007F2C2E">
              <w:rPr>
                <w:rFonts w:cs="Times New Roman"/>
                <w:b/>
                <w:bCs/>
                <w:sz w:val="20"/>
                <w:szCs w:val="20"/>
                <w:lang w:val="tr-TR" w:eastAsia="tr-TR"/>
              </w:rPr>
              <w:t>Sıra</w:t>
            </w:r>
          </w:p>
        </w:tc>
        <w:tc>
          <w:tcPr>
            <w:tcW w:w="0" w:type="auto"/>
            <w:hideMark/>
          </w:tcPr>
          <w:p w14:paraId="625DE141" w14:textId="77777777" w:rsidR="007F2C2E" w:rsidRPr="007F2C2E" w:rsidRDefault="007F2C2E" w:rsidP="00CA4DE3">
            <w:pPr>
              <w:spacing w:line="276" w:lineRule="auto"/>
              <w:jc w:val="center"/>
              <w:rPr>
                <w:rFonts w:cs="Times New Roman"/>
                <w:b/>
                <w:bCs/>
                <w:sz w:val="20"/>
                <w:szCs w:val="20"/>
                <w:lang w:val="tr-TR" w:eastAsia="tr-TR"/>
              </w:rPr>
            </w:pPr>
            <w:r w:rsidRPr="007F2C2E">
              <w:rPr>
                <w:rFonts w:cs="Times New Roman"/>
                <w:b/>
                <w:bCs/>
                <w:sz w:val="20"/>
                <w:szCs w:val="20"/>
                <w:lang w:val="tr-TR" w:eastAsia="tr-TR"/>
              </w:rPr>
              <w:t>Çalışma / Belge</w:t>
            </w:r>
          </w:p>
        </w:tc>
        <w:tc>
          <w:tcPr>
            <w:tcW w:w="0" w:type="auto"/>
            <w:hideMark/>
          </w:tcPr>
          <w:p w14:paraId="46976FBA" w14:textId="77777777" w:rsidR="007F2C2E" w:rsidRPr="007F2C2E" w:rsidRDefault="007F2C2E" w:rsidP="00CA4DE3">
            <w:pPr>
              <w:spacing w:line="276" w:lineRule="auto"/>
              <w:jc w:val="center"/>
              <w:rPr>
                <w:rFonts w:cs="Times New Roman"/>
                <w:b/>
                <w:bCs/>
                <w:sz w:val="20"/>
                <w:szCs w:val="20"/>
                <w:lang w:val="tr-TR" w:eastAsia="tr-TR"/>
              </w:rPr>
            </w:pPr>
            <w:r w:rsidRPr="007F2C2E">
              <w:rPr>
                <w:rFonts w:cs="Times New Roman"/>
                <w:b/>
                <w:bCs/>
                <w:sz w:val="20"/>
                <w:szCs w:val="20"/>
                <w:lang w:val="tr-TR" w:eastAsia="tr-TR"/>
              </w:rPr>
              <w:t>Puan</w:t>
            </w:r>
          </w:p>
        </w:tc>
        <w:tc>
          <w:tcPr>
            <w:tcW w:w="0" w:type="auto"/>
            <w:hideMark/>
          </w:tcPr>
          <w:p w14:paraId="3AA608BD" w14:textId="77777777" w:rsidR="007F2C2E" w:rsidRPr="007F2C2E" w:rsidRDefault="007F2C2E" w:rsidP="00CA4DE3">
            <w:pPr>
              <w:spacing w:line="276" w:lineRule="auto"/>
              <w:jc w:val="center"/>
              <w:rPr>
                <w:rFonts w:cs="Times New Roman"/>
                <w:b/>
                <w:bCs/>
                <w:sz w:val="20"/>
                <w:szCs w:val="20"/>
                <w:lang w:val="tr-TR" w:eastAsia="tr-TR"/>
              </w:rPr>
            </w:pPr>
            <w:r w:rsidRPr="007F2C2E">
              <w:rPr>
                <w:rFonts w:cs="Times New Roman"/>
                <w:b/>
                <w:bCs/>
                <w:sz w:val="20"/>
                <w:szCs w:val="20"/>
                <w:lang w:val="tr-TR" w:eastAsia="tr-TR"/>
              </w:rPr>
              <w:t>Açıklama / Teslim Zamanı</w:t>
            </w:r>
          </w:p>
        </w:tc>
      </w:tr>
      <w:tr w:rsidR="007F2C2E" w:rsidRPr="007F2C2E" w14:paraId="5FB3C6EE" w14:textId="77777777" w:rsidTr="006171EE">
        <w:tc>
          <w:tcPr>
            <w:tcW w:w="0" w:type="auto"/>
            <w:hideMark/>
          </w:tcPr>
          <w:p w14:paraId="2D3A8BAD"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1</w:t>
            </w:r>
          </w:p>
        </w:tc>
        <w:tc>
          <w:tcPr>
            <w:tcW w:w="0" w:type="auto"/>
            <w:hideMark/>
          </w:tcPr>
          <w:p w14:paraId="3A0D27B7"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Haftalık Devam Fişi ve Haftalık Uygulama Formları</w:t>
            </w:r>
          </w:p>
        </w:tc>
        <w:tc>
          <w:tcPr>
            <w:tcW w:w="0" w:type="auto"/>
            <w:hideMark/>
          </w:tcPr>
          <w:p w14:paraId="25B97657"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10</w:t>
            </w:r>
          </w:p>
        </w:tc>
        <w:tc>
          <w:tcPr>
            <w:tcW w:w="0" w:type="auto"/>
            <w:hideMark/>
          </w:tcPr>
          <w:p w14:paraId="56FDBFCC"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Düzenli olarak doldurulup teslim edilir.</w:t>
            </w:r>
          </w:p>
        </w:tc>
      </w:tr>
      <w:tr w:rsidR="007F2C2E" w:rsidRPr="007F2C2E" w14:paraId="1C3908FC" w14:textId="77777777" w:rsidTr="006171EE">
        <w:tc>
          <w:tcPr>
            <w:tcW w:w="0" w:type="auto"/>
            <w:hideMark/>
          </w:tcPr>
          <w:p w14:paraId="0EE37FCA"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2</w:t>
            </w:r>
          </w:p>
        </w:tc>
        <w:tc>
          <w:tcPr>
            <w:tcW w:w="0" w:type="auto"/>
            <w:hideMark/>
          </w:tcPr>
          <w:p w14:paraId="48AA2E5E"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Kurum Tanıtma Formu</w:t>
            </w:r>
          </w:p>
        </w:tc>
        <w:tc>
          <w:tcPr>
            <w:tcW w:w="0" w:type="auto"/>
            <w:hideMark/>
          </w:tcPr>
          <w:p w14:paraId="43C198A6" w14:textId="318433C1" w:rsidR="007F2C2E" w:rsidRPr="007F2C2E" w:rsidRDefault="001C72E7" w:rsidP="00CA4DE3">
            <w:pPr>
              <w:spacing w:line="276" w:lineRule="auto"/>
              <w:jc w:val="both"/>
              <w:rPr>
                <w:rFonts w:cs="Times New Roman"/>
                <w:sz w:val="20"/>
                <w:szCs w:val="20"/>
                <w:lang w:val="tr-TR" w:eastAsia="tr-TR"/>
              </w:rPr>
            </w:pPr>
            <w:r>
              <w:rPr>
                <w:rFonts w:cs="Times New Roman"/>
                <w:sz w:val="20"/>
                <w:szCs w:val="20"/>
                <w:lang w:val="tr-TR" w:eastAsia="tr-TR"/>
              </w:rPr>
              <w:t>10</w:t>
            </w:r>
          </w:p>
        </w:tc>
        <w:tc>
          <w:tcPr>
            <w:tcW w:w="0" w:type="auto"/>
            <w:hideMark/>
          </w:tcPr>
          <w:p w14:paraId="750A0399"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Mesleki eğitimin 4. haftasının son iş gününe kadar teslim edilmelidir.</w:t>
            </w:r>
          </w:p>
        </w:tc>
      </w:tr>
      <w:tr w:rsidR="007F2C2E" w:rsidRPr="007F2C2E" w14:paraId="04467938" w14:textId="77777777" w:rsidTr="006171EE">
        <w:tc>
          <w:tcPr>
            <w:tcW w:w="0" w:type="auto"/>
            <w:hideMark/>
          </w:tcPr>
          <w:p w14:paraId="531A5D86"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3</w:t>
            </w:r>
          </w:p>
        </w:tc>
        <w:tc>
          <w:tcPr>
            <w:tcW w:w="0" w:type="auto"/>
            <w:hideMark/>
          </w:tcPr>
          <w:p w14:paraId="3582BD70"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Sorun Alanı İnceleme ve Değerlendirme Formu</w:t>
            </w:r>
          </w:p>
        </w:tc>
        <w:tc>
          <w:tcPr>
            <w:tcW w:w="0" w:type="auto"/>
            <w:hideMark/>
          </w:tcPr>
          <w:p w14:paraId="73AA50C5" w14:textId="20184CFA" w:rsidR="007F2C2E" w:rsidRPr="007F2C2E" w:rsidRDefault="001C72E7" w:rsidP="00CA4DE3">
            <w:pPr>
              <w:spacing w:line="276" w:lineRule="auto"/>
              <w:jc w:val="both"/>
              <w:rPr>
                <w:rFonts w:cs="Times New Roman"/>
                <w:sz w:val="20"/>
                <w:szCs w:val="20"/>
                <w:lang w:val="tr-TR" w:eastAsia="tr-TR"/>
              </w:rPr>
            </w:pPr>
            <w:r>
              <w:rPr>
                <w:rFonts w:cs="Times New Roman"/>
                <w:sz w:val="20"/>
                <w:szCs w:val="20"/>
                <w:lang w:val="tr-TR" w:eastAsia="tr-TR"/>
              </w:rPr>
              <w:t>10</w:t>
            </w:r>
          </w:p>
        </w:tc>
        <w:tc>
          <w:tcPr>
            <w:tcW w:w="0" w:type="auto"/>
            <w:hideMark/>
          </w:tcPr>
          <w:p w14:paraId="67E982A9"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Vize haftasına kadar teslim edilmelidir.</w:t>
            </w:r>
          </w:p>
        </w:tc>
      </w:tr>
      <w:tr w:rsidR="007F2C2E" w:rsidRPr="007F2C2E" w14:paraId="4D005119" w14:textId="77777777" w:rsidTr="006171EE">
        <w:tc>
          <w:tcPr>
            <w:tcW w:w="0" w:type="auto"/>
            <w:hideMark/>
          </w:tcPr>
          <w:p w14:paraId="1EA51B6F"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4</w:t>
            </w:r>
          </w:p>
        </w:tc>
        <w:tc>
          <w:tcPr>
            <w:tcW w:w="0" w:type="auto"/>
            <w:hideMark/>
          </w:tcPr>
          <w:p w14:paraId="3F1A2CBE"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5 adet Bireysel Görüşme veya Süreç Formu</w:t>
            </w:r>
          </w:p>
        </w:tc>
        <w:tc>
          <w:tcPr>
            <w:tcW w:w="0" w:type="auto"/>
            <w:hideMark/>
          </w:tcPr>
          <w:p w14:paraId="6A33506F"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50</w:t>
            </w:r>
          </w:p>
        </w:tc>
        <w:tc>
          <w:tcPr>
            <w:tcW w:w="0" w:type="auto"/>
            <w:hideMark/>
          </w:tcPr>
          <w:p w14:paraId="4DA1A33E"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Formlar düzenli olarak danışmanlara teslim edilecek; raporların her biri niteliğine göre değerlendirilecektir.</w:t>
            </w:r>
          </w:p>
        </w:tc>
      </w:tr>
      <w:tr w:rsidR="007F2C2E" w:rsidRPr="007F2C2E" w14:paraId="614507EB" w14:textId="77777777" w:rsidTr="006171EE">
        <w:tc>
          <w:tcPr>
            <w:tcW w:w="0" w:type="auto"/>
            <w:hideMark/>
          </w:tcPr>
          <w:p w14:paraId="2034022D"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lastRenderedPageBreak/>
              <w:t>5</w:t>
            </w:r>
          </w:p>
        </w:tc>
        <w:tc>
          <w:tcPr>
            <w:tcW w:w="0" w:type="auto"/>
            <w:hideMark/>
          </w:tcPr>
          <w:p w14:paraId="064446E0"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2 adet Müdahale Planı Formu</w:t>
            </w:r>
          </w:p>
        </w:tc>
        <w:tc>
          <w:tcPr>
            <w:tcW w:w="0" w:type="auto"/>
            <w:hideMark/>
          </w:tcPr>
          <w:p w14:paraId="045FC0A4"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20</w:t>
            </w:r>
          </w:p>
        </w:tc>
        <w:tc>
          <w:tcPr>
            <w:tcW w:w="0" w:type="auto"/>
            <w:hideMark/>
          </w:tcPr>
          <w:p w14:paraId="686E0F12"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Bireysel görüşmeden ya da süreç görüşmesinden sonra teslim edilmelidir. Dönem sonunda getirilen Müdahale Planı Raporu değerlendirmeye alınmayacaktır.</w:t>
            </w:r>
          </w:p>
        </w:tc>
      </w:tr>
      <w:tr w:rsidR="007F2C2E" w:rsidRPr="007F2C2E" w14:paraId="2DCEBF53" w14:textId="77777777" w:rsidTr="006171EE">
        <w:tc>
          <w:tcPr>
            <w:tcW w:w="0" w:type="auto"/>
            <w:hideMark/>
          </w:tcPr>
          <w:p w14:paraId="03B15A55" w14:textId="77777777" w:rsidR="007F2C2E" w:rsidRPr="007F2C2E" w:rsidRDefault="007F2C2E" w:rsidP="00CA4DE3">
            <w:pPr>
              <w:spacing w:line="276" w:lineRule="auto"/>
              <w:rPr>
                <w:rFonts w:cs="Times New Roman"/>
                <w:sz w:val="20"/>
                <w:szCs w:val="20"/>
                <w:lang w:val="tr-TR" w:eastAsia="tr-TR"/>
              </w:rPr>
            </w:pPr>
          </w:p>
        </w:tc>
        <w:tc>
          <w:tcPr>
            <w:tcW w:w="0" w:type="auto"/>
            <w:hideMark/>
          </w:tcPr>
          <w:p w14:paraId="45E31099" w14:textId="77777777" w:rsidR="007F2C2E" w:rsidRPr="007F2C2E" w:rsidRDefault="007F2C2E" w:rsidP="00CA4DE3">
            <w:pPr>
              <w:spacing w:line="276" w:lineRule="auto"/>
              <w:rPr>
                <w:rFonts w:cs="Times New Roman"/>
                <w:sz w:val="20"/>
                <w:szCs w:val="20"/>
                <w:lang w:val="tr-TR" w:eastAsia="tr-TR"/>
              </w:rPr>
            </w:pPr>
            <w:r w:rsidRPr="007F2C2E">
              <w:rPr>
                <w:rFonts w:cs="Times New Roman"/>
                <w:b/>
                <w:bCs/>
                <w:sz w:val="20"/>
                <w:szCs w:val="20"/>
                <w:lang w:val="tr-TR" w:eastAsia="tr-TR"/>
              </w:rPr>
              <w:t>Toplam</w:t>
            </w:r>
          </w:p>
        </w:tc>
        <w:tc>
          <w:tcPr>
            <w:tcW w:w="0" w:type="auto"/>
            <w:hideMark/>
          </w:tcPr>
          <w:p w14:paraId="33008D62" w14:textId="77777777" w:rsidR="007F2C2E" w:rsidRPr="007F2C2E" w:rsidRDefault="007F2C2E" w:rsidP="00CA4DE3">
            <w:pPr>
              <w:spacing w:line="276" w:lineRule="auto"/>
              <w:rPr>
                <w:rFonts w:cs="Times New Roman"/>
                <w:sz w:val="20"/>
                <w:szCs w:val="20"/>
                <w:lang w:val="tr-TR" w:eastAsia="tr-TR"/>
              </w:rPr>
            </w:pPr>
            <w:r w:rsidRPr="007F2C2E">
              <w:rPr>
                <w:rFonts w:cs="Times New Roman"/>
                <w:b/>
                <w:bCs/>
                <w:sz w:val="20"/>
                <w:szCs w:val="20"/>
                <w:lang w:val="tr-TR" w:eastAsia="tr-TR"/>
              </w:rPr>
              <w:t>100</w:t>
            </w:r>
          </w:p>
        </w:tc>
        <w:tc>
          <w:tcPr>
            <w:tcW w:w="0" w:type="auto"/>
            <w:hideMark/>
          </w:tcPr>
          <w:p w14:paraId="373CAD3D" w14:textId="77777777" w:rsidR="007F2C2E" w:rsidRPr="007F2C2E" w:rsidRDefault="007F2C2E" w:rsidP="00CA4DE3">
            <w:pPr>
              <w:spacing w:line="276" w:lineRule="auto"/>
              <w:rPr>
                <w:rFonts w:cs="Times New Roman"/>
                <w:sz w:val="20"/>
                <w:szCs w:val="20"/>
                <w:lang w:val="tr-TR" w:eastAsia="tr-TR"/>
              </w:rPr>
            </w:pPr>
          </w:p>
        </w:tc>
      </w:tr>
    </w:tbl>
    <w:p w14:paraId="08D7A9C1" w14:textId="77777777" w:rsidR="007F2C2E" w:rsidRPr="003F4D10" w:rsidRDefault="007F2C2E" w:rsidP="00CA4DE3">
      <w:pPr>
        <w:rPr>
          <w:lang w:val="tr-TR"/>
        </w:rPr>
      </w:pPr>
    </w:p>
    <w:p w14:paraId="564262F3" w14:textId="77777777" w:rsidR="0096713F" w:rsidRPr="003F4D10" w:rsidRDefault="001C72E7" w:rsidP="00CA4DE3">
      <w:pPr>
        <w:pStyle w:val="Balk3"/>
        <w:spacing w:before="160" w:after="80"/>
        <w:jc w:val="both"/>
        <w:rPr>
          <w:rFonts w:ascii="Times New Roman" w:eastAsia="Times New Roman" w:hAnsi="Times New Roman"/>
          <w:color w:val="000000" w:themeColor="text1"/>
          <w:lang w:val="tr-TR"/>
        </w:rPr>
      </w:pPr>
      <w:r w:rsidRPr="003F4D10">
        <w:rPr>
          <w:rFonts w:ascii="Times New Roman" w:eastAsia="Times New Roman" w:hAnsi="Times New Roman"/>
          <w:color w:val="000000" w:themeColor="text1"/>
          <w:lang w:val="tr-TR"/>
        </w:rPr>
        <w:t>3.6.2. Dönem Sonu Değerlendirmesi (Final Öncesi ve Final Süreci)</w:t>
      </w:r>
    </w:p>
    <w:tbl>
      <w:tblPr>
        <w:tblStyle w:val="TabloKlavuzu"/>
        <w:tblW w:w="0" w:type="auto"/>
        <w:tblLook w:val="04A0" w:firstRow="1" w:lastRow="0" w:firstColumn="1" w:lastColumn="0" w:noHBand="0" w:noVBand="1"/>
      </w:tblPr>
      <w:tblGrid>
        <w:gridCol w:w="581"/>
        <w:gridCol w:w="4689"/>
        <w:gridCol w:w="686"/>
        <w:gridCol w:w="3440"/>
      </w:tblGrid>
      <w:tr w:rsidR="006171EE" w:rsidRPr="003F4D10" w14:paraId="794189F1" w14:textId="77777777" w:rsidTr="006171EE">
        <w:tc>
          <w:tcPr>
            <w:tcW w:w="0" w:type="auto"/>
            <w:hideMark/>
          </w:tcPr>
          <w:p w14:paraId="5BA985A9" w14:textId="77777777" w:rsidR="007F2C2E" w:rsidRPr="003F4D10" w:rsidRDefault="007F2C2E" w:rsidP="00CA4DE3">
            <w:pPr>
              <w:pStyle w:val="AralkYok"/>
              <w:spacing w:line="276" w:lineRule="auto"/>
              <w:jc w:val="center"/>
              <w:rPr>
                <w:b/>
                <w:bCs/>
                <w:sz w:val="20"/>
                <w:szCs w:val="20"/>
                <w:lang w:val="tr-TR" w:eastAsia="tr-TR"/>
              </w:rPr>
            </w:pPr>
            <w:r w:rsidRPr="003F4D10">
              <w:rPr>
                <w:b/>
                <w:bCs/>
                <w:sz w:val="20"/>
                <w:szCs w:val="20"/>
                <w:lang w:val="tr-TR" w:eastAsia="tr-TR"/>
              </w:rPr>
              <w:t>Sıra</w:t>
            </w:r>
          </w:p>
        </w:tc>
        <w:tc>
          <w:tcPr>
            <w:tcW w:w="0" w:type="auto"/>
            <w:hideMark/>
          </w:tcPr>
          <w:p w14:paraId="11799889" w14:textId="77777777" w:rsidR="007F2C2E" w:rsidRPr="003F4D10" w:rsidRDefault="007F2C2E" w:rsidP="00CA4DE3">
            <w:pPr>
              <w:pStyle w:val="AralkYok"/>
              <w:spacing w:line="276" w:lineRule="auto"/>
              <w:jc w:val="center"/>
              <w:rPr>
                <w:b/>
                <w:bCs/>
                <w:sz w:val="20"/>
                <w:szCs w:val="20"/>
                <w:lang w:val="tr-TR" w:eastAsia="tr-TR"/>
              </w:rPr>
            </w:pPr>
            <w:r w:rsidRPr="003F4D10">
              <w:rPr>
                <w:b/>
                <w:bCs/>
                <w:sz w:val="20"/>
                <w:szCs w:val="20"/>
                <w:lang w:val="tr-TR" w:eastAsia="tr-TR"/>
              </w:rPr>
              <w:t>Çalışma / Belge</w:t>
            </w:r>
          </w:p>
        </w:tc>
        <w:tc>
          <w:tcPr>
            <w:tcW w:w="0" w:type="auto"/>
            <w:hideMark/>
          </w:tcPr>
          <w:p w14:paraId="00DD8814" w14:textId="77777777" w:rsidR="007F2C2E" w:rsidRPr="003F4D10" w:rsidRDefault="007F2C2E" w:rsidP="00CA4DE3">
            <w:pPr>
              <w:pStyle w:val="AralkYok"/>
              <w:spacing w:line="276" w:lineRule="auto"/>
              <w:jc w:val="center"/>
              <w:rPr>
                <w:b/>
                <w:bCs/>
                <w:sz w:val="20"/>
                <w:szCs w:val="20"/>
                <w:lang w:val="tr-TR" w:eastAsia="tr-TR"/>
              </w:rPr>
            </w:pPr>
            <w:r w:rsidRPr="003F4D10">
              <w:rPr>
                <w:b/>
                <w:bCs/>
                <w:sz w:val="20"/>
                <w:szCs w:val="20"/>
                <w:lang w:val="tr-TR" w:eastAsia="tr-TR"/>
              </w:rPr>
              <w:t>Puan</w:t>
            </w:r>
          </w:p>
        </w:tc>
        <w:tc>
          <w:tcPr>
            <w:tcW w:w="0" w:type="auto"/>
            <w:hideMark/>
          </w:tcPr>
          <w:p w14:paraId="4DBA259B" w14:textId="77777777" w:rsidR="007F2C2E" w:rsidRPr="003F4D10" w:rsidRDefault="007F2C2E" w:rsidP="00CA4DE3">
            <w:pPr>
              <w:pStyle w:val="AralkYok"/>
              <w:spacing w:line="276" w:lineRule="auto"/>
              <w:jc w:val="center"/>
              <w:rPr>
                <w:b/>
                <w:bCs/>
                <w:sz w:val="20"/>
                <w:szCs w:val="20"/>
                <w:lang w:val="tr-TR" w:eastAsia="tr-TR"/>
              </w:rPr>
            </w:pPr>
            <w:r w:rsidRPr="003F4D10">
              <w:rPr>
                <w:b/>
                <w:bCs/>
                <w:sz w:val="20"/>
                <w:szCs w:val="20"/>
                <w:lang w:val="tr-TR" w:eastAsia="tr-TR"/>
              </w:rPr>
              <w:t>Açıklama / Teslim Zamanı</w:t>
            </w:r>
          </w:p>
        </w:tc>
      </w:tr>
      <w:tr w:rsidR="006171EE" w:rsidRPr="003F4D10" w14:paraId="759DE2DA" w14:textId="77777777" w:rsidTr="006171EE">
        <w:tc>
          <w:tcPr>
            <w:tcW w:w="0" w:type="auto"/>
            <w:hideMark/>
          </w:tcPr>
          <w:p w14:paraId="6255D7A9"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1</w:t>
            </w:r>
          </w:p>
        </w:tc>
        <w:tc>
          <w:tcPr>
            <w:tcW w:w="0" w:type="auto"/>
            <w:hideMark/>
          </w:tcPr>
          <w:p w14:paraId="123F6B01"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Haftalık Uygulama Formları ve Haftalık Uygulama Devam Fişi</w:t>
            </w:r>
          </w:p>
        </w:tc>
        <w:tc>
          <w:tcPr>
            <w:tcW w:w="0" w:type="auto"/>
            <w:hideMark/>
          </w:tcPr>
          <w:p w14:paraId="25F8BB77"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10</w:t>
            </w:r>
          </w:p>
        </w:tc>
        <w:tc>
          <w:tcPr>
            <w:tcW w:w="0" w:type="auto"/>
            <w:hideMark/>
          </w:tcPr>
          <w:p w14:paraId="523C7D40"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Dönem boyunca düzenli olarak teslim edilir.</w:t>
            </w:r>
          </w:p>
        </w:tc>
      </w:tr>
      <w:tr w:rsidR="006171EE" w:rsidRPr="003F4D10" w14:paraId="5952A48D" w14:textId="77777777" w:rsidTr="006171EE">
        <w:tc>
          <w:tcPr>
            <w:tcW w:w="0" w:type="auto"/>
            <w:hideMark/>
          </w:tcPr>
          <w:p w14:paraId="4514C6E5"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2</w:t>
            </w:r>
          </w:p>
        </w:tc>
        <w:tc>
          <w:tcPr>
            <w:tcW w:w="0" w:type="auto"/>
            <w:hideMark/>
          </w:tcPr>
          <w:p w14:paraId="491F2937"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5 adet Bireysel Görüşme veya Süreç Formu</w:t>
            </w:r>
          </w:p>
        </w:tc>
        <w:tc>
          <w:tcPr>
            <w:tcW w:w="0" w:type="auto"/>
            <w:hideMark/>
          </w:tcPr>
          <w:p w14:paraId="4B7CFDA5" w14:textId="58550C89" w:rsidR="007F2C2E" w:rsidRPr="007F2C2E" w:rsidRDefault="001C72E7" w:rsidP="00CA4DE3">
            <w:pPr>
              <w:spacing w:line="276" w:lineRule="auto"/>
              <w:jc w:val="both"/>
              <w:rPr>
                <w:rFonts w:cs="Times New Roman"/>
                <w:sz w:val="20"/>
                <w:szCs w:val="20"/>
                <w:lang w:val="tr-TR" w:eastAsia="tr-TR"/>
              </w:rPr>
            </w:pPr>
            <w:r>
              <w:rPr>
                <w:rFonts w:cs="Times New Roman"/>
                <w:sz w:val="20"/>
                <w:szCs w:val="20"/>
                <w:lang w:val="tr-TR" w:eastAsia="tr-TR"/>
              </w:rPr>
              <w:t>75</w:t>
            </w:r>
            <w:bookmarkStart w:id="0" w:name="_GoBack"/>
            <w:bookmarkEnd w:id="0"/>
          </w:p>
        </w:tc>
        <w:tc>
          <w:tcPr>
            <w:tcW w:w="0" w:type="auto"/>
            <w:hideMark/>
          </w:tcPr>
          <w:p w14:paraId="151B748B"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Dönem sonuna kadar tamamlanmalıdır.</w:t>
            </w:r>
          </w:p>
        </w:tc>
      </w:tr>
      <w:tr w:rsidR="006171EE" w:rsidRPr="003F4D10" w14:paraId="6AC5C35B" w14:textId="77777777" w:rsidTr="006171EE">
        <w:tc>
          <w:tcPr>
            <w:tcW w:w="0" w:type="auto"/>
            <w:hideMark/>
          </w:tcPr>
          <w:p w14:paraId="3BF6D445" w14:textId="77777777" w:rsidR="007F2C2E" w:rsidRPr="007F2C2E" w:rsidRDefault="007F2C2E" w:rsidP="00CA4DE3">
            <w:pPr>
              <w:spacing w:line="276" w:lineRule="auto"/>
              <w:rPr>
                <w:rFonts w:cs="Times New Roman"/>
                <w:sz w:val="20"/>
                <w:szCs w:val="20"/>
                <w:lang w:val="tr-TR" w:eastAsia="tr-TR"/>
              </w:rPr>
            </w:pPr>
            <w:r w:rsidRPr="007F2C2E">
              <w:rPr>
                <w:rFonts w:cs="Times New Roman"/>
                <w:sz w:val="20"/>
                <w:szCs w:val="20"/>
                <w:lang w:val="tr-TR" w:eastAsia="tr-TR"/>
              </w:rPr>
              <w:t>4</w:t>
            </w:r>
          </w:p>
        </w:tc>
        <w:tc>
          <w:tcPr>
            <w:tcW w:w="0" w:type="auto"/>
            <w:hideMark/>
          </w:tcPr>
          <w:p w14:paraId="073A4073"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Mesleki Eğitim Değerlendirme Formu</w:t>
            </w:r>
          </w:p>
        </w:tc>
        <w:tc>
          <w:tcPr>
            <w:tcW w:w="0" w:type="auto"/>
            <w:hideMark/>
          </w:tcPr>
          <w:p w14:paraId="60C72609" w14:textId="6AC92020" w:rsidR="007F2C2E" w:rsidRPr="007F2C2E" w:rsidRDefault="006171EE" w:rsidP="00CA4DE3">
            <w:pPr>
              <w:spacing w:line="276" w:lineRule="auto"/>
              <w:jc w:val="both"/>
              <w:rPr>
                <w:rFonts w:cs="Times New Roman"/>
                <w:sz w:val="20"/>
                <w:szCs w:val="20"/>
                <w:lang w:val="tr-TR" w:eastAsia="tr-TR"/>
              </w:rPr>
            </w:pPr>
            <w:r w:rsidRPr="003F4D10">
              <w:rPr>
                <w:rFonts w:cs="Times New Roman"/>
                <w:sz w:val="20"/>
                <w:szCs w:val="20"/>
                <w:lang w:val="tr-TR" w:eastAsia="tr-TR"/>
              </w:rPr>
              <w:t>100</w:t>
            </w:r>
          </w:p>
        </w:tc>
        <w:tc>
          <w:tcPr>
            <w:tcW w:w="0" w:type="auto"/>
            <w:hideMark/>
          </w:tcPr>
          <w:p w14:paraId="530B1231" w14:textId="77777777" w:rsidR="007F2C2E" w:rsidRPr="007F2C2E" w:rsidRDefault="007F2C2E" w:rsidP="00CA4DE3">
            <w:pPr>
              <w:spacing w:line="276" w:lineRule="auto"/>
              <w:jc w:val="both"/>
              <w:rPr>
                <w:rFonts w:cs="Times New Roman"/>
                <w:sz w:val="20"/>
                <w:szCs w:val="20"/>
                <w:lang w:val="tr-TR" w:eastAsia="tr-TR"/>
              </w:rPr>
            </w:pPr>
            <w:r w:rsidRPr="007F2C2E">
              <w:rPr>
                <w:rFonts w:cs="Times New Roman"/>
                <w:sz w:val="20"/>
                <w:szCs w:val="20"/>
                <w:lang w:val="tr-TR" w:eastAsia="tr-TR"/>
              </w:rPr>
              <w:t>Dönem sonunda teslim edilir.</w:t>
            </w:r>
          </w:p>
        </w:tc>
      </w:tr>
    </w:tbl>
    <w:p w14:paraId="58A1AA71" w14:textId="77777777" w:rsidR="007F2C2E" w:rsidRPr="003F4D10" w:rsidRDefault="007F2C2E" w:rsidP="00CA4DE3">
      <w:pPr>
        <w:rPr>
          <w:lang w:val="tr-TR"/>
        </w:rPr>
      </w:pPr>
    </w:p>
    <w:p w14:paraId="63997FF1" w14:textId="77777777" w:rsidR="0096713F" w:rsidRPr="003F4D10" w:rsidRDefault="001C72E7" w:rsidP="00CA4DE3">
      <w:pPr>
        <w:pStyle w:val="Balk3"/>
        <w:spacing w:before="160" w:after="80"/>
        <w:jc w:val="both"/>
        <w:rPr>
          <w:color w:val="000000" w:themeColor="text1"/>
          <w:lang w:val="tr-TR"/>
        </w:rPr>
      </w:pPr>
      <w:r w:rsidRPr="003F4D10">
        <w:rPr>
          <w:rFonts w:ascii="Times New Roman" w:eastAsia="Times New Roman" w:hAnsi="Times New Roman"/>
          <w:color w:val="000000" w:themeColor="text1"/>
          <w:lang w:val="tr-TR"/>
        </w:rPr>
        <w:t>3.6.3. Ders Başarı Notu</w:t>
      </w:r>
    </w:p>
    <w:p w14:paraId="12CE3392" w14:textId="77777777" w:rsidR="0096713F" w:rsidRPr="003F4D10" w:rsidRDefault="001C72E7" w:rsidP="00CA4DE3">
      <w:pPr>
        <w:spacing w:after="120"/>
        <w:jc w:val="both"/>
        <w:rPr>
          <w:lang w:val="tr-TR"/>
        </w:rPr>
      </w:pPr>
      <w:r w:rsidRPr="003F4D10">
        <w:rPr>
          <w:lang w:val="tr-TR"/>
        </w:rPr>
        <w:t xml:space="preserve">Ders </w:t>
      </w:r>
      <w:r w:rsidRPr="003F4D10">
        <w:rPr>
          <w:lang w:val="tr-TR"/>
        </w:rPr>
        <w:t>başarı notu aşağıdaki iki ana bileşen üzerinden belirlenir:</w:t>
      </w:r>
    </w:p>
    <w:tbl>
      <w:tblPr>
        <w:tblStyle w:val="TabloKlavuzu"/>
        <w:tblW w:w="0" w:type="auto"/>
        <w:tblLook w:val="04A0" w:firstRow="1" w:lastRow="0" w:firstColumn="1" w:lastColumn="0" w:noHBand="0" w:noVBand="1"/>
      </w:tblPr>
      <w:tblGrid>
        <w:gridCol w:w="3044"/>
        <w:gridCol w:w="4691"/>
        <w:gridCol w:w="1661"/>
      </w:tblGrid>
      <w:tr w:rsidR="0096713F" w:rsidRPr="003F4D10" w14:paraId="78D0C251" w14:textId="77777777" w:rsidTr="006171EE">
        <w:tc>
          <w:tcPr>
            <w:tcW w:w="3118" w:type="dxa"/>
          </w:tcPr>
          <w:p w14:paraId="0B9D148D" w14:textId="77777777" w:rsidR="0096713F" w:rsidRPr="003F4D10" w:rsidRDefault="001C72E7" w:rsidP="00CA4DE3">
            <w:pPr>
              <w:spacing w:line="276" w:lineRule="auto"/>
              <w:jc w:val="center"/>
              <w:rPr>
                <w:lang w:val="tr-TR"/>
              </w:rPr>
            </w:pPr>
            <w:r w:rsidRPr="003F4D10">
              <w:rPr>
                <w:b/>
                <w:sz w:val="20"/>
                <w:lang w:val="tr-TR"/>
              </w:rPr>
              <w:t>Değerlendirme Bileşeni</w:t>
            </w:r>
          </w:p>
        </w:tc>
        <w:tc>
          <w:tcPr>
            <w:tcW w:w="4819" w:type="dxa"/>
          </w:tcPr>
          <w:p w14:paraId="242A14A7" w14:textId="77777777" w:rsidR="0096713F" w:rsidRPr="003F4D10" w:rsidRDefault="001C72E7" w:rsidP="00CA4DE3">
            <w:pPr>
              <w:spacing w:line="276" w:lineRule="auto"/>
              <w:jc w:val="center"/>
              <w:rPr>
                <w:lang w:val="tr-TR"/>
              </w:rPr>
            </w:pPr>
            <w:r w:rsidRPr="003F4D10">
              <w:rPr>
                <w:b/>
                <w:sz w:val="20"/>
                <w:lang w:val="tr-TR"/>
              </w:rPr>
              <w:t>Açıklama</w:t>
            </w:r>
          </w:p>
        </w:tc>
        <w:tc>
          <w:tcPr>
            <w:tcW w:w="1701" w:type="dxa"/>
          </w:tcPr>
          <w:p w14:paraId="7D6723AE" w14:textId="77777777" w:rsidR="0096713F" w:rsidRPr="003F4D10" w:rsidRDefault="001C72E7" w:rsidP="00CA4DE3">
            <w:pPr>
              <w:spacing w:line="276" w:lineRule="auto"/>
              <w:jc w:val="center"/>
              <w:rPr>
                <w:lang w:val="tr-TR"/>
              </w:rPr>
            </w:pPr>
            <w:r w:rsidRPr="003F4D10">
              <w:rPr>
                <w:b/>
                <w:sz w:val="20"/>
                <w:lang w:val="tr-TR"/>
              </w:rPr>
              <w:t>Ağırlık</w:t>
            </w:r>
          </w:p>
        </w:tc>
      </w:tr>
      <w:tr w:rsidR="0096713F" w:rsidRPr="003F4D10" w14:paraId="5C34F359" w14:textId="77777777" w:rsidTr="006171EE">
        <w:tc>
          <w:tcPr>
            <w:tcW w:w="3118" w:type="dxa"/>
          </w:tcPr>
          <w:p w14:paraId="7BBBA438" w14:textId="77777777" w:rsidR="0096713F" w:rsidRPr="003F4D10" w:rsidRDefault="001C72E7" w:rsidP="00CA4DE3">
            <w:pPr>
              <w:spacing w:line="276" w:lineRule="auto"/>
              <w:rPr>
                <w:lang w:val="tr-TR"/>
              </w:rPr>
            </w:pPr>
            <w:r w:rsidRPr="003F4D10">
              <w:rPr>
                <w:sz w:val="20"/>
                <w:lang w:val="tr-TR"/>
              </w:rPr>
              <w:t>Uygulama performansı ve mesleki yeterlik değerlendirmesi</w:t>
            </w:r>
          </w:p>
        </w:tc>
        <w:tc>
          <w:tcPr>
            <w:tcW w:w="4819" w:type="dxa"/>
          </w:tcPr>
          <w:p w14:paraId="6897EFDA" w14:textId="7D2C2CE9" w:rsidR="0096713F" w:rsidRPr="003F4D10" w:rsidRDefault="006171EE" w:rsidP="00CA4DE3">
            <w:pPr>
              <w:pStyle w:val="NormalWeb"/>
              <w:spacing w:line="276" w:lineRule="auto"/>
              <w:jc w:val="both"/>
              <w:rPr>
                <w:sz w:val="20"/>
                <w:szCs w:val="20"/>
              </w:rPr>
            </w:pPr>
            <w:r w:rsidRPr="003F4D10">
              <w:rPr>
                <w:sz w:val="20"/>
                <w:szCs w:val="20"/>
              </w:rPr>
              <w:t>Saha performansı puanı, Mesleki Yeterlilik ve Gelişim kriterlerine göre doldurulan mesleki eğitim değerlendirme formu esas alınarak; sorumlu öğretim elemanı/elemanlarınca verilen puanın %30’u ile eğitici personel/kurum danışmanı tarafından verilen puanın %70’inin toplamı üzerinden belirlenir.</w:t>
            </w:r>
          </w:p>
        </w:tc>
        <w:tc>
          <w:tcPr>
            <w:tcW w:w="1701" w:type="dxa"/>
          </w:tcPr>
          <w:p w14:paraId="27D9739C" w14:textId="77777777" w:rsidR="0096713F" w:rsidRPr="003F4D10" w:rsidRDefault="001C72E7" w:rsidP="00CA4DE3">
            <w:pPr>
              <w:spacing w:line="276" w:lineRule="auto"/>
              <w:rPr>
                <w:lang w:val="tr-TR"/>
              </w:rPr>
            </w:pPr>
            <w:r w:rsidRPr="003F4D10">
              <w:rPr>
                <w:sz w:val="20"/>
                <w:lang w:val="tr-TR"/>
              </w:rPr>
              <w:t>%60</w:t>
            </w:r>
          </w:p>
        </w:tc>
      </w:tr>
      <w:tr w:rsidR="0096713F" w:rsidRPr="003F4D10" w14:paraId="10573EE9" w14:textId="77777777" w:rsidTr="006171EE">
        <w:tc>
          <w:tcPr>
            <w:tcW w:w="3118" w:type="dxa"/>
          </w:tcPr>
          <w:p w14:paraId="766888B4" w14:textId="77777777" w:rsidR="0096713F" w:rsidRPr="003F4D10" w:rsidRDefault="001C72E7" w:rsidP="00CA4DE3">
            <w:pPr>
              <w:spacing w:line="276" w:lineRule="auto"/>
              <w:rPr>
                <w:lang w:val="tr-TR"/>
              </w:rPr>
            </w:pPr>
            <w:r w:rsidRPr="003F4D10">
              <w:rPr>
                <w:sz w:val="20"/>
                <w:lang w:val="tr-TR"/>
              </w:rPr>
              <w:t>Mesleki eğitim dosyası ve yazılı çalışmalar</w:t>
            </w:r>
          </w:p>
        </w:tc>
        <w:tc>
          <w:tcPr>
            <w:tcW w:w="4819" w:type="dxa"/>
          </w:tcPr>
          <w:p w14:paraId="23514665" w14:textId="77777777" w:rsidR="0096713F" w:rsidRPr="003F4D10" w:rsidRDefault="001C72E7" w:rsidP="00CA4DE3">
            <w:pPr>
              <w:spacing w:line="276" w:lineRule="auto"/>
              <w:jc w:val="both"/>
              <w:rPr>
                <w:lang w:val="tr-TR"/>
              </w:rPr>
            </w:pPr>
            <w:r w:rsidRPr="003F4D10">
              <w:rPr>
                <w:sz w:val="20"/>
                <w:lang w:val="tr-TR"/>
              </w:rPr>
              <w:t>Dosya içeri</w:t>
            </w:r>
            <w:r w:rsidRPr="003F4D10">
              <w:rPr>
                <w:sz w:val="20"/>
                <w:lang w:val="tr-TR"/>
              </w:rPr>
              <w:t>ği, kayıtlar, raporların niteliği, kuram-uygulama ilişkisi ve yansıtıcı değerlendirme</w:t>
            </w:r>
          </w:p>
        </w:tc>
        <w:tc>
          <w:tcPr>
            <w:tcW w:w="1701" w:type="dxa"/>
          </w:tcPr>
          <w:p w14:paraId="000664D7" w14:textId="77777777" w:rsidR="0096713F" w:rsidRPr="003F4D10" w:rsidRDefault="001C72E7" w:rsidP="00CA4DE3">
            <w:pPr>
              <w:spacing w:line="276" w:lineRule="auto"/>
              <w:rPr>
                <w:lang w:val="tr-TR"/>
              </w:rPr>
            </w:pPr>
            <w:r w:rsidRPr="003F4D10">
              <w:rPr>
                <w:sz w:val="20"/>
                <w:lang w:val="tr-TR"/>
              </w:rPr>
              <w:t>%40</w:t>
            </w:r>
          </w:p>
        </w:tc>
      </w:tr>
    </w:tbl>
    <w:p w14:paraId="4BBFFA12" w14:textId="77777777" w:rsidR="006171EE" w:rsidRPr="003F4D10" w:rsidRDefault="006171EE" w:rsidP="00CA4DE3">
      <w:pPr>
        <w:pStyle w:val="Balk3"/>
        <w:spacing w:before="160" w:after="80"/>
        <w:rPr>
          <w:rFonts w:ascii="Times New Roman" w:eastAsia="Times New Roman" w:hAnsi="Times New Roman"/>
          <w:color w:val="000000" w:themeColor="text1"/>
          <w:lang w:val="tr-TR"/>
        </w:rPr>
      </w:pPr>
    </w:p>
    <w:p w14:paraId="7E1529F6" w14:textId="0FF1D689" w:rsidR="0096713F" w:rsidRPr="003F4D10" w:rsidRDefault="001C72E7" w:rsidP="00CA4DE3">
      <w:pPr>
        <w:pStyle w:val="Balk3"/>
        <w:spacing w:before="160" w:after="80"/>
        <w:rPr>
          <w:color w:val="000000" w:themeColor="text1"/>
          <w:lang w:val="tr-TR"/>
        </w:rPr>
      </w:pPr>
      <w:r w:rsidRPr="003F4D10">
        <w:rPr>
          <w:rFonts w:ascii="Times New Roman" w:eastAsia="Times New Roman" w:hAnsi="Times New Roman"/>
          <w:color w:val="000000" w:themeColor="text1"/>
          <w:lang w:val="tr-TR"/>
        </w:rPr>
        <w:t>3.6.4. Esneklik ve Uygulama Alanına Uyum</w:t>
      </w:r>
    </w:p>
    <w:p w14:paraId="0CF7CE81" w14:textId="77777777" w:rsidR="0096713F" w:rsidRPr="003F4D10" w:rsidRDefault="001C72E7" w:rsidP="00CA4DE3">
      <w:pPr>
        <w:spacing w:after="120"/>
        <w:jc w:val="both"/>
        <w:rPr>
          <w:lang w:val="tr-TR"/>
        </w:rPr>
      </w:pPr>
      <w:r w:rsidRPr="003F4D10">
        <w:rPr>
          <w:lang w:val="tr-TR"/>
        </w:rPr>
        <w:t xml:space="preserve">Her kurumun hizmet yapısı ve öğrenme olanakları farklı olduğundan, bazı yazılı çalışmaların uygulanma biçiminde bölüm </w:t>
      </w:r>
      <w:r w:rsidRPr="003F4D10">
        <w:rPr>
          <w:lang w:val="tr-TR"/>
        </w:rPr>
        <w:t>başkanlığının ve sorumlu öğretim elemanının onayıyla sınırlı uyarlamalar yapılabilir. Ancak bu uyarlamalar, öğrencinin temel sosyal hizmet yeterliklerini göstermesi zorunluluğunu ortadan kaldırmaz.</w:t>
      </w:r>
    </w:p>
    <w:p w14:paraId="19B9F02D" w14:textId="77777777" w:rsidR="0096713F" w:rsidRPr="003F4D10" w:rsidRDefault="001C72E7" w:rsidP="00CA4DE3">
      <w:pPr>
        <w:pStyle w:val="Balk1"/>
        <w:spacing w:before="160" w:after="80"/>
        <w:jc w:val="both"/>
        <w:rPr>
          <w:color w:val="000000" w:themeColor="text1"/>
          <w:lang w:val="tr-TR"/>
        </w:rPr>
      </w:pPr>
      <w:r w:rsidRPr="003F4D10">
        <w:rPr>
          <w:rFonts w:ascii="Times New Roman" w:eastAsia="Times New Roman" w:hAnsi="Times New Roman"/>
          <w:color w:val="000000" w:themeColor="text1"/>
          <w:lang w:val="tr-TR"/>
        </w:rPr>
        <w:t>4. SORUMLU ÖĞRETİM ELEMANI, KURUM DANIŞMANI VE ÖĞRENCİ İLİ</w:t>
      </w:r>
      <w:r w:rsidRPr="003F4D10">
        <w:rPr>
          <w:rFonts w:ascii="Times New Roman" w:eastAsia="Times New Roman" w:hAnsi="Times New Roman"/>
          <w:color w:val="000000" w:themeColor="text1"/>
          <w:lang w:val="tr-TR"/>
        </w:rPr>
        <w:t>ŞKİSİ</w:t>
      </w:r>
    </w:p>
    <w:p w14:paraId="0D3FA280" w14:textId="77777777" w:rsidR="0096713F" w:rsidRPr="003F4D10" w:rsidRDefault="001C72E7" w:rsidP="00CA4DE3">
      <w:pPr>
        <w:spacing w:after="120"/>
        <w:jc w:val="both"/>
        <w:rPr>
          <w:lang w:val="tr-TR"/>
        </w:rPr>
      </w:pPr>
      <w:r w:rsidRPr="003F4D10">
        <w:rPr>
          <w:lang w:val="tr-TR"/>
        </w:rPr>
        <w:t xml:space="preserve">Sosyal Hizmet Kuruluşunda Mesleki Eğitim </w:t>
      </w:r>
      <w:proofErr w:type="spellStart"/>
      <w:r w:rsidRPr="003F4D10">
        <w:rPr>
          <w:lang w:val="tr-TR"/>
        </w:rPr>
        <w:t>Dersi’nde</w:t>
      </w:r>
      <w:proofErr w:type="spellEnd"/>
      <w:r w:rsidRPr="003F4D10">
        <w:rPr>
          <w:lang w:val="tr-TR"/>
        </w:rPr>
        <w:t xml:space="preserve"> öğrencinin mesleki bilgi, beceri, değer ve profesyonel kimlik geliştirme süreci; öğrenci, kurum danışmanı / eğitici personel ve sorumlu öğretim elemanı arasında kurulan iş birliğine dayalı olarak yürütülür. Bu ilişki, sosyal hizmet eğitiminin kuram-uygula</w:t>
      </w:r>
      <w:r w:rsidRPr="003F4D10">
        <w:rPr>
          <w:lang w:val="tr-TR"/>
        </w:rPr>
        <w:t>ma bütünlüğünü sağlayan temel öğrenme mekanizmalarından biridir.</w:t>
      </w:r>
    </w:p>
    <w:p w14:paraId="5D49CC29" w14:textId="77777777" w:rsidR="0096713F" w:rsidRPr="003F4D10" w:rsidRDefault="001C72E7" w:rsidP="00CA4DE3">
      <w:pPr>
        <w:spacing w:after="120"/>
        <w:jc w:val="both"/>
        <w:rPr>
          <w:lang w:val="tr-TR"/>
        </w:rPr>
      </w:pPr>
      <w:r w:rsidRPr="003F4D10">
        <w:rPr>
          <w:lang w:val="tr-TR"/>
        </w:rPr>
        <w:t>Mesleki eğitim sürecinde sorumlu öğretim elemanı, kurum danışmanı / eğitici personel ve öğrenci birbirini tamamlayan fakat farklılaşan sorumluluklara sahiptir. Bu nedenle ilişki, yalnızca den</w:t>
      </w:r>
      <w:r w:rsidRPr="003F4D10">
        <w:rPr>
          <w:lang w:val="tr-TR"/>
        </w:rPr>
        <w:t>etim amacı taşıyan bir yapı olarak değil; öğrencinin gelişimini destekleyen planlı, düzenli ve eğitsel bir süpervizyon süreci olarak ele alınmalıdır.</w:t>
      </w:r>
    </w:p>
    <w:p w14:paraId="732A1B8E"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4.1. Sorumlu Öğretim Elemanının Rolü</w:t>
      </w:r>
    </w:p>
    <w:p w14:paraId="31700E8C" w14:textId="77777777" w:rsidR="0096713F" w:rsidRPr="003F4D10" w:rsidRDefault="001C72E7" w:rsidP="00CA4DE3">
      <w:pPr>
        <w:pStyle w:val="ListeMaddemi"/>
        <w:ind w:left="284"/>
        <w:jc w:val="both"/>
        <w:rPr>
          <w:lang w:val="tr-TR"/>
        </w:rPr>
      </w:pPr>
      <w:r w:rsidRPr="003F4D10">
        <w:rPr>
          <w:lang w:val="tr-TR"/>
        </w:rPr>
        <w:t>Öğrencinin uygulama sürecini eğitim programının amaç ve öğrenme çıktı</w:t>
      </w:r>
      <w:r w:rsidRPr="003F4D10">
        <w:rPr>
          <w:lang w:val="tr-TR"/>
        </w:rPr>
        <w:t>larıyla ilişkilendirir.</w:t>
      </w:r>
    </w:p>
    <w:p w14:paraId="32EAE35B" w14:textId="77777777" w:rsidR="0096713F" w:rsidRPr="003F4D10" w:rsidRDefault="001C72E7" w:rsidP="00CA4DE3">
      <w:pPr>
        <w:pStyle w:val="ListeMaddemi"/>
        <w:ind w:left="284"/>
        <w:jc w:val="both"/>
        <w:rPr>
          <w:lang w:val="tr-TR"/>
        </w:rPr>
      </w:pPr>
      <w:r w:rsidRPr="003F4D10">
        <w:rPr>
          <w:lang w:val="tr-TR"/>
        </w:rPr>
        <w:lastRenderedPageBreak/>
        <w:t>Kuramsal bilgiyi saha deneyimiyle bütünleştirmesine yardımcı olur.</w:t>
      </w:r>
    </w:p>
    <w:p w14:paraId="7820F35F" w14:textId="77777777" w:rsidR="0096713F" w:rsidRPr="003F4D10" w:rsidRDefault="001C72E7" w:rsidP="00CA4DE3">
      <w:pPr>
        <w:pStyle w:val="ListeMaddemi"/>
        <w:ind w:left="284"/>
        <w:jc w:val="both"/>
        <w:rPr>
          <w:lang w:val="tr-TR"/>
        </w:rPr>
      </w:pPr>
      <w:r w:rsidRPr="003F4D10">
        <w:rPr>
          <w:lang w:val="tr-TR"/>
        </w:rPr>
        <w:t>Hazırlanan kayıt, rapor ve değerlendirme metinlerini mesleki açıdan inceler.</w:t>
      </w:r>
    </w:p>
    <w:p w14:paraId="23257122" w14:textId="77777777" w:rsidR="0096713F" w:rsidRPr="003F4D10" w:rsidRDefault="001C72E7" w:rsidP="00CA4DE3">
      <w:pPr>
        <w:pStyle w:val="ListeMaddemi"/>
        <w:ind w:left="284"/>
        <w:jc w:val="both"/>
        <w:rPr>
          <w:lang w:val="tr-TR"/>
        </w:rPr>
      </w:pPr>
      <w:r w:rsidRPr="003F4D10">
        <w:rPr>
          <w:lang w:val="tr-TR"/>
        </w:rPr>
        <w:t>Etik ikilemleri, uygulama güçlüklerini ve profesyonel karar süreçlerini tartışmasına reh</w:t>
      </w:r>
      <w:r w:rsidRPr="003F4D10">
        <w:rPr>
          <w:lang w:val="tr-TR"/>
        </w:rPr>
        <w:t>berlik eder.</w:t>
      </w:r>
    </w:p>
    <w:p w14:paraId="6E71F54C" w14:textId="77777777" w:rsidR="0096713F" w:rsidRPr="003F4D10" w:rsidRDefault="001C72E7" w:rsidP="00CA4DE3">
      <w:pPr>
        <w:pStyle w:val="ListeMaddemi"/>
        <w:ind w:left="284"/>
        <w:jc w:val="both"/>
        <w:rPr>
          <w:lang w:val="tr-TR"/>
        </w:rPr>
      </w:pPr>
      <w:r w:rsidRPr="003F4D10">
        <w:rPr>
          <w:lang w:val="tr-TR"/>
        </w:rPr>
        <w:t>Kurum danışmanı ile iletişim içinde öğrencinin gelişimini izler.</w:t>
      </w:r>
    </w:p>
    <w:p w14:paraId="24DC5D8C" w14:textId="77777777" w:rsidR="0096713F" w:rsidRPr="003F4D10" w:rsidRDefault="001C72E7" w:rsidP="00CA4DE3">
      <w:pPr>
        <w:pStyle w:val="ListeMaddemi"/>
        <w:ind w:left="284"/>
        <w:jc w:val="both"/>
        <w:rPr>
          <w:lang w:val="tr-TR"/>
        </w:rPr>
      </w:pPr>
      <w:r w:rsidRPr="003F4D10">
        <w:rPr>
          <w:lang w:val="tr-TR"/>
        </w:rPr>
        <w:t>Güçlü yönler ile gelişime açık alanlar hakkında geri bildirim sunar.</w:t>
      </w:r>
    </w:p>
    <w:p w14:paraId="34FD7DC8"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4.2. Kurum Danışmanı / Eğitici Personelin Rolü</w:t>
      </w:r>
    </w:p>
    <w:p w14:paraId="7BCF24CA" w14:textId="77777777" w:rsidR="0096713F" w:rsidRPr="003F4D10" w:rsidRDefault="001C72E7" w:rsidP="00CA4DE3">
      <w:pPr>
        <w:pStyle w:val="ListeMaddemi"/>
        <w:ind w:left="284"/>
        <w:jc w:val="both"/>
        <w:rPr>
          <w:lang w:val="tr-TR"/>
        </w:rPr>
      </w:pPr>
      <w:r w:rsidRPr="003F4D10">
        <w:rPr>
          <w:lang w:val="tr-TR"/>
        </w:rPr>
        <w:t>Öğrenciyi kurumun yapısı, hizmet modeli, müracaatçı grupları v</w:t>
      </w:r>
      <w:r w:rsidRPr="003F4D10">
        <w:rPr>
          <w:lang w:val="tr-TR"/>
        </w:rPr>
        <w:t>e çalışma düzeni hakkında bilgilendirir.</w:t>
      </w:r>
    </w:p>
    <w:p w14:paraId="54C34FFE" w14:textId="77777777" w:rsidR="0096713F" w:rsidRPr="003F4D10" w:rsidRDefault="001C72E7" w:rsidP="00CA4DE3">
      <w:pPr>
        <w:pStyle w:val="ListeMaddemi"/>
        <w:ind w:left="284"/>
        <w:jc w:val="both"/>
        <w:rPr>
          <w:lang w:val="tr-TR"/>
        </w:rPr>
      </w:pPr>
      <w:r w:rsidRPr="003F4D10">
        <w:rPr>
          <w:lang w:val="tr-TR"/>
        </w:rPr>
        <w:t>Öğrencinin kurum ortamında güvenli, etik ve profesyonel biçimde yer almasını destekler.</w:t>
      </w:r>
    </w:p>
    <w:p w14:paraId="63E0B1CA" w14:textId="77777777" w:rsidR="0096713F" w:rsidRPr="003F4D10" w:rsidRDefault="001C72E7" w:rsidP="00CA4DE3">
      <w:pPr>
        <w:pStyle w:val="ListeMaddemi"/>
        <w:ind w:left="284"/>
        <w:jc w:val="both"/>
        <w:rPr>
          <w:lang w:val="tr-TR"/>
        </w:rPr>
      </w:pPr>
      <w:r w:rsidRPr="003F4D10">
        <w:rPr>
          <w:lang w:val="tr-TR"/>
        </w:rPr>
        <w:t>Uygun uygulama fırsatlarına erişimini sağlar.</w:t>
      </w:r>
    </w:p>
    <w:p w14:paraId="3E118F83" w14:textId="77777777" w:rsidR="0096713F" w:rsidRPr="003F4D10" w:rsidRDefault="001C72E7" w:rsidP="00CA4DE3">
      <w:pPr>
        <w:pStyle w:val="ListeMaddemi"/>
        <w:ind w:left="284"/>
        <w:jc w:val="both"/>
        <w:rPr>
          <w:lang w:val="tr-TR"/>
        </w:rPr>
      </w:pPr>
      <w:r w:rsidRPr="003F4D10">
        <w:rPr>
          <w:lang w:val="tr-TR"/>
        </w:rPr>
        <w:t>Uygulama performansını gözlemler ve yapılandırılmış geri bildirim verir.</w:t>
      </w:r>
    </w:p>
    <w:p w14:paraId="42BB7B77" w14:textId="77777777" w:rsidR="0096713F" w:rsidRPr="003F4D10" w:rsidRDefault="001C72E7" w:rsidP="00CA4DE3">
      <w:pPr>
        <w:pStyle w:val="ListeMaddemi"/>
        <w:ind w:left="284"/>
        <w:jc w:val="both"/>
        <w:rPr>
          <w:lang w:val="tr-TR"/>
        </w:rPr>
      </w:pPr>
      <w:r w:rsidRPr="003F4D10">
        <w:rPr>
          <w:lang w:val="tr-TR"/>
        </w:rPr>
        <w:t xml:space="preserve">Gerekli </w:t>
      </w:r>
      <w:r w:rsidRPr="003F4D10">
        <w:rPr>
          <w:lang w:val="tr-TR"/>
        </w:rPr>
        <w:t>durumlarda sorumlu öğretim elemanı ile koordinasyon sağlar.</w:t>
      </w:r>
    </w:p>
    <w:p w14:paraId="2D7C6D22"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4.3. Öğrencinin Rolü ve Sorumluluğu</w:t>
      </w:r>
    </w:p>
    <w:p w14:paraId="19737038" w14:textId="77777777" w:rsidR="0096713F" w:rsidRPr="003F4D10" w:rsidRDefault="001C72E7" w:rsidP="00CA4DE3">
      <w:pPr>
        <w:pStyle w:val="ListeMaddemi"/>
        <w:ind w:left="284"/>
        <w:jc w:val="both"/>
        <w:rPr>
          <w:lang w:val="tr-TR"/>
        </w:rPr>
      </w:pPr>
      <w:r w:rsidRPr="003F4D10">
        <w:rPr>
          <w:lang w:val="tr-TR"/>
        </w:rPr>
        <w:t>Kurumun çalışma düzenine, etik ilkelerine ve profesyonel sınırlarına uygun davranmak</w:t>
      </w:r>
    </w:p>
    <w:p w14:paraId="7CA4D707" w14:textId="77777777" w:rsidR="0096713F" w:rsidRPr="003F4D10" w:rsidRDefault="001C72E7" w:rsidP="00CA4DE3">
      <w:pPr>
        <w:pStyle w:val="ListeMaddemi"/>
        <w:ind w:left="284"/>
        <w:jc w:val="both"/>
        <w:rPr>
          <w:lang w:val="tr-TR"/>
        </w:rPr>
      </w:pPr>
      <w:r w:rsidRPr="003F4D10">
        <w:rPr>
          <w:lang w:val="tr-TR"/>
        </w:rPr>
        <w:t>Süpervizyon görüşmelerine hazırlıklı katılmak</w:t>
      </w:r>
    </w:p>
    <w:p w14:paraId="5ADA1AB5" w14:textId="77777777" w:rsidR="0096713F" w:rsidRPr="003F4D10" w:rsidRDefault="001C72E7" w:rsidP="00CA4DE3">
      <w:pPr>
        <w:pStyle w:val="ListeMaddemi"/>
        <w:ind w:left="284"/>
        <w:jc w:val="both"/>
        <w:rPr>
          <w:lang w:val="tr-TR"/>
        </w:rPr>
      </w:pPr>
      <w:r w:rsidRPr="003F4D10">
        <w:rPr>
          <w:lang w:val="tr-TR"/>
        </w:rPr>
        <w:t>Yürüttüğü veya gözlemlediği ç</w:t>
      </w:r>
      <w:r w:rsidRPr="003F4D10">
        <w:rPr>
          <w:lang w:val="tr-TR"/>
        </w:rPr>
        <w:t>alışmaları düzenli biçimde kayıt altına almak</w:t>
      </w:r>
    </w:p>
    <w:p w14:paraId="7C3F72A2" w14:textId="77777777" w:rsidR="0096713F" w:rsidRPr="003F4D10" w:rsidRDefault="001C72E7" w:rsidP="00CA4DE3">
      <w:pPr>
        <w:pStyle w:val="ListeMaddemi"/>
        <w:ind w:left="284"/>
        <w:jc w:val="both"/>
        <w:rPr>
          <w:lang w:val="tr-TR"/>
        </w:rPr>
      </w:pPr>
      <w:r w:rsidRPr="003F4D10">
        <w:rPr>
          <w:lang w:val="tr-TR"/>
        </w:rPr>
        <w:t>Geri bildirimleri dikkate alarak öğrenme sürecini geliştirmek</w:t>
      </w:r>
    </w:p>
    <w:p w14:paraId="291DABBC" w14:textId="77777777" w:rsidR="0096713F" w:rsidRPr="003F4D10" w:rsidRDefault="001C72E7" w:rsidP="00CA4DE3">
      <w:pPr>
        <w:pStyle w:val="ListeMaddemi"/>
        <w:ind w:left="284"/>
        <w:jc w:val="both"/>
        <w:rPr>
          <w:lang w:val="tr-TR"/>
        </w:rPr>
      </w:pPr>
      <w:r w:rsidRPr="003F4D10">
        <w:rPr>
          <w:lang w:val="tr-TR"/>
        </w:rPr>
        <w:t>Güçlü ve gelişime açık yönlerini fark ederek öz değerlendirme yapmak</w:t>
      </w:r>
    </w:p>
    <w:p w14:paraId="725220F0" w14:textId="77777777" w:rsidR="0096713F" w:rsidRPr="003F4D10" w:rsidRDefault="001C72E7" w:rsidP="00CA4DE3">
      <w:pPr>
        <w:pStyle w:val="ListeMaddemi"/>
        <w:ind w:left="284"/>
        <w:jc w:val="both"/>
        <w:rPr>
          <w:lang w:val="tr-TR"/>
        </w:rPr>
      </w:pPr>
      <w:r w:rsidRPr="003F4D10">
        <w:rPr>
          <w:lang w:val="tr-TR"/>
        </w:rPr>
        <w:t>Müracaatçı yararını, gizliliği ve mesleki sorumluluğu gözetmek</w:t>
      </w:r>
    </w:p>
    <w:p w14:paraId="53C688A1"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4.4. Süpervizyon</w:t>
      </w:r>
      <w:r w:rsidRPr="003F4D10">
        <w:rPr>
          <w:rFonts w:ascii="Times New Roman" w:eastAsia="Times New Roman" w:hAnsi="Times New Roman"/>
          <w:color w:val="000000" w:themeColor="text1"/>
          <w:sz w:val="24"/>
          <w:lang w:val="tr-TR"/>
        </w:rPr>
        <w:t xml:space="preserve"> Süreci</w:t>
      </w:r>
    </w:p>
    <w:p w14:paraId="0274627B" w14:textId="77777777" w:rsidR="0096713F" w:rsidRPr="003F4D10" w:rsidRDefault="001C72E7" w:rsidP="00CA4DE3">
      <w:pPr>
        <w:spacing w:after="120"/>
        <w:jc w:val="both"/>
        <w:rPr>
          <w:lang w:val="tr-TR"/>
        </w:rPr>
      </w:pPr>
      <w:r w:rsidRPr="003F4D10">
        <w:rPr>
          <w:lang w:val="tr-TR"/>
        </w:rPr>
        <w:t>Süpervizyon; öğrencinin uygulama deneyimlerini gözden geçirdiği, mesleki kayıtlarını tartıştığı, güçlük yaşadığı durumları analiz ettiği, etik ve profesyonel karar süreçlerini değerlendirdiği bir öğrenme alanıdır. Süpervizyon görüşmeleri yüz yüze v</w:t>
      </w:r>
      <w:r w:rsidRPr="003F4D10">
        <w:rPr>
          <w:lang w:val="tr-TR"/>
        </w:rPr>
        <w:t>e/veya çevrim içi biçimde yürütülebilir.</w:t>
      </w:r>
    </w:p>
    <w:p w14:paraId="45F2C1EE" w14:textId="77777777" w:rsidR="0096713F" w:rsidRPr="003F4D10" w:rsidRDefault="001C72E7" w:rsidP="00CA4DE3">
      <w:pPr>
        <w:pStyle w:val="ListeMaddemi"/>
        <w:ind w:left="284"/>
        <w:jc w:val="both"/>
        <w:rPr>
          <w:lang w:val="tr-TR"/>
        </w:rPr>
      </w:pPr>
      <w:r w:rsidRPr="003F4D10">
        <w:rPr>
          <w:lang w:val="tr-TR"/>
        </w:rPr>
        <w:t>Öğrencinin uygulama sürecinde yürüttüğü çalışmalar</w:t>
      </w:r>
    </w:p>
    <w:p w14:paraId="0D06989D" w14:textId="77777777" w:rsidR="0096713F" w:rsidRPr="003F4D10" w:rsidRDefault="001C72E7" w:rsidP="00CA4DE3">
      <w:pPr>
        <w:pStyle w:val="ListeMaddemi"/>
        <w:ind w:left="284"/>
        <w:jc w:val="both"/>
        <w:rPr>
          <w:lang w:val="tr-TR"/>
        </w:rPr>
      </w:pPr>
      <w:r w:rsidRPr="003F4D10">
        <w:rPr>
          <w:lang w:val="tr-TR"/>
        </w:rPr>
        <w:t>Müracaatçı ile kurulan mesleki ilişki</w:t>
      </w:r>
    </w:p>
    <w:p w14:paraId="51197EA6" w14:textId="77777777" w:rsidR="0096713F" w:rsidRPr="003F4D10" w:rsidRDefault="001C72E7" w:rsidP="00CA4DE3">
      <w:pPr>
        <w:pStyle w:val="ListeMaddemi"/>
        <w:ind w:left="284"/>
        <w:jc w:val="both"/>
        <w:rPr>
          <w:lang w:val="tr-TR"/>
        </w:rPr>
      </w:pPr>
      <w:r w:rsidRPr="003F4D10">
        <w:rPr>
          <w:lang w:val="tr-TR"/>
        </w:rPr>
        <w:t>Kurumun işleyişine ilişkin gözlemler</w:t>
      </w:r>
    </w:p>
    <w:p w14:paraId="5A1C884F" w14:textId="77777777" w:rsidR="0096713F" w:rsidRPr="003F4D10" w:rsidRDefault="001C72E7" w:rsidP="00CA4DE3">
      <w:pPr>
        <w:pStyle w:val="ListeMaddemi"/>
        <w:ind w:left="284"/>
        <w:jc w:val="both"/>
        <w:rPr>
          <w:lang w:val="tr-TR"/>
        </w:rPr>
      </w:pPr>
      <w:r w:rsidRPr="003F4D10">
        <w:rPr>
          <w:lang w:val="tr-TR"/>
        </w:rPr>
        <w:t>Etik sorunlar ve profesyonel sınırlar</w:t>
      </w:r>
    </w:p>
    <w:p w14:paraId="13A62F05" w14:textId="77777777" w:rsidR="0096713F" w:rsidRPr="003F4D10" w:rsidRDefault="001C72E7" w:rsidP="00CA4DE3">
      <w:pPr>
        <w:pStyle w:val="ListeMaddemi"/>
        <w:ind w:left="284"/>
        <w:jc w:val="both"/>
        <w:rPr>
          <w:lang w:val="tr-TR"/>
        </w:rPr>
      </w:pPr>
      <w:r w:rsidRPr="003F4D10">
        <w:rPr>
          <w:lang w:val="tr-TR"/>
        </w:rPr>
        <w:t xml:space="preserve">Hazırlanan formlar, kayıtlar ve değerlendirme </w:t>
      </w:r>
      <w:r w:rsidRPr="003F4D10">
        <w:rPr>
          <w:lang w:val="tr-TR"/>
        </w:rPr>
        <w:t>metinleri</w:t>
      </w:r>
    </w:p>
    <w:p w14:paraId="69669101" w14:textId="77777777" w:rsidR="0096713F" w:rsidRPr="003F4D10" w:rsidRDefault="001C72E7" w:rsidP="00CA4DE3">
      <w:pPr>
        <w:pStyle w:val="ListeMaddemi"/>
        <w:ind w:left="284"/>
        <w:jc w:val="both"/>
        <w:rPr>
          <w:lang w:val="tr-TR"/>
        </w:rPr>
      </w:pPr>
      <w:r w:rsidRPr="003F4D10">
        <w:rPr>
          <w:lang w:val="tr-TR"/>
        </w:rPr>
        <w:t>Müdahale planları ve uygulama stratejileri</w:t>
      </w:r>
    </w:p>
    <w:p w14:paraId="1ED5CA6D" w14:textId="77777777" w:rsidR="0096713F" w:rsidRPr="003F4D10" w:rsidRDefault="001C72E7" w:rsidP="00CA4DE3">
      <w:pPr>
        <w:pStyle w:val="ListeMaddemi"/>
        <w:ind w:left="284"/>
        <w:jc w:val="both"/>
        <w:rPr>
          <w:lang w:val="tr-TR"/>
        </w:rPr>
      </w:pPr>
      <w:r w:rsidRPr="003F4D10">
        <w:rPr>
          <w:lang w:val="tr-TR"/>
        </w:rPr>
        <w:t>Öğrencinin öz değerlendirmesi ve mesleki gelişim süreci</w:t>
      </w:r>
    </w:p>
    <w:p w14:paraId="0AC38321"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4.5. İletişim, Geri Bildirim ve Sorun Çözme</w:t>
      </w:r>
    </w:p>
    <w:p w14:paraId="098A4010" w14:textId="77777777" w:rsidR="0096713F" w:rsidRPr="003F4D10" w:rsidRDefault="001C72E7" w:rsidP="00CA4DE3">
      <w:pPr>
        <w:spacing w:after="120"/>
        <w:jc w:val="both"/>
        <w:rPr>
          <w:lang w:val="tr-TR"/>
        </w:rPr>
      </w:pPr>
      <w:r w:rsidRPr="003F4D10">
        <w:rPr>
          <w:lang w:val="tr-TR"/>
        </w:rPr>
        <w:t xml:space="preserve">Sorumlu öğretim elemanı, kurum danışmanı ve öğrenci arasında açık, saygılı, zamanında ve profesyonel </w:t>
      </w:r>
      <w:r w:rsidRPr="003F4D10">
        <w:rPr>
          <w:lang w:val="tr-TR"/>
        </w:rPr>
        <w:t xml:space="preserve">iletişim kurulması esastır. Ortaya çıkan akademik, etik, kurumsal veya iletişimsel sorunlar mümkün olan en erken aşamada paylaşılmalı ve çözüm odaklı bir yaklaşımla ele alınmalıdır. Geri bildirim açık, somut, yapıcı ve geliştirici olmalı; öğrencinin güçlü </w:t>
      </w:r>
      <w:r w:rsidRPr="003F4D10">
        <w:rPr>
          <w:lang w:val="tr-TR"/>
        </w:rPr>
        <w:t>yönleri ile gelişime açık alanlarını dengeli biçimde yansıtmalıdır.</w:t>
      </w:r>
    </w:p>
    <w:p w14:paraId="17C86CB3" w14:textId="77777777" w:rsidR="0096713F" w:rsidRPr="003F4D10" w:rsidRDefault="001C72E7" w:rsidP="00CA4DE3">
      <w:pPr>
        <w:pStyle w:val="Balk1"/>
        <w:spacing w:before="160" w:after="80"/>
        <w:jc w:val="both"/>
        <w:rPr>
          <w:color w:val="000000" w:themeColor="text1"/>
          <w:lang w:val="tr-TR"/>
        </w:rPr>
      </w:pPr>
      <w:r w:rsidRPr="003F4D10">
        <w:rPr>
          <w:rFonts w:ascii="Times New Roman" w:eastAsia="Times New Roman" w:hAnsi="Times New Roman"/>
          <w:color w:val="000000" w:themeColor="text1"/>
          <w:lang w:val="tr-TR"/>
        </w:rPr>
        <w:t>5. ÖĞRENCİNİN HAZIRLAMASI GEREKEN FORMLAR</w:t>
      </w:r>
    </w:p>
    <w:p w14:paraId="7EFEBC0E" w14:textId="3EBD147B" w:rsidR="0096713F" w:rsidRPr="003F4D10" w:rsidRDefault="001C72E7" w:rsidP="00CA4DE3">
      <w:pPr>
        <w:spacing w:after="120"/>
        <w:jc w:val="both"/>
        <w:rPr>
          <w:lang w:val="tr-TR"/>
        </w:rPr>
      </w:pPr>
      <w:r w:rsidRPr="003F4D10">
        <w:rPr>
          <w:lang w:val="tr-TR"/>
        </w:rPr>
        <w:t>Mesleki eğitim sürecinde yürütülen sosyal hizmet uygulamalarının uygun biçimde kayıt altına alınması, analiz edilmesi, değerlendirilmesi ve raporl</w:t>
      </w:r>
      <w:r w:rsidRPr="003F4D10">
        <w:rPr>
          <w:lang w:val="tr-TR"/>
        </w:rPr>
        <w:t>anması hem mesleki öğrenmenin hem de profesyonel gelişimin temel bileşenlerinden biridir. Sosyal hizmette kayıt tutma, yalnızca yapılan işlemleri belgelemek amacı taşımaz; aynı zamanda müracaatçı sisteminin anlaşılması, müdahale sürecinin planlanması, kura</w:t>
      </w:r>
      <w:r w:rsidRPr="003F4D10">
        <w:rPr>
          <w:lang w:val="tr-TR"/>
        </w:rPr>
        <w:t>m-</w:t>
      </w:r>
      <w:r w:rsidRPr="003F4D10">
        <w:rPr>
          <w:lang w:val="tr-TR"/>
        </w:rPr>
        <w:lastRenderedPageBreak/>
        <w:t>uygulama ilişkisinin kurulması, etik ve profesyonel sorumlulukların görünür kılınması ve öğrencinin yansıtıcı düşünme becerisinin geliştirilmesi açısından önem taşır.</w:t>
      </w:r>
    </w:p>
    <w:p w14:paraId="0D816BA9" w14:textId="77777777" w:rsidR="0096713F" w:rsidRPr="003F4D10" w:rsidRDefault="001C72E7" w:rsidP="00CA4DE3">
      <w:pPr>
        <w:spacing w:after="120"/>
        <w:jc w:val="both"/>
        <w:rPr>
          <w:lang w:val="tr-TR"/>
        </w:rPr>
      </w:pPr>
      <w:r w:rsidRPr="003F4D10">
        <w:rPr>
          <w:lang w:val="tr-TR"/>
        </w:rPr>
        <w:t>Mesleki eğitim dosyasında yer alan formlar, öğrencinin saha deneyimini düzenli ve siste</w:t>
      </w:r>
      <w:r w:rsidRPr="003F4D10">
        <w:rPr>
          <w:lang w:val="tr-TR"/>
        </w:rPr>
        <w:t>matik biçimde izlemesini sağlayan öğrenme araçlarıdır. Bu formlar aracılığıyla öğrenci; kurumun yapısını, müracaatçı gruplarını, sorun alanlarını, uygulama süreçlerini, müdahale planlarını ve kendi mesleki gelişimini yazılı olarak değerlendirme fırsatı bul</w:t>
      </w:r>
      <w:r w:rsidRPr="003F4D10">
        <w:rPr>
          <w:lang w:val="tr-TR"/>
        </w:rPr>
        <w:t>ur.</w:t>
      </w:r>
    </w:p>
    <w:p w14:paraId="390BEE90"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5.1. Formların Hazırlanmasında Temel İlkeler</w:t>
      </w:r>
    </w:p>
    <w:p w14:paraId="19CBDEAF" w14:textId="77777777" w:rsidR="0096713F" w:rsidRPr="003F4D10" w:rsidRDefault="001C72E7" w:rsidP="00CA4DE3">
      <w:pPr>
        <w:pStyle w:val="ListeMaddemi"/>
        <w:ind w:left="284"/>
        <w:jc w:val="both"/>
        <w:rPr>
          <w:lang w:val="tr-TR"/>
        </w:rPr>
      </w:pPr>
      <w:r w:rsidRPr="003F4D10">
        <w:rPr>
          <w:lang w:val="tr-TR"/>
        </w:rPr>
        <w:t>Gizlilik ve mahremiyetin korunması</w:t>
      </w:r>
    </w:p>
    <w:p w14:paraId="3D2AA748" w14:textId="77777777" w:rsidR="0096713F" w:rsidRPr="003F4D10" w:rsidRDefault="001C72E7" w:rsidP="00CA4DE3">
      <w:pPr>
        <w:pStyle w:val="ListeMaddemi"/>
        <w:ind w:left="284"/>
        <w:jc w:val="both"/>
        <w:rPr>
          <w:lang w:val="tr-TR"/>
        </w:rPr>
      </w:pPr>
      <w:r w:rsidRPr="003F4D10">
        <w:rPr>
          <w:lang w:val="tr-TR"/>
        </w:rPr>
        <w:t>Müracaatçıya ilişkin kimlik açığa çıkarıcı bilgilerin kullanılmaması</w:t>
      </w:r>
    </w:p>
    <w:p w14:paraId="2860487A" w14:textId="77777777" w:rsidR="0096713F" w:rsidRPr="003F4D10" w:rsidRDefault="001C72E7" w:rsidP="00CA4DE3">
      <w:pPr>
        <w:pStyle w:val="ListeMaddemi"/>
        <w:ind w:left="284"/>
        <w:jc w:val="both"/>
        <w:rPr>
          <w:lang w:val="tr-TR"/>
        </w:rPr>
      </w:pPr>
      <w:r w:rsidRPr="003F4D10">
        <w:rPr>
          <w:lang w:val="tr-TR"/>
        </w:rPr>
        <w:t>Yazılı kayıtların mesleki ve etik ilkelere uygun olması</w:t>
      </w:r>
    </w:p>
    <w:p w14:paraId="10C94990" w14:textId="77777777" w:rsidR="0096713F" w:rsidRPr="003F4D10" w:rsidRDefault="001C72E7" w:rsidP="00CA4DE3">
      <w:pPr>
        <w:pStyle w:val="ListeMaddemi"/>
        <w:ind w:left="284"/>
        <w:jc w:val="both"/>
        <w:rPr>
          <w:lang w:val="tr-TR"/>
        </w:rPr>
      </w:pPr>
      <w:r w:rsidRPr="003F4D10">
        <w:rPr>
          <w:lang w:val="tr-TR"/>
        </w:rPr>
        <w:t>Açık, anlaşılır, düzenli ve analitik bir anlatı</w:t>
      </w:r>
      <w:r w:rsidRPr="003F4D10">
        <w:rPr>
          <w:lang w:val="tr-TR"/>
        </w:rPr>
        <w:t>m kullanılması</w:t>
      </w:r>
    </w:p>
    <w:p w14:paraId="1517D99B" w14:textId="77777777" w:rsidR="0096713F" w:rsidRPr="003F4D10" w:rsidRDefault="001C72E7" w:rsidP="00CA4DE3">
      <w:pPr>
        <w:pStyle w:val="ListeMaddemi"/>
        <w:ind w:left="284"/>
        <w:jc w:val="both"/>
        <w:rPr>
          <w:lang w:val="tr-TR"/>
        </w:rPr>
      </w:pPr>
      <w:r w:rsidRPr="003F4D10">
        <w:rPr>
          <w:lang w:val="tr-TR"/>
        </w:rPr>
        <w:t>Kuram ile uygulama arasında ilişki kurulması</w:t>
      </w:r>
    </w:p>
    <w:p w14:paraId="4F03BCF0" w14:textId="77777777" w:rsidR="0096713F" w:rsidRPr="003F4D10" w:rsidRDefault="001C72E7" w:rsidP="00CA4DE3">
      <w:pPr>
        <w:pStyle w:val="ListeMaddemi"/>
        <w:ind w:left="284"/>
        <w:jc w:val="both"/>
        <w:rPr>
          <w:lang w:val="tr-TR"/>
        </w:rPr>
      </w:pPr>
      <w:r w:rsidRPr="003F4D10">
        <w:rPr>
          <w:lang w:val="tr-TR"/>
        </w:rPr>
        <w:t>Gözlem, değerlendirme ve yorum bölümlerinin birbirinden ayırt edilmesi</w:t>
      </w:r>
    </w:p>
    <w:p w14:paraId="5D7434C7" w14:textId="77777777" w:rsidR="0096713F" w:rsidRPr="003F4D10" w:rsidRDefault="001C72E7" w:rsidP="00CA4DE3">
      <w:pPr>
        <w:pStyle w:val="ListeMaddemi"/>
        <w:ind w:left="284"/>
        <w:jc w:val="both"/>
        <w:rPr>
          <w:lang w:val="tr-TR"/>
        </w:rPr>
      </w:pPr>
      <w:r w:rsidRPr="003F4D10">
        <w:rPr>
          <w:lang w:val="tr-TR"/>
        </w:rPr>
        <w:t>Öğrencinin öz değerlendirme ve yansıtıcı düşünme becerisini ortaya koyması</w:t>
      </w:r>
    </w:p>
    <w:p w14:paraId="4E199E38"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5.2. Haftalık Uygulama Formu ve Haftalık Devam Kay</w:t>
      </w:r>
      <w:r w:rsidRPr="003F4D10">
        <w:rPr>
          <w:rFonts w:ascii="Times New Roman" w:eastAsia="Times New Roman" w:hAnsi="Times New Roman"/>
          <w:color w:val="000000" w:themeColor="text1"/>
          <w:sz w:val="24"/>
          <w:lang w:val="tr-TR"/>
        </w:rPr>
        <w:t>dı</w:t>
      </w:r>
    </w:p>
    <w:p w14:paraId="47D7A1B6" w14:textId="77777777" w:rsidR="0096713F" w:rsidRPr="003F4D10" w:rsidRDefault="001C72E7" w:rsidP="00CA4DE3">
      <w:pPr>
        <w:spacing w:after="120"/>
        <w:jc w:val="both"/>
        <w:rPr>
          <w:lang w:val="tr-TR"/>
        </w:rPr>
      </w:pPr>
      <w:r w:rsidRPr="003F4D10">
        <w:rPr>
          <w:lang w:val="tr-TR"/>
        </w:rPr>
        <w:t>Haftalık uygulama formu, öğrencinin kurumda yürüttüğü gözlem, görüşme, toplantı, hazırlık, raporlama, süpervizyon ve diğer mesleki faaliyetleri düzenli biçimde kaydettiği temel izleme aracıdır. Devam kaydı ise öğrencinin uygulama günlerine düzenli katıl</w:t>
      </w:r>
      <w:r w:rsidRPr="003F4D10">
        <w:rPr>
          <w:lang w:val="tr-TR"/>
        </w:rPr>
        <w:t>ımını gösteren tamamlayıcı belgedir.</w:t>
      </w:r>
    </w:p>
    <w:p w14:paraId="36639504"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5.3. Kurum Tanıtma Formu</w:t>
      </w:r>
    </w:p>
    <w:p w14:paraId="25588263" w14:textId="3D7378C0" w:rsidR="0096713F" w:rsidRPr="003F4D10" w:rsidRDefault="001C72E7" w:rsidP="00CA4DE3">
      <w:pPr>
        <w:pStyle w:val="Gvde"/>
        <w:jc w:val="both"/>
        <w:rPr>
          <w:rFonts w:ascii="Times New Roman" w:eastAsia="Times New Roman" w:hAnsi="Times New Roman" w:cs="Times New Roman"/>
        </w:rPr>
      </w:pPr>
      <w:r w:rsidRPr="003F4D10">
        <w:rPr>
          <w:rFonts w:ascii="Times New Roman" w:eastAsia="Times New Roman" w:hAnsi="Times New Roman" w:cs="Times New Roman"/>
        </w:rPr>
        <w:t>Kurum tanıtma formu, öğrencinin mesleki eğitim yaptığı kuruluşu sosyal hizmet perspektifiyle tanımasını, analiz etmesini ve değerlendirmesini amaçlayan temel başlangıç belgelerinden biridir.</w:t>
      </w:r>
      <w:r w:rsidR="006725C8" w:rsidRPr="003F4D10">
        <w:rPr>
          <w:rFonts w:ascii="Times New Roman" w:eastAsia="Times New Roman" w:hAnsi="Times New Roman" w:cs="Times New Roman"/>
        </w:rPr>
        <w:t xml:space="preserve"> Bu kapsamda </w:t>
      </w:r>
      <w:r w:rsidR="006725C8" w:rsidRPr="003F4D10">
        <w:rPr>
          <w:rFonts w:ascii="Times New Roman" w:hAnsi="Times New Roman" w:cs="Times New Roman"/>
        </w:rPr>
        <w:t>kurumun tarihçesini, mevzuatını, kuruluş amaçlarını, programlarını, sağladığı hizmetleri, kurumun hedeflenen hizmetleri uygulama açısından yeterlilikleri ve yetersizliklerini, idari ve fiziksel yapısını Ek-2</w:t>
      </w:r>
      <w:r w:rsidR="006725C8" w:rsidRPr="003F4D10">
        <w:rPr>
          <w:rFonts w:ascii="Times New Roman" w:hAnsi="Times New Roman" w:cs="Times New Roman"/>
          <w:rtl/>
        </w:rPr>
        <w:t>’</w:t>
      </w:r>
      <w:r w:rsidR="006725C8" w:rsidRPr="003F4D10">
        <w:rPr>
          <w:rFonts w:ascii="Times New Roman" w:hAnsi="Times New Roman" w:cs="Times New Roman"/>
        </w:rPr>
        <w:t>de belirtilen form çerçevesinde hazırlar. Bu form ders kapsamında hazırlanır ve mesleki eğitimin 4. haftasının son iş</w:t>
      </w:r>
      <w:r w:rsidR="006725C8" w:rsidRPr="003F4D10">
        <w:rPr>
          <w:rFonts w:ascii="Times New Roman" w:hAnsi="Times New Roman"/>
        </w:rPr>
        <w:t xml:space="preserve"> gününe kadar teslim edilir.</w:t>
      </w:r>
    </w:p>
    <w:p w14:paraId="4F8ED1D4" w14:textId="77777777" w:rsidR="0096713F" w:rsidRPr="003F4D10" w:rsidRDefault="001C72E7" w:rsidP="00CA4DE3">
      <w:pPr>
        <w:pStyle w:val="Balk2"/>
        <w:spacing w:before="160" w:after="80"/>
        <w:jc w:val="both"/>
        <w:rPr>
          <w:color w:val="000000" w:themeColor="text1"/>
          <w:sz w:val="24"/>
          <w:szCs w:val="24"/>
          <w:lang w:val="tr-TR"/>
        </w:rPr>
      </w:pPr>
      <w:r w:rsidRPr="003F4D10">
        <w:rPr>
          <w:rFonts w:ascii="Times New Roman" w:eastAsia="Times New Roman" w:hAnsi="Times New Roman"/>
          <w:color w:val="000000" w:themeColor="text1"/>
          <w:sz w:val="24"/>
          <w:szCs w:val="24"/>
          <w:lang w:val="tr-TR"/>
        </w:rPr>
        <w:t>5.4. Sorun Alanı İnceleme ve Değerlendirme Formu</w:t>
      </w:r>
    </w:p>
    <w:p w14:paraId="106DB5E6" w14:textId="77777777" w:rsidR="00CA4DE3" w:rsidRPr="003F4D10" w:rsidRDefault="00CA4DE3" w:rsidP="00CA4DE3">
      <w:pPr>
        <w:pStyle w:val="NormalWeb"/>
        <w:spacing w:line="276" w:lineRule="auto"/>
        <w:jc w:val="both"/>
        <w:rPr>
          <w:sz w:val="22"/>
          <w:szCs w:val="22"/>
        </w:rPr>
      </w:pPr>
      <w:r w:rsidRPr="003F4D10">
        <w:rPr>
          <w:sz w:val="22"/>
          <w:szCs w:val="22"/>
        </w:rPr>
        <w:t>Sorun Alanı İnceleme ve Değerlendirme Formu, öğrencinin mesleki eğitim yaptığı sorun alanını bütüncül bir bakış açısıyla analiz etmesini amaçlayan bir formdur. Bu form aracılığıyla öğrencinin, mesleki eğitim gördüğü alana ilişkin olarak; sorunun tanımı, çözüm yolları, sorundan etkilenen grupların genel özellikleri, sorunun çözümüne yönelik geliştirilebilecek mesleki uygulamalar, ilgili yasal düzenlemeler ve sorunun gündemde kalmasına neden olan etmenler gibi temel hususları değerlendirebilmesi beklenir.</w:t>
      </w:r>
    </w:p>
    <w:p w14:paraId="5BE7EF07" w14:textId="77777777" w:rsidR="00CA4DE3" w:rsidRPr="003F4D10" w:rsidRDefault="00CA4DE3" w:rsidP="00CA4DE3">
      <w:pPr>
        <w:pStyle w:val="NormalWeb"/>
        <w:spacing w:line="276" w:lineRule="auto"/>
        <w:jc w:val="both"/>
        <w:rPr>
          <w:sz w:val="22"/>
          <w:szCs w:val="22"/>
        </w:rPr>
      </w:pPr>
      <w:r w:rsidRPr="003F4D10">
        <w:rPr>
          <w:sz w:val="22"/>
          <w:szCs w:val="22"/>
        </w:rPr>
        <w:t>Bu formun amacı, öğrencinin mesleki eğitim yaptığı alanı tanımasını, bu alanda hizmet verilen müracaatçı kitlesinin özelliklerini kavramasını, sorun alanına ilişkin karşılaştığı durumlara yönelik çözüm yolları geliştirebilmesini ve verilen hizmetleri sosyal hizmet bilgisi ile mesleki değerler çerçevesinde değerlendirebilmesini sağlamaktır.</w:t>
      </w:r>
    </w:p>
    <w:p w14:paraId="6BC9BB67" w14:textId="77777777" w:rsidR="00CA4DE3" w:rsidRPr="003F4D10" w:rsidRDefault="00CA4DE3" w:rsidP="00CA4DE3">
      <w:pPr>
        <w:pStyle w:val="NormalWeb"/>
        <w:spacing w:line="276" w:lineRule="auto"/>
        <w:jc w:val="both"/>
        <w:rPr>
          <w:sz w:val="22"/>
          <w:szCs w:val="22"/>
        </w:rPr>
      </w:pPr>
      <w:r w:rsidRPr="003F4D10">
        <w:rPr>
          <w:sz w:val="22"/>
          <w:szCs w:val="22"/>
        </w:rPr>
        <w:t xml:space="preserve">Sorun Alanı İnceleme ve Değerlendirme Formu, ekte belirtilen formata uygun olarak hazırlanır ve </w:t>
      </w:r>
      <w:r w:rsidRPr="003F4D10">
        <w:rPr>
          <w:rStyle w:val="Gl"/>
          <w:b w:val="0"/>
          <w:bCs w:val="0"/>
          <w:sz w:val="22"/>
          <w:szCs w:val="22"/>
        </w:rPr>
        <w:t>vize haftasının son iş gününe kadar</w:t>
      </w:r>
      <w:r w:rsidRPr="003F4D10">
        <w:rPr>
          <w:sz w:val="22"/>
          <w:szCs w:val="22"/>
        </w:rPr>
        <w:t xml:space="preserve"> teslim edilir.</w:t>
      </w:r>
    </w:p>
    <w:p w14:paraId="3BC5DBCD" w14:textId="4837909E" w:rsidR="0096713F" w:rsidRPr="003F4D10" w:rsidRDefault="001C72E7" w:rsidP="00CA4DE3">
      <w:pPr>
        <w:pStyle w:val="Balk2"/>
        <w:spacing w:before="160" w:after="80"/>
        <w:jc w:val="both"/>
        <w:rPr>
          <w:color w:val="000000" w:themeColor="text1"/>
          <w:sz w:val="24"/>
          <w:szCs w:val="24"/>
          <w:lang w:val="tr-TR"/>
        </w:rPr>
      </w:pPr>
      <w:r w:rsidRPr="003F4D10">
        <w:rPr>
          <w:rFonts w:ascii="Times New Roman" w:eastAsia="Times New Roman" w:hAnsi="Times New Roman"/>
          <w:color w:val="000000" w:themeColor="text1"/>
          <w:sz w:val="24"/>
          <w:szCs w:val="24"/>
          <w:lang w:val="tr-TR"/>
        </w:rPr>
        <w:lastRenderedPageBreak/>
        <w:t>5.</w:t>
      </w:r>
      <w:r w:rsidR="00CA4DE3" w:rsidRPr="003F4D10">
        <w:rPr>
          <w:rFonts w:ascii="Times New Roman" w:eastAsia="Times New Roman" w:hAnsi="Times New Roman"/>
          <w:color w:val="000000" w:themeColor="text1"/>
          <w:sz w:val="24"/>
          <w:szCs w:val="24"/>
          <w:lang w:val="tr-TR"/>
        </w:rPr>
        <w:t>5</w:t>
      </w:r>
      <w:r w:rsidRPr="003F4D10">
        <w:rPr>
          <w:rFonts w:ascii="Times New Roman" w:eastAsia="Times New Roman" w:hAnsi="Times New Roman"/>
          <w:color w:val="000000" w:themeColor="text1"/>
          <w:sz w:val="24"/>
          <w:szCs w:val="24"/>
          <w:lang w:val="tr-TR"/>
        </w:rPr>
        <w:t>. Bireysel Görüşme / Süreç Formu</w:t>
      </w:r>
    </w:p>
    <w:p w14:paraId="194EA5B5" w14:textId="77777777" w:rsidR="00CA4DE3" w:rsidRPr="003F4D10" w:rsidRDefault="00CA4DE3" w:rsidP="00CA4DE3">
      <w:pPr>
        <w:pStyle w:val="NormalWeb"/>
        <w:spacing w:line="276" w:lineRule="auto"/>
        <w:jc w:val="both"/>
        <w:rPr>
          <w:sz w:val="22"/>
          <w:szCs w:val="22"/>
        </w:rPr>
      </w:pPr>
      <w:r w:rsidRPr="003F4D10">
        <w:rPr>
          <w:sz w:val="22"/>
          <w:szCs w:val="22"/>
        </w:rPr>
        <w:t>Bireysel Görüşme ve Grup Çalışması Formu, müdahale planı kapsamında yürütülen çeşitli müdahale düzeylerindeki uygulamaların ayrıntılı biçimde kaydedildiği formlardır. Birey, aile, grup, örgüt, topluluk ve toplum düzeylerinde gerçekleştirilen sosyal hizmet uygulamaları bir bütün olarak ele alınır; aralarındaki ayrım yalnızca sınıflandırma amacı taşır. Bu nedenle bireysel görüşme ve grup çalışması formlarının, genelci sosyal hizmet yaklaşımının bütünlüğünü yansıtacak biçimde hazırlanması beklenir.</w:t>
      </w:r>
    </w:p>
    <w:p w14:paraId="7937CDE4" w14:textId="77777777" w:rsidR="00CA4DE3" w:rsidRPr="003F4D10" w:rsidRDefault="00CA4DE3" w:rsidP="00CA4DE3">
      <w:pPr>
        <w:pStyle w:val="NormalWeb"/>
        <w:spacing w:line="276" w:lineRule="auto"/>
        <w:jc w:val="both"/>
        <w:rPr>
          <w:sz w:val="22"/>
          <w:szCs w:val="22"/>
        </w:rPr>
      </w:pPr>
      <w:r w:rsidRPr="003F4D10">
        <w:rPr>
          <w:sz w:val="22"/>
          <w:szCs w:val="22"/>
        </w:rPr>
        <w:t>Formda, mesleki eğitim yapılan kuruluşun adı, müracaatçı sisteminin kim olduğu, uygulamanın tarih ve süresi, öğrencinin adı ve soyadı, sorumlu öğretim elemanının adı ve soyadı, eğitici personel/kurum danışmanının adı ve soyadı ile form numarası yer alır. Ayrıca müracaatçı sistemiyle gerçekleştirilen mesleki çalışmanın amacı kısaca belirtilir; ardından uygulama süreci ayrıntılı biçimde açıklanır. Süreç bölümünü, öğrencinin müracaatçı, mesleki eğitim süreci ve kendi mesleki tutumuna ilişkin değerlendirmeleri izler. Bu değerlendirmede müracaatçı sistemine ilişkin elde edilen bilgiler, davranış örüntüleri, tepkiler, etkileşim biçimleri ve sürecin genel analizi yer alır. Formun sonunda ise bir sonraki çalışmaya ilişkin planlamaya yer verilir.</w:t>
      </w:r>
    </w:p>
    <w:p w14:paraId="6CE2AC6C" w14:textId="77777777" w:rsidR="00CA4DE3" w:rsidRPr="003F4D10" w:rsidRDefault="00CA4DE3" w:rsidP="00CA4DE3">
      <w:pPr>
        <w:pStyle w:val="NormalWeb"/>
        <w:spacing w:line="276" w:lineRule="auto"/>
        <w:jc w:val="both"/>
        <w:rPr>
          <w:sz w:val="22"/>
          <w:szCs w:val="22"/>
        </w:rPr>
      </w:pPr>
      <w:r w:rsidRPr="003F4D10">
        <w:rPr>
          <w:sz w:val="22"/>
          <w:szCs w:val="22"/>
        </w:rPr>
        <w:t>Özetle bu formlarda, öğrencinin müdahale planının uygulanmasına ilişkin yürüttüğü tüm çalışmaları genelci sosyal hizmet yaklaşımına uygun biçimde değerlendirmesi beklenir.</w:t>
      </w:r>
    </w:p>
    <w:p w14:paraId="6FAA72DA" w14:textId="77777777" w:rsidR="00CA4DE3" w:rsidRPr="003F4D10" w:rsidRDefault="00CA4DE3" w:rsidP="00CA4DE3">
      <w:pPr>
        <w:pStyle w:val="NormalWeb"/>
        <w:spacing w:line="276" w:lineRule="auto"/>
        <w:jc w:val="both"/>
        <w:rPr>
          <w:sz w:val="22"/>
          <w:szCs w:val="22"/>
        </w:rPr>
      </w:pPr>
      <w:r w:rsidRPr="003F4D10">
        <w:rPr>
          <w:sz w:val="22"/>
          <w:szCs w:val="22"/>
        </w:rPr>
        <w:t xml:space="preserve">Sosyal hizmet müdahalesi, bütün kurumlarda müracaatçıların ihtiyaçlarına göre mikro, </w:t>
      </w:r>
      <w:proofErr w:type="spellStart"/>
      <w:r w:rsidRPr="003F4D10">
        <w:rPr>
          <w:sz w:val="22"/>
          <w:szCs w:val="22"/>
        </w:rPr>
        <w:t>mezzo</w:t>
      </w:r>
      <w:proofErr w:type="spellEnd"/>
      <w:r w:rsidRPr="003F4D10">
        <w:rPr>
          <w:sz w:val="22"/>
          <w:szCs w:val="22"/>
        </w:rPr>
        <w:t xml:space="preserve"> ve makro düzeylerde planlanmalıdır. Bununla birlikte bazı kurumların yapısal özellikleri nedeniyle bireysel çalışma ya da grup çalışması yürütülmesinde sınırlılıklar yaşanabilir. Ancak her durumda, uygulamaların hem müracaatçı ihtiyaçlarını karşılamaya hem de öğrencinin mesleki becerilerini geliştirmeye hizmet etmesi esastır.</w:t>
      </w:r>
    </w:p>
    <w:p w14:paraId="297CF165" w14:textId="246F4090" w:rsidR="00CA4DE3" w:rsidRPr="003F4D10" w:rsidRDefault="00CA4DE3" w:rsidP="00CA4DE3">
      <w:pPr>
        <w:pStyle w:val="NormalWeb"/>
        <w:spacing w:line="276" w:lineRule="auto"/>
        <w:jc w:val="both"/>
        <w:rPr>
          <w:b/>
          <w:bCs/>
        </w:rPr>
      </w:pPr>
      <w:r w:rsidRPr="003F4D10">
        <w:rPr>
          <w:b/>
          <w:bCs/>
        </w:rPr>
        <w:t>5.6. Grup Çalışması Formları</w:t>
      </w:r>
    </w:p>
    <w:p w14:paraId="21F4FF44" w14:textId="77777777" w:rsidR="00CA4DE3" w:rsidRPr="003F4D10" w:rsidRDefault="00CA4DE3" w:rsidP="00CA4DE3">
      <w:pPr>
        <w:jc w:val="both"/>
        <w:rPr>
          <w:lang w:val="tr-TR"/>
        </w:rPr>
      </w:pPr>
      <w:r w:rsidRPr="003F4D10">
        <w:rPr>
          <w:lang w:val="tr-TR"/>
        </w:rPr>
        <w:t>Grup Çalışması Formları, öğrencinin mesleki eğitim sürecinde yürüttüğü ya da gözlemlediği grup çalışması uygulamalarını planlı, sistematik ve değerlendirmeye açık biçimde kayıt altına almasını amaçlayan formlardır. Bu formlar aracılığıyla öğrencinin grup sürecini tanıması, grup üyelerinin özelliklerini değerlendirmesi, grup dinamiğini analiz etmesi ve sosyal hizmet müdahalesini genelci yaklaşım çerçevesinde ele alması beklenir.</w:t>
      </w:r>
    </w:p>
    <w:p w14:paraId="4EF1A440" w14:textId="77777777" w:rsidR="00CA4DE3" w:rsidRPr="003F4D10" w:rsidRDefault="00CA4DE3" w:rsidP="00CA4DE3">
      <w:pPr>
        <w:jc w:val="both"/>
        <w:rPr>
          <w:lang w:val="tr-TR"/>
        </w:rPr>
      </w:pPr>
      <w:r w:rsidRPr="003F4D10">
        <w:rPr>
          <w:lang w:val="tr-TR"/>
        </w:rPr>
        <w:t>“Grubu ve Üyeleri Tanıtma Formu”, grup sürecinin başlangıcında grup üyelerini ve grubun genel özelliklerini tanıtmak amacıyla bir defaya mahsus olarak hazırlanır. “Grubu ve Üyeleri Değerlendirme Formu” ise grup sürecinin sonunda, grubun işleyişini, üyelerin katılımını ve grup çalışmasının sonuçlarını değerlendirmek amacıyla yine bir defaya mahsus olmak üzere düzenlenir.</w:t>
      </w:r>
    </w:p>
    <w:p w14:paraId="27370F35" w14:textId="77777777" w:rsidR="00CA4DE3" w:rsidRPr="003F4D10" w:rsidRDefault="00CA4DE3" w:rsidP="00CA4DE3">
      <w:pPr>
        <w:jc w:val="both"/>
        <w:rPr>
          <w:lang w:val="tr-TR"/>
        </w:rPr>
      </w:pPr>
      <w:r w:rsidRPr="003F4D10">
        <w:rPr>
          <w:lang w:val="tr-TR"/>
        </w:rPr>
        <w:t>Bu formlar, öğrencinin grup çalışması sürecini sosyal hizmet bilgi, beceri ve değerleri doğrultusunda değerlendirebilmesine katkı sağlamak amacıyla kullanılır.</w:t>
      </w:r>
    </w:p>
    <w:p w14:paraId="54D50BEF" w14:textId="1C00AA02" w:rsidR="0096713F" w:rsidRPr="003F4D10" w:rsidRDefault="001C72E7" w:rsidP="00CA4DE3">
      <w:pPr>
        <w:pStyle w:val="Balk2"/>
        <w:spacing w:before="160" w:after="80"/>
        <w:jc w:val="both"/>
        <w:rPr>
          <w:color w:val="000000" w:themeColor="text1"/>
          <w:sz w:val="24"/>
          <w:szCs w:val="24"/>
          <w:lang w:val="tr-TR"/>
        </w:rPr>
      </w:pPr>
      <w:r w:rsidRPr="003F4D10">
        <w:rPr>
          <w:rFonts w:ascii="Times New Roman" w:eastAsia="Times New Roman" w:hAnsi="Times New Roman"/>
          <w:color w:val="000000" w:themeColor="text1"/>
          <w:sz w:val="24"/>
          <w:szCs w:val="24"/>
          <w:lang w:val="tr-TR"/>
        </w:rPr>
        <w:t>5.</w:t>
      </w:r>
      <w:r w:rsidR="0015109E" w:rsidRPr="003F4D10">
        <w:rPr>
          <w:rFonts w:ascii="Times New Roman" w:eastAsia="Times New Roman" w:hAnsi="Times New Roman"/>
          <w:color w:val="000000" w:themeColor="text1"/>
          <w:sz w:val="24"/>
          <w:szCs w:val="24"/>
          <w:lang w:val="tr-TR"/>
        </w:rPr>
        <w:t>7</w:t>
      </w:r>
      <w:r w:rsidRPr="003F4D10">
        <w:rPr>
          <w:rFonts w:ascii="Times New Roman" w:eastAsia="Times New Roman" w:hAnsi="Times New Roman"/>
          <w:color w:val="000000" w:themeColor="text1"/>
          <w:sz w:val="24"/>
          <w:szCs w:val="24"/>
          <w:lang w:val="tr-TR"/>
        </w:rPr>
        <w:t>. Müdahale Planı Formu</w:t>
      </w:r>
    </w:p>
    <w:p w14:paraId="7E10B8EF" w14:textId="77777777" w:rsidR="00CA4DE3" w:rsidRPr="00CA4DE3" w:rsidRDefault="00CA4DE3" w:rsidP="00CA4DE3">
      <w:pPr>
        <w:spacing w:before="100" w:beforeAutospacing="1" w:after="100" w:afterAutospacing="1"/>
        <w:jc w:val="both"/>
        <w:rPr>
          <w:rFonts w:cs="Times New Roman"/>
          <w:lang w:val="tr-TR" w:eastAsia="tr-TR"/>
        </w:rPr>
      </w:pPr>
      <w:r w:rsidRPr="00CA4DE3">
        <w:rPr>
          <w:rFonts w:cs="Times New Roman"/>
          <w:lang w:val="tr-TR" w:eastAsia="tr-TR"/>
        </w:rPr>
        <w:t xml:space="preserve">Müdahale Planı Formu, öğrencinin genelci sosyal hizmet yaklaşımı doğrultusunda ve “çevresi içinde birey” anlayışını gözeterek oluşturduğu bir formdur. Bu formda öğrenciden, farklı sosyal hizmet müdahale düzeylerini birbirine katkı sağlayacak biçimde tasarlayarak bir müdahale planı geliştirmesi ve bunu mesleki </w:t>
      </w:r>
      <w:r w:rsidRPr="00CA4DE3">
        <w:rPr>
          <w:rFonts w:cs="Times New Roman"/>
          <w:lang w:val="tr-TR" w:eastAsia="tr-TR"/>
        </w:rPr>
        <w:lastRenderedPageBreak/>
        <w:t>eğitim sürecine aktarması beklenir. Bununla birlikte, sorunun niteliğine bağlı olarak öğrenci tüm müdahale düzeylerini içermeyen bir uygulama da gerçekleştirebilir.</w:t>
      </w:r>
    </w:p>
    <w:p w14:paraId="6293AC52" w14:textId="76C77777" w:rsidR="00CA4DE3" w:rsidRPr="00CA4DE3" w:rsidRDefault="00CA4DE3" w:rsidP="00CA4DE3">
      <w:pPr>
        <w:spacing w:before="100" w:beforeAutospacing="1" w:after="100" w:afterAutospacing="1"/>
        <w:jc w:val="both"/>
        <w:rPr>
          <w:rFonts w:cs="Times New Roman"/>
          <w:lang w:val="tr-TR" w:eastAsia="tr-TR"/>
        </w:rPr>
      </w:pPr>
      <w:r w:rsidRPr="00CA4DE3">
        <w:rPr>
          <w:rFonts w:cs="Times New Roman"/>
          <w:lang w:val="tr-TR" w:eastAsia="tr-TR"/>
        </w:rPr>
        <w:t>Genelci sosyal hizmet yaklaşımı, yalnızca bireysel ve çevresel faktörleri içeren bireysel sosyal işlevsellik üzerinde değil; birey ile çevresi arasındaki etkileşim ve değişim süreçleri üzerinde de durur. Başka bir ifadeyle bu yaklaşım hem bireysel sorunları hem de bu sorunlara katkıda bulunan sosyal etmenleri birlikte ele alır. Bu nedenle ihtiyaç ve soruna yönelik etkili ve işlevsel bir müdahale planının oluşturulması önem taşır.</w:t>
      </w:r>
    </w:p>
    <w:p w14:paraId="5646BD99" w14:textId="77777777" w:rsidR="00CA4DE3" w:rsidRPr="00CA4DE3" w:rsidRDefault="00CA4DE3" w:rsidP="00CA4DE3">
      <w:pPr>
        <w:spacing w:before="100" w:beforeAutospacing="1" w:after="100" w:afterAutospacing="1"/>
        <w:jc w:val="both"/>
        <w:rPr>
          <w:rFonts w:cs="Times New Roman"/>
          <w:lang w:val="tr-TR" w:eastAsia="tr-TR"/>
        </w:rPr>
      </w:pPr>
      <w:r w:rsidRPr="00CA4DE3">
        <w:rPr>
          <w:rFonts w:cs="Times New Roman"/>
          <w:lang w:val="tr-TR" w:eastAsia="tr-TR"/>
        </w:rPr>
        <w:t>Müdahale Planı Formu, sorun alanına ilişkin yapılan incelemeye dayanarak, her düzeydeki müracaatçı sistemi bakımından hedeflenen değişimin nasıl gerçekleştirileceğini; sosyal hizmetin bilgi, değer ve beceri temeliyle uyumlu biçimde ortaya koyan bir araçtır.</w:t>
      </w:r>
    </w:p>
    <w:p w14:paraId="72E4816D" w14:textId="77777777" w:rsidR="00CA4DE3" w:rsidRPr="00CA4DE3" w:rsidRDefault="00CA4DE3" w:rsidP="00CA4DE3">
      <w:pPr>
        <w:spacing w:before="100" w:beforeAutospacing="1" w:after="100" w:afterAutospacing="1"/>
        <w:jc w:val="both"/>
        <w:rPr>
          <w:rFonts w:cs="Times New Roman"/>
          <w:lang w:val="tr-TR" w:eastAsia="tr-TR"/>
        </w:rPr>
      </w:pPr>
      <w:r w:rsidRPr="00CA4DE3">
        <w:rPr>
          <w:rFonts w:cs="Times New Roman"/>
          <w:lang w:val="tr-TR" w:eastAsia="tr-TR"/>
        </w:rPr>
        <w:t>Genelci sosyal hizmet uygulama modelinde müdahale planı hazırlanırken sorun çözme yaklaşımının temel basamakları esas alınır. Bu basamaklar şunlardır:</w:t>
      </w:r>
    </w:p>
    <w:p w14:paraId="4346338D" w14:textId="77777777" w:rsidR="00CA4DE3" w:rsidRPr="00CA4DE3" w:rsidRDefault="00CA4DE3" w:rsidP="00CA4DE3">
      <w:pPr>
        <w:numPr>
          <w:ilvl w:val="0"/>
          <w:numId w:val="10"/>
        </w:numPr>
        <w:spacing w:before="100" w:beforeAutospacing="1" w:after="100" w:afterAutospacing="1"/>
        <w:jc w:val="both"/>
        <w:rPr>
          <w:rFonts w:cs="Times New Roman"/>
          <w:lang w:val="tr-TR" w:eastAsia="tr-TR"/>
        </w:rPr>
      </w:pPr>
      <w:r w:rsidRPr="00CA4DE3">
        <w:rPr>
          <w:rFonts w:cs="Times New Roman"/>
          <w:lang w:val="tr-TR" w:eastAsia="tr-TR"/>
        </w:rPr>
        <w:t xml:space="preserve">Sorunun tanımlanması </w:t>
      </w:r>
    </w:p>
    <w:p w14:paraId="773472EC" w14:textId="77777777" w:rsidR="00CA4DE3" w:rsidRPr="00CA4DE3" w:rsidRDefault="00CA4DE3" w:rsidP="00CA4DE3">
      <w:pPr>
        <w:numPr>
          <w:ilvl w:val="0"/>
          <w:numId w:val="10"/>
        </w:numPr>
        <w:spacing w:before="100" w:beforeAutospacing="1" w:after="100" w:afterAutospacing="1"/>
        <w:jc w:val="both"/>
        <w:rPr>
          <w:rFonts w:cs="Times New Roman"/>
          <w:lang w:val="tr-TR" w:eastAsia="tr-TR"/>
        </w:rPr>
      </w:pPr>
      <w:r w:rsidRPr="00CA4DE3">
        <w:rPr>
          <w:rFonts w:cs="Times New Roman"/>
          <w:lang w:val="tr-TR" w:eastAsia="tr-TR"/>
        </w:rPr>
        <w:t xml:space="preserve">Planlama </w:t>
      </w:r>
    </w:p>
    <w:p w14:paraId="3229CB9C" w14:textId="77777777" w:rsidR="00CA4DE3" w:rsidRPr="00CA4DE3" w:rsidRDefault="00CA4DE3" w:rsidP="00CA4DE3">
      <w:pPr>
        <w:numPr>
          <w:ilvl w:val="0"/>
          <w:numId w:val="10"/>
        </w:numPr>
        <w:spacing w:before="100" w:beforeAutospacing="1" w:after="100" w:afterAutospacing="1"/>
        <w:jc w:val="both"/>
        <w:rPr>
          <w:rFonts w:cs="Times New Roman"/>
          <w:lang w:val="tr-TR" w:eastAsia="tr-TR"/>
        </w:rPr>
      </w:pPr>
      <w:r w:rsidRPr="00CA4DE3">
        <w:rPr>
          <w:rFonts w:cs="Times New Roman"/>
          <w:lang w:val="tr-TR" w:eastAsia="tr-TR"/>
        </w:rPr>
        <w:t xml:space="preserve">Değerlendirme </w:t>
      </w:r>
    </w:p>
    <w:p w14:paraId="0874ED87" w14:textId="77777777" w:rsidR="00CA4DE3" w:rsidRPr="00CA4DE3" w:rsidRDefault="00CA4DE3" w:rsidP="00CA4DE3">
      <w:pPr>
        <w:numPr>
          <w:ilvl w:val="0"/>
          <w:numId w:val="10"/>
        </w:numPr>
        <w:spacing w:before="100" w:beforeAutospacing="1" w:after="100" w:afterAutospacing="1"/>
        <w:jc w:val="both"/>
        <w:rPr>
          <w:rFonts w:cs="Times New Roman"/>
          <w:lang w:val="tr-TR" w:eastAsia="tr-TR"/>
        </w:rPr>
      </w:pPr>
      <w:r w:rsidRPr="00CA4DE3">
        <w:rPr>
          <w:rFonts w:cs="Times New Roman"/>
          <w:lang w:val="tr-TR" w:eastAsia="tr-TR"/>
        </w:rPr>
        <w:t xml:space="preserve">Müdahale </w:t>
      </w:r>
    </w:p>
    <w:p w14:paraId="08C8FCF5" w14:textId="77777777" w:rsidR="00CA4DE3" w:rsidRPr="00CA4DE3" w:rsidRDefault="00CA4DE3" w:rsidP="00CA4DE3">
      <w:pPr>
        <w:numPr>
          <w:ilvl w:val="0"/>
          <w:numId w:val="10"/>
        </w:numPr>
        <w:spacing w:before="100" w:beforeAutospacing="1" w:after="100" w:afterAutospacing="1"/>
        <w:jc w:val="both"/>
        <w:rPr>
          <w:rFonts w:cs="Times New Roman"/>
          <w:lang w:val="tr-TR" w:eastAsia="tr-TR"/>
        </w:rPr>
      </w:pPr>
      <w:r w:rsidRPr="00CA4DE3">
        <w:rPr>
          <w:rFonts w:cs="Times New Roman"/>
          <w:lang w:val="tr-TR" w:eastAsia="tr-TR"/>
        </w:rPr>
        <w:t xml:space="preserve">İzleme </w:t>
      </w:r>
    </w:p>
    <w:p w14:paraId="219CFD3A" w14:textId="77777777" w:rsidR="00CA4DE3" w:rsidRPr="00CA4DE3" w:rsidRDefault="00CA4DE3" w:rsidP="00CA4DE3">
      <w:pPr>
        <w:numPr>
          <w:ilvl w:val="0"/>
          <w:numId w:val="10"/>
        </w:numPr>
        <w:spacing w:before="100" w:beforeAutospacing="1" w:after="100" w:afterAutospacing="1"/>
        <w:jc w:val="both"/>
        <w:rPr>
          <w:rFonts w:cs="Times New Roman"/>
          <w:lang w:val="tr-TR" w:eastAsia="tr-TR"/>
        </w:rPr>
      </w:pPr>
      <w:r w:rsidRPr="00CA4DE3">
        <w:rPr>
          <w:rFonts w:cs="Times New Roman"/>
          <w:lang w:val="tr-TR" w:eastAsia="tr-TR"/>
        </w:rPr>
        <w:t>Sonlandırma</w:t>
      </w:r>
    </w:p>
    <w:p w14:paraId="3A50785D" w14:textId="2F5EB956" w:rsidR="0096713F" w:rsidRPr="003F4D10" w:rsidRDefault="001C72E7" w:rsidP="00CA4DE3">
      <w:pPr>
        <w:pStyle w:val="Balk2"/>
        <w:spacing w:before="160" w:after="80"/>
        <w:jc w:val="both"/>
        <w:rPr>
          <w:color w:val="000000" w:themeColor="text1"/>
          <w:sz w:val="24"/>
          <w:szCs w:val="24"/>
          <w:lang w:val="tr-TR"/>
        </w:rPr>
      </w:pPr>
      <w:r w:rsidRPr="003F4D10">
        <w:rPr>
          <w:rFonts w:ascii="Times New Roman" w:eastAsia="Times New Roman" w:hAnsi="Times New Roman"/>
          <w:color w:val="000000" w:themeColor="text1"/>
          <w:sz w:val="24"/>
          <w:szCs w:val="24"/>
          <w:lang w:val="tr-TR"/>
        </w:rPr>
        <w:t>5.</w:t>
      </w:r>
      <w:r w:rsidR="0015109E" w:rsidRPr="003F4D10">
        <w:rPr>
          <w:rFonts w:ascii="Times New Roman" w:eastAsia="Times New Roman" w:hAnsi="Times New Roman"/>
          <w:color w:val="000000" w:themeColor="text1"/>
          <w:sz w:val="24"/>
          <w:szCs w:val="24"/>
          <w:lang w:val="tr-TR"/>
        </w:rPr>
        <w:t>8</w:t>
      </w:r>
      <w:r w:rsidRPr="003F4D10">
        <w:rPr>
          <w:rFonts w:ascii="Times New Roman" w:eastAsia="Times New Roman" w:hAnsi="Times New Roman"/>
          <w:color w:val="000000" w:themeColor="text1"/>
          <w:sz w:val="24"/>
          <w:szCs w:val="24"/>
          <w:lang w:val="tr-TR"/>
        </w:rPr>
        <w:t>. Mesleki Eğitim Değerlendirme Formu</w:t>
      </w:r>
    </w:p>
    <w:p w14:paraId="77AF2EF9" w14:textId="77777777" w:rsidR="00CA4DE3" w:rsidRPr="003F4D10" w:rsidRDefault="00CA4DE3" w:rsidP="00CA4DE3">
      <w:pPr>
        <w:pStyle w:val="NormalWeb"/>
        <w:spacing w:line="276" w:lineRule="auto"/>
        <w:jc w:val="both"/>
        <w:rPr>
          <w:sz w:val="22"/>
          <w:szCs w:val="22"/>
        </w:rPr>
      </w:pPr>
      <w:r w:rsidRPr="003F4D10">
        <w:rPr>
          <w:sz w:val="22"/>
          <w:szCs w:val="22"/>
        </w:rPr>
        <w:t>Mesleki Eğitim Değerlendirme Formu, mesleki eğitimin sonunda hazırlanan ve öğrencinin hem genel olarak yürüttüğü mesleki eğitim sürecini hem de kendi bireysel gelişimini değerlendirdiği bir formdur. Bu form aracılığıyla öğrenci, bir yandan mesleki eğitim yaptığı kuruluşun eğitsel uygunluğunu ve yaklaşımını kendi deneyimleri ışığında değerlendirirken, diğer yandan kuruluş danışmanı, çalışanlar, diğer uygulayıcılar ve sorumlu öğretim elemanı ile kurduğu ilişkileri gözden geçirir.</w:t>
      </w:r>
    </w:p>
    <w:p w14:paraId="16AA0E3B" w14:textId="77777777" w:rsidR="00CA4DE3" w:rsidRPr="003F4D10" w:rsidRDefault="00CA4DE3" w:rsidP="00CA4DE3">
      <w:pPr>
        <w:pStyle w:val="NormalWeb"/>
        <w:spacing w:line="276" w:lineRule="auto"/>
        <w:jc w:val="both"/>
        <w:rPr>
          <w:sz w:val="22"/>
          <w:szCs w:val="22"/>
        </w:rPr>
      </w:pPr>
      <w:r w:rsidRPr="003F4D10">
        <w:rPr>
          <w:sz w:val="22"/>
          <w:szCs w:val="22"/>
        </w:rPr>
        <w:t>Ayrıca öğrenci, mesleki eğitim sürecinde gerçekleştirdiği müdahale planlarını ve uygulamaları eleştirel bir bakış açısıyla değerlendirir. Müracaatçı sistemleriyle çalışırken fark ettiği güçlü ve gelişime açık yönlerini, bu özelliklerin mesleki eğitim sürecine nasıl yansıdığını açık ve içten bir biçimde ortaya koyması beklenir. Bunun yanında, edinilmesi gereken sosyal hizmet bilgi ve becerileri açısından kaydettiği gelişmeleri de bu formda değerlendirir.</w:t>
      </w:r>
    </w:p>
    <w:p w14:paraId="14F0A602" w14:textId="77777777" w:rsidR="00CA4DE3" w:rsidRPr="003F4D10" w:rsidRDefault="00CA4DE3" w:rsidP="00CA4DE3">
      <w:pPr>
        <w:pStyle w:val="NormalWeb"/>
        <w:spacing w:line="276" w:lineRule="auto"/>
        <w:jc w:val="both"/>
        <w:rPr>
          <w:sz w:val="22"/>
          <w:szCs w:val="22"/>
        </w:rPr>
      </w:pPr>
      <w:r w:rsidRPr="003F4D10">
        <w:rPr>
          <w:sz w:val="22"/>
          <w:szCs w:val="22"/>
        </w:rPr>
        <w:t>Mesleki Eğitim Değerlendirme Formu, öğrencinin dosyasına konulmayan; yalnızca sorumlu öğretim elemanı ile eğitici personel/kurum danışmanı tarafından görülebilen ve gizlilik esasına göre değerlendirilen bir formdur.</w:t>
      </w:r>
    </w:p>
    <w:p w14:paraId="27A1671E" w14:textId="77777777" w:rsidR="0096713F" w:rsidRPr="003F4D10" w:rsidRDefault="001C72E7" w:rsidP="00CA4DE3">
      <w:pPr>
        <w:pStyle w:val="Balk1"/>
        <w:spacing w:before="160" w:after="80"/>
        <w:jc w:val="both"/>
        <w:rPr>
          <w:color w:val="000000" w:themeColor="text1"/>
          <w:lang w:val="tr-TR"/>
        </w:rPr>
      </w:pPr>
      <w:r w:rsidRPr="003F4D10">
        <w:rPr>
          <w:rFonts w:ascii="Times New Roman" w:eastAsia="Times New Roman" w:hAnsi="Times New Roman"/>
          <w:color w:val="000000" w:themeColor="text1"/>
          <w:lang w:val="tr-TR"/>
        </w:rPr>
        <w:t>6. Y</w:t>
      </w:r>
      <w:r w:rsidRPr="003F4D10">
        <w:rPr>
          <w:rFonts w:ascii="Times New Roman" w:eastAsia="Times New Roman" w:hAnsi="Times New Roman"/>
          <w:color w:val="000000" w:themeColor="text1"/>
          <w:lang w:val="tr-TR"/>
        </w:rPr>
        <w:t>AZIM, GİZLİLİK VE DOSYA HAZIRLAMA İLKELERİ</w:t>
      </w:r>
    </w:p>
    <w:p w14:paraId="75FDB413"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6.1. Genel Yazım İlkeleri</w:t>
      </w:r>
    </w:p>
    <w:p w14:paraId="20F2365D" w14:textId="77777777" w:rsidR="0096713F" w:rsidRPr="003F4D10" w:rsidRDefault="001C72E7" w:rsidP="00CA4DE3">
      <w:pPr>
        <w:pStyle w:val="ListeMaddemi"/>
        <w:ind w:left="426"/>
        <w:jc w:val="both"/>
        <w:rPr>
          <w:lang w:val="tr-TR"/>
        </w:rPr>
      </w:pPr>
      <w:r w:rsidRPr="003F4D10">
        <w:rPr>
          <w:lang w:val="tr-TR"/>
        </w:rPr>
        <w:t>Metinler açık, anlaşılır ve düzenli bir dil ile yazılmalıdır.</w:t>
      </w:r>
    </w:p>
    <w:p w14:paraId="071C5233" w14:textId="77777777" w:rsidR="0096713F" w:rsidRPr="003F4D10" w:rsidRDefault="001C72E7" w:rsidP="00CA4DE3">
      <w:pPr>
        <w:pStyle w:val="ListeMaddemi"/>
        <w:ind w:left="426"/>
        <w:jc w:val="both"/>
        <w:rPr>
          <w:lang w:val="tr-TR"/>
        </w:rPr>
      </w:pPr>
      <w:r w:rsidRPr="003F4D10">
        <w:rPr>
          <w:lang w:val="tr-TR"/>
        </w:rPr>
        <w:t>Yazım ve noktalama kurallarına uygunluk gözetilmelidir.</w:t>
      </w:r>
    </w:p>
    <w:p w14:paraId="648A1BC8" w14:textId="77777777" w:rsidR="0096713F" w:rsidRPr="003F4D10" w:rsidRDefault="001C72E7" w:rsidP="00CA4DE3">
      <w:pPr>
        <w:pStyle w:val="ListeMaddemi"/>
        <w:ind w:left="426"/>
        <w:jc w:val="both"/>
        <w:rPr>
          <w:lang w:val="tr-TR"/>
        </w:rPr>
      </w:pPr>
      <w:r w:rsidRPr="003F4D10">
        <w:rPr>
          <w:lang w:val="tr-TR"/>
        </w:rPr>
        <w:lastRenderedPageBreak/>
        <w:t>Gözlem, bilgi, değerlendirme ve yorum bölümleri birbirine karıştırılm</w:t>
      </w:r>
      <w:r w:rsidRPr="003F4D10">
        <w:rPr>
          <w:lang w:val="tr-TR"/>
        </w:rPr>
        <w:t>amalıdır.</w:t>
      </w:r>
    </w:p>
    <w:p w14:paraId="2158BCC5" w14:textId="77777777" w:rsidR="0096713F" w:rsidRPr="003F4D10" w:rsidRDefault="001C72E7" w:rsidP="00CA4DE3">
      <w:pPr>
        <w:pStyle w:val="ListeMaddemi"/>
        <w:ind w:left="426"/>
        <w:jc w:val="both"/>
        <w:rPr>
          <w:lang w:val="tr-TR"/>
        </w:rPr>
      </w:pPr>
      <w:r w:rsidRPr="003F4D10">
        <w:rPr>
          <w:lang w:val="tr-TR"/>
        </w:rPr>
        <w:t>Mesleki kavramlar yerinde ve doğru kullanılmalıdır.</w:t>
      </w:r>
    </w:p>
    <w:p w14:paraId="644EA7BB" w14:textId="77777777" w:rsidR="0096713F" w:rsidRPr="003F4D10" w:rsidRDefault="001C72E7" w:rsidP="00CA4DE3">
      <w:pPr>
        <w:pStyle w:val="ListeMaddemi"/>
        <w:ind w:left="426"/>
        <w:jc w:val="both"/>
        <w:rPr>
          <w:lang w:val="tr-TR"/>
        </w:rPr>
      </w:pPr>
      <w:r w:rsidRPr="003F4D10">
        <w:rPr>
          <w:lang w:val="tr-TR"/>
        </w:rPr>
        <w:t>Kuramsal bilgi ile saha deneyimi arasında ilişki kurulmalıdır.</w:t>
      </w:r>
    </w:p>
    <w:p w14:paraId="3885ACCA"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6.2. Gizlilik ve Mahremiyet</w:t>
      </w:r>
    </w:p>
    <w:p w14:paraId="7B42A4E2" w14:textId="77777777" w:rsidR="0096713F" w:rsidRPr="003F4D10" w:rsidRDefault="001C72E7" w:rsidP="00CA4DE3">
      <w:pPr>
        <w:pStyle w:val="ListeMaddemi"/>
        <w:ind w:left="284" w:hanging="284"/>
        <w:jc w:val="both"/>
        <w:rPr>
          <w:lang w:val="tr-TR"/>
        </w:rPr>
      </w:pPr>
      <w:r w:rsidRPr="003F4D10">
        <w:rPr>
          <w:lang w:val="tr-TR"/>
        </w:rPr>
        <w:t xml:space="preserve">Müracaatçıların adı ve soyadı açık biçimde yazılmamalı; gerekli durumlarda kısaltma veya rumuz </w:t>
      </w:r>
      <w:r w:rsidRPr="003F4D10">
        <w:rPr>
          <w:lang w:val="tr-TR"/>
        </w:rPr>
        <w:t>kullanılmalıdır.</w:t>
      </w:r>
    </w:p>
    <w:p w14:paraId="46BC7AB2" w14:textId="77777777" w:rsidR="0096713F" w:rsidRPr="003F4D10" w:rsidRDefault="001C72E7" w:rsidP="00CA4DE3">
      <w:pPr>
        <w:pStyle w:val="ListeMaddemi"/>
        <w:ind w:left="284" w:hanging="284"/>
        <w:jc w:val="both"/>
        <w:rPr>
          <w:lang w:val="tr-TR"/>
        </w:rPr>
      </w:pPr>
      <w:r w:rsidRPr="003F4D10">
        <w:rPr>
          <w:lang w:val="tr-TR"/>
        </w:rPr>
        <w:t>T.C. kimlik numarası, açık adres, telefon numarası, dosya numarası gibi kimlik açığa çıkarıcı bilgiler dosyada yer almamalıdır.</w:t>
      </w:r>
    </w:p>
    <w:p w14:paraId="47BBDD99" w14:textId="77777777" w:rsidR="0096713F" w:rsidRPr="003F4D10" w:rsidRDefault="001C72E7" w:rsidP="00CA4DE3">
      <w:pPr>
        <w:pStyle w:val="ListeMaddemi"/>
        <w:ind w:left="0" w:firstLine="0"/>
        <w:jc w:val="both"/>
        <w:rPr>
          <w:lang w:val="tr-TR"/>
        </w:rPr>
      </w:pPr>
      <w:r w:rsidRPr="003F4D10">
        <w:rPr>
          <w:lang w:val="tr-TR"/>
        </w:rPr>
        <w:t>Kurum içi yazışmalar, resmi evrak örnekleri ve kişisel veriler izinsiz biçimde çoğaltılmamalıdır.</w:t>
      </w:r>
    </w:p>
    <w:p w14:paraId="0D3115BF" w14:textId="77777777" w:rsidR="0096713F" w:rsidRPr="003F4D10" w:rsidRDefault="001C72E7" w:rsidP="00CA4DE3">
      <w:pPr>
        <w:pStyle w:val="ListeMaddemi"/>
        <w:ind w:left="0" w:firstLine="0"/>
        <w:jc w:val="both"/>
        <w:rPr>
          <w:lang w:val="tr-TR"/>
        </w:rPr>
      </w:pPr>
      <w:r w:rsidRPr="003F4D10">
        <w:rPr>
          <w:lang w:val="tr-TR"/>
        </w:rPr>
        <w:t>Dosyada yer a</w:t>
      </w:r>
      <w:r w:rsidRPr="003F4D10">
        <w:rPr>
          <w:lang w:val="tr-TR"/>
        </w:rPr>
        <w:t>lan bilgiler üçüncü kişilerle paylaşılmamalıdır.</w:t>
      </w:r>
    </w:p>
    <w:p w14:paraId="2F1BE7BA"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6.3. Veri Koruma ve Dijital Güvenlik</w:t>
      </w:r>
    </w:p>
    <w:p w14:paraId="5C958BE8" w14:textId="77777777" w:rsidR="0096713F" w:rsidRPr="003F4D10" w:rsidRDefault="001C72E7" w:rsidP="00CA4DE3">
      <w:pPr>
        <w:pStyle w:val="ListeMaddemi"/>
        <w:ind w:left="284"/>
        <w:jc w:val="both"/>
        <w:rPr>
          <w:lang w:val="tr-TR"/>
        </w:rPr>
      </w:pPr>
      <w:r w:rsidRPr="003F4D10">
        <w:rPr>
          <w:lang w:val="tr-TR"/>
        </w:rPr>
        <w:t>Belgeler güvenli ve kişisel erişime açık ortamlarda saklanmalıdır.</w:t>
      </w:r>
    </w:p>
    <w:p w14:paraId="70252C1A" w14:textId="77777777" w:rsidR="0096713F" w:rsidRPr="003F4D10" w:rsidRDefault="001C72E7" w:rsidP="00CA4DE3">
      <w:pPr>
        <w:pStyle w:val="ListeMaddemi"/>
        <w:ind w:left="284"/>
        <w:jc w:val="both"/>
        <w:rPr>
          <w:lang w:val="tr-TR"/>
        </w:rPr>
      </w:pPr>
      <w:r w:rsidRPr="003F4D10">
        <w:rPr>
          <w:lang w:val="tr-TR"/>
        </w:rPr>
        <w:t>Ortak kullanılan cihazlarda müracaatçı bilgileri açık biçimde bırakılmamalıdır.</w:t>
      </w:r>
    </w:p>
    <w:p w14:paraId="5D19E611" w14:textId="77777777" w:rsidR="0096713F" w:rsidRPr="003F4D10" w:rsidRDefault="001C72E7" w:rsidP="00CA4DE3">
      <w:pPr>
        <w:pStyle w:val="ListeMaddemi"/>
        <w:ind w:left="284"/>
        <w:jc w:val="both"/>
        <w:rPr>
          <w:lang w:val="tr-TR"/>
        </w:rPr>
      </w:pPr>
      <w:r w:rsidRPr="003F4D10">
        <w:rPr>
          <w:lang w:val="tr-TR"/>
        </w:rPr>
        <w:t xml:space="preserve">İzin verilmeyen </w:t>
      </w:r>
      <w:r w:rsidRPr="003F4D10">
        <w:rPr>
          <w:lang w:val="tr-TR"/>
        </w:rPr>
        <w:t>platformlarda müracaatçı verisi paylaşılmamalıdır.</w:t>
      </w:r>
    </w:p>
    <w:p w14:paraId="459C0759" w14:textId="77777777" w:rsidR="0096713F" w:rsidRPr="003F4D10" w:rsidRDefault="001C72E7" w:rsidP="00CA4DE3">
      <w:pPr>
        <w:pStyle w:val="ListeMaddemi"/>
        <w:ind w:left="284"/>
        <w:jc w:val="both"/>
        <w:rPr>
          <w:lang w:val="tr-TR"/>
        </w:rPr>
      </w:pPr>
      <w:r w:rsidRPr="003F4D10">
        <w:rPr>
          <w:lang w:val="tr-TR"/>
        </w:rPr>
        <w:t>Ses kaydı, görüntü kaydı veya ekran görüntüsü gerekli izinler olmaksızın alınmamalıdır.</w:t>
      </w:r>
    </w:p>
    <w:p w14:paraId="0DD2ADC3"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6.4. Akademik Dürüstlük ve Mesleki Özgünlük</w:t>
      </w:r>
    </w:p>
    <w:p w14:paraId="6660CFCE" w14:textId="77777777" w:rsidR="0096713F" w:rsidRPr="003F4D10" w:rsidRDefault="001C72E7" w:rsidP="00CA4DE3">
      <w:pPr>
        <w:pStyle w:val="ListeMaddemi"/>
        <w:ind w:left="284"/>
        <w:jc w:val="both"/>
        <w:rPr>
          <w:lang w:val="tr-TR"/>
        </w:rPr>
      </w:pPr>
      <w:r w:rsidRPr="003F4D10">
        <w:rPr>
          <w:lang w:val="tr-TR"/>
        </w:rPr>
        <w:t>Tüm yazılı çalışmalar öğrencinin kendi gözlem, uygulama ve değerlendirmel</w:t>
      </w:r>
      <w:r w:rsidRPr="003F4D10">
        <w:rPr>
          <w:lang w:val="tr-TR"/>
        </w:rPr>
        <w:t>erine dayanmalıdır.</w:t>
      </w:r>
    </w:p>
    <w:p w14:paraId="2B10F3FE" w14:textId="77777777" w:rsidR="0096713F" w:rsidRPr="003F4D10" w:rsidRDefault="001C72E7" w:rsidP="00CA4DE3">
      <w:pPr>
        <w:pStyle w:val="ListeMaddemi"/>
        <w:ind w:left="284"/>
        <w:jc w:val="both"/>
        <w:rPr>
          <w:lang w:val="tr-TR"/>
        </w:rPr>
      </w:pPr>
      <w:r w:rsidRPr="003F4D10">
        <w:rPr>
          <w:lang w:val="tr-TR"/>
        </w:rPr>
        <w:t>Kopya, intihal ve hazır metin kullanımı akademik dürüstlüğe aykırıdır.</w:t>
      </w:r>
    </w:p>
    <w:p w14:paraId="446D2F2A" w14:textId="77777777" w:rsidR="0096713F" w:rsidRPr="003F4D10" w:rsidRDefault="001C72E7" w:rsidP="00CA4DE3">
      <w:pPr>
        <w:pStyle w:val="ListeMaddemi"/>
        <w:ind w:left="284"/>
        <w:jc w:val="both"/>
        <w:rPr>
          <w:lang w:val="tr-TR"/>
        </w:rPr>
      </w:pPr>
      <w:r w:rsidRPr="003F4D10">
        <w:rPr>
          <w:lang w:val="tr-TR"/>
        </w:rPr>
        <w:t>Kuramsal açıklama veya mevzuat kullanıldığında uygun kaynak gösterimi yapılmalıdır.</w:t>
      </w:r>
    </w:p>
    <w:p w14:paraId="2BB73A92"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6.5. Biçimsel Düzenleme İlkeleri</w:t>
      </w:r>
    </w:p>
    <w:p w14:paraId="2F4EC47D" w14:textId="77777777" w:rsidR="0096713F" w:rsidRPr="003F4D10" w:rsidRDefault="001C72E7" w:rsidP="00CA4DE3">
      <w:pPr>
        <w:pStyle w:val="ListeMaddemi"/>
        <w:ind w:left="284"/>
        <w:jc w:val="both"/>
        <w:rPr>
          <w:lang w:val="tr-TR"/>
        </w:rPr>
      </w:pPr>
      <w:r w:rsidRPr="003F4D10">
        <w:rPr>
          <w:lang w:val="tr-TR"/>
        </w:rPr>
        <w:t>Bölüm başlıkları ve form sıralaması düzenli biçi</w:t>
      </w:r>
      <w:r w:rsidRPr="003F4D10">
        <w:rPr>
          <w:lang w:val="tr-TR"/>
        </w:rPr>
        <w:t>mde korunmalıdır.</w:t>
      </w:r>
    </w:p>
    <w:p w14:paraId="7BD4B3E4" w14:textId="77777777" w:rsidR="0096713F" w:rsidRPr="003F4D10" w:rsidRDefault="001C72E7" w:rsidP="00CA4DE3">
      <w:pPr>
        <w:pStyle w:val="ListeMaddemi"/>
        <w:ind w:left="284"/>
        <w:jc w:val="both"/>
        <w:rPr>
          <w:lang w:val="tr-TR"/>
        </w:rPr>
      </w:pPr>
      <w:r w:rsidRPr="003F4D10">
        <w:rPr>
          <w:lang w:val="tr-TR"/>
        </w:rPr>
        <w:t>Her form tarih atılarak hazırlanmalıdır.</w:t>
      </w:r>
    </w:p>
    <w:p w14:paraId="2A0632C8" w14:textId="77777777" w:rsidR="0096713F" w:rsidRPr="003F4D10" w:rsidRDefault="001C72E7" w:rsidP="00CA4DE3">
      <w:pPr>
        <w:pStyle w:val="ListeMaddemi"/>
        <w:ind w:left="284"/>
        <w:jc w:val="both"/>
        <w:rPr>
          <w:lang w:val="tr-TR"/>
        </w:rPr>
      </w:pPr>
      <w:r w:rsidRPr="003F4D10">
        <w:rPr>
          <w:lang w:val="tr-TR"/>
        </w:rPr>
        <w:t>Gerekli imza ve onay alanları eksiksiz doldurulmalıdır.</w:t>
      </w:r>
    </w:p>
    <w:p w14:paraId="4AD6ED5C" w14:textId="77777777" w:rsidR="0096713F" w:rsidRPr="003F4D10" w:rsidRDefault="001C72E7" w:rsidP="00CA4DE3">
      <w:pPr>
        <w:pStyle w:val="ListeMaddemi"/>
        <w:ind w:left="284"/>
        <w:jc w:val="both"/>
        <w:rPr>
          <w:lang w:val="tr-TR"/>
        </w:rPr>
      </w:pPr>
      <w:r w:rsidRPr="003F4D10">
        <w:rPr>
          <w:lang w:val="tr-TR"/>
        </w:rPr>
        <w:t>Silinmiş, eksik, düzensiz veya okunaksız belgeler teslim edilmemelidir.</w:t>
      </w:r>
    </w:p>
    <w:p w14:paraId="325CBFEF"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6.6. Yansıtıcı Yazım İlkesi</w:t>
      </w:r>
    </w:p>
    <w:p w14:paraId="2B3C01AD" w14:textId="77777777" w:rsidR="0096713F" w:rsidRPr="003F4D10" w:rsidRDefault="001C72E7" w:rsidP="00CA4DE3">
      <w:pPr>
        <w:pStyle w:val="ListeMaddemi"/>
        <w:ind w:left="284"/>
        <w:jc w:val="both"/>
        <w:rPr>
          <w:lang w:val="tr-TR"/>
        </w:rPr>
      </w:pPr>
      <w:r w:rsidRPr="003F4D10">
        <w:rPr>
          <w:lang w:val="tr-TR"/>
        </w:rPr>
        <w:t>Bu hafta ne öğrendim?</w:t>
      </w:r>
    </w:p>
    <w:p w14:paraId="3819191F" w14:textId="77777777" w:rsidR="0096713F" w:rsidRPr="003F4D10" w:rsidRDefault="001C72E7" w:rsidP="00CA4DE3">
      <w:pPr>
        <w:pStyle w:val="ListeMaddemi"/>
        <w:ind w:left="284"/>
        <w:jc w:val="both"/>
        <w:rPr>
          <w:lang w:val="tr-TR"/>
        </w:rPr>
      </w:pPr>
      <w:r w:rsidRPr="003F4D10">
        <w:rPr>
          <w:lang w:val="tr-TR"/>
        </w:rPr>
        <w:t>Hangi durum beni zo</w:t>
      </w:r>
      <w:r w:rsidRPr="003F4D10">
        <w:rPr>
          <w:lang w:val="tr-TR"/>
        </w:rPr>
        <w:t>rladı?</w:t>
      </w:r>
    </w:p>
    <w:p w14:paraId="35E59AD8" w14:textId="77777777" w:rsidR="0096713F" w:rsidRPr="003F4D10" w:rsidRDefault="001C72E7" w:rsidP="00CA4DE3">
      <w:pPr>
        <w:pStyle w:val="ListeMaddemi"/>
        <w:ind w:left="284"/>
        <w:jc w:val="both"/>
        <w:rPr>
          <w:lang w:val="tr-TR"/>
        </w:rPr>
      </w:pPr>
      <w:r w:rsidRPr="003F4D10">
        <w:rPr>
          <w:lang w:val="tr-TR"/>
        </w:rPr>
        <w:t>Hangi mesleki becerileri kullandım?</w:t>
      </w:r>
    </w:p>
    <w:p w14:paraId="44722F7A" w14:textId="77777777" w:rsidR="0096713F" w:rsidRPr="003F4D10" w:rsidRDefault="001C72E7" w:rsidP="00CA4DE3">
      <w:pPr>
        <w:pStyle w:val="ListeMaddemi"/>
        <w:ind w:left="284"/>
        <w:jc w:val="both"/>
        <w:rPr>
          <w:lang w:val="tr-TR"/>
        </w:rPr>
      </w:pPr>
      <w:r w:rsidRPr="003F4D10">
        <w:rPr>
          <w:lang w:val="tr-TR"/>
        </w:rPr>
        <w:t>Etik açıdan dikkat etmem gereken noktalar nelerdi?</w:t>
      </w:r>
    </w:p>
    <w:p w14:paraId="6B944172" w14:textId="77777777" w:rsidR="0096713F" w:rsidRPr="003F4D10" w:rsidRDefault="001C72E7" w:rsidP="00CA4DE3">
      <w:pPr>
        <w:pStyle w:val="ListeMaddemi"/>
        <w:ind w:left="284"/>
        <w:jc w:val="both"/>
        <w:rPr>
          <w:lang w:val="tr-TR"/>
        </w:rPr>
      </w:pPr>
      <w:r w:rsidRPr="003F4D10">
        <w:rPr>
          <w:lang w:val="tr-TR"/>
        </w:rPr>
        <w:t>Kuramla uygulama arasında nasıl bir ilişki kurabildim?</w:t>
      </w:r>
    </w:p>
    <w:p w14:paraId="319FA25C" w14:textId="77777777" w:rsidR="0096713F" w:rsidRPr="003F4D10" w:rsidRDefault="001C72E7" w:rsidP="00CA4DE3">
      <w:pPr>
        <w:pStyle w:val="ListeMaddemi"/>
        <w:ind w:left="284"/>
        <w:jc w:val="both"/>
        <w:rPr>
          <w:lang w:val="tr-TR"/>
        </w:rPr>
      </w:pPr>
      <w:r w:rsidRPr="003F4D10">
        <w:rPr>
          <w:lang w:val="tr-TR"/>
        </w:rPr>
        <w:t>Bir sonraki aşamada neyi farklı yapmam gerekir?</w:t>
      </w:r>
    </w:p>
    <w:p w14:paraId="54246522" w14:textId="77777777" w:rsidR="0096713F" w:rsidRPr="003F4D10" w:rsidRDefault="001C72E7" w:rsidP="00CA4DE3">
      <w:pPr>
        <w:pStyle w:val="Balk1"/>
        <w:spacing w:before="160" w:after="80"/>
        <w:jc w:val="both"/>
        <w:rPr>
          <w:color w:val="000000" w:themeColor="text1"/>
          <w:lang w:val="tr-TR"/>
        </w:rPr>
      </w:pPr>
      <w:r w:rsidRPr="003F4D10">
        <w:rPr>
          <w:rFonts w:ascii="Times New Roman" w:eastAsia="Times New Roman" w:hAnsi="Times New Roman"/>
          <w:color w:val="000000" w:themeColor="text1"/>
          <w:lang w:val="tr-TR"/>
        </w:rPr>
        <w:t>7. KURUMLAR İÇİN ORYANTASYON VE GÜVENLİ UYGULAMA KONTROL Lİ</w:t>
      </w:r>
      <w:r w:rsidRPr="003F4D10">
        <w:rPr>
          <w:rFonts w:ascii="Times New Roman" w:eastAsia="Times New Roman" w:hAnsi="Times New Roman"/>
          <w:color w:val="000000" w:themeColor="text1"/>
          <w:lang w:val="tr-TR"/>
        </w:rPr>
        <w:t>STESİ</w:t>
      </w:r>
    </w:p>
    <w:p w14:paraId="1348AEA8" w14:textId="77777777" w:rsidR="0096713F" w:rsidRPr="003F4D10" w:rsidRDefault="001C72E7" w:rsidP="00CA4DE3">
      <w:pPr>
        <w:spacing w:after="120"/>
        <w:jc w:val="both"/>
        <w:rPr>
          <w:lang w:val="tr-TR"/>
        </w:rPr>
      </w:pPr>
      <w:r w:rsidRPr="003F4D10">
        <w:rPr>
          <w:lang w:val="tr-TR"/>
        </w:rPr>
        <w:t>Sosyal Hizmet Kuruluşunda Mesleki Eğitim sürecinin etkili, etik ve güvenli biçimde yürütülebilmesi için öğrencinin kuruma başladığı andan itibaren yapılandırılmış bir oryantasyon sürecinden geçmesi gerekir.</w:t>
      </w:r>
    </w:p>
    <w:p w14:paraId="66612CAF"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7.1. Kurumsal Tanıtım</w:t>
      </w:r>
    </w:p>
    <w:p w14:paraId="38FC249E" w14:textId="77777777" w:rsidR="0096713F" w:rsidRPr="003F4D10" w:rsidRDefault="001C72E7" w:rsidP="00CA4DE3">
      <w:pPr>
        <w:pStyle w:val="ListeMaddemi"/>
        <w:ind w:left="284"/>
        <w:jc w:val="both"/>
        <w:rPr>
          <w:lang w:val="tr-TR"/>
        </w:rPr>
      </w:pPr>
      <w:r w:rsidRPr="003F4D10">
        <w:rPr>
          <w:lang w:val="tr-TR"/>
        </w:rPr>
        <w:t xml:space="preserve">Kurumun adı, statüsü </w:t>
      </w:r>
      <w:r w:rsidRPr="003F4D10">
        <w:rPr>
          <w:lang w:val="tr-TR"/>
        </w:rPr>
        <w:t>ve temel hizmet alanı</w:t>
      </w:r>
    </w:p>
    <w:p w14:paraId="3C15A295" w14:textId="77777777" w:rsidR="0096713F" w:rsidRPr="003F4D10" w:rsidRDefault="001C72E7" w:rsidP="00CA4DE3">
      <w:pPr>
        <w:pStyle w:val="ListeMaddemi"/>
        <w:ind w:left="284"/>
        <w:jc w:val="both"/>
        <w:rPr>
          <w:lang w:val="tr-TR"/>
        </w:rPr>
      </w:pPr>
      <w:r w:rsidRPr="003F4D10">
        <w:rPr>
          <w:lang w:val="tr-TR"/>
        </w:rPr>
        <w:lastRenderedPageBreak/>
        <w:t>Kurumun örgütsel yapısı ve birimleri</w:t>
      </w:r>
    </w:p>
    <w:p w14:paraId="250AF829" w14:textId="77777777" w:rsidR="0096713F" w:rsidRPr="003F4D10" w:rsidRDefault="001C72E7" w:rsidP="00CA4DE3">
      <w:pPr>
        <w:pStyle w:val="ListeMaddemi"/>
        <w:ind w:left="284"/>
        <w:jc w:val="both"/>
        <w:rPr>
          <w:lang w:val="tr-TR"/>
        </w:rPr>
      </w:pPr>
      <w:r w:rsidRPr="003F4D10">
        <w:rPr>
          <w:lang w:val="tr-TR"/>
        </w:rPr>
        <w:t>Kurumun hizmet sunduğu müracaatçı grupları</w:t>
      </w:r>
    </w:p>
    <w:p w14:paraId="30DF020E" w14:textId="77777777" w:rsidR="0096713F" w:rsidRPr="003F4D10" w:rsidRDefault="001C72E7" w:rsidP="00CA4DE3">
      <w:pPr>
        <w:pStyle w:val="ListeMaddemi"/>
        <w:ind w:left="284"/>
        <w:jc w:val="both"/>
        <w:rPr>
          <w:lang w:val="tr-TR"/>
        </w:rPr>
      </w:pPr>
      <w:r w:rsidRPr="003F4D10">
        <w:rPr>
          <w:lang w:val="tr-TR"/>
        </w:rPr>
        <w:t>Çalışma saatleri ve günlük işleyiş</w:t>
      </w:r>
    </w:p>
    <w:p w14:paraId="765E9FA9" w14:textId="77777777" w:rsidR="0096713F" w:rsidRPr="003F4D10" w:rsidRDefault="001C72E7" w:rsidP="00CA4DE3">
      <w:pPr>
        <w:pStyle w:val="ListeMaddemi"/>
        <w:ind w:left="284"/>
        <w:jc w:val="both"/>
        <w:rPr>
          <w:lang w:val="tr-TR"/>
        </w:rPr>
      </w:pPr>
      <w:r w:rsidRPr="003F4D10">
        <w:rPr>
          <w:lang w:val="tr-TR"/>
        </w:rPr>
        <w:t>Uygulama yapılacak birim ve sorumluluk alanı</w:t>
      </w:r>
    </w:p>
    <w:p w14:paraId="272008A9"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7.2. Mesleki ve Etik Oryantasyon</w:t>
      </w:r>
    </w:p>
    <w:p w14:paraId="12F91563" w14:textId="77777777" w:rsidR="0096713F" w:rsidRPr="003F4D10" w:rsidRDefault="001C72E7" w:rsidP="00CA4DE3">
      <w:pPr>
        <w:pStyle w:val="ListeMaddemi"/>
        <w:ind w:left="284"/>
        <w:jc w:val="both"/>
        <w:rPr>
          <w:lang w:val="tr-TR"/>
        </w:rPr>
      </w:pPr>
      <w:r w:rsidRPr="003F4D10">
        <w:rPr>
          <w:lang w:val="tr-TR"/>
        </w:rPr>
        <w:t>Müracaatçı hakları</w:t>
      </w:r>
    </w:p>
    <w:p w14:paraId="78B63035" w14:textId="77777777" w:rsidR="0096713F" w:rsidRPr="003F4D10" w:rsidRDefault="001C72E7" w:rsidP="00CA4DE3">
      <w:pPr>
        <w:pStyle w:val="ListeMaddemi"/>
        <w:ind w:left="284"/>
        <w:jc w:val="both"/>
        <w:rPr>
          <w:lang w:val="tr-TR"/>
        </w:rPr>
      </w:pPr>
      <w:r w:rsidRPr="003F4D10">
        <w:rPr>
          <w:lang w:val="tr-TR"/>
        </w:rPr>
        <w:t>Gizlilik ve mahremiyet</w:t>
      </w:r>
      <w:r w:rsidRPr="003F4D10">
        <w:rPr>
          <w:lang w:val="tr-TR"/>
        </w:rPr>
        <w:t xml:space="preserve"> ilkesi</w:t>
      </w:r>
    </w:p>
    <w:p w14:paraId="006458C5" w14:textId="77777777" w:rsidR="0096713F" w:rsidRPr="003F4D10" w:rsidRDefault="001C72E7" w:rsidP="00CA4DE3">
      <w:pPr>
        <w:pStyle w:val="ListeMaddemi"/>
        <w:ind w:left="284"/>
        <w:jc w:val="both"/>
        <w:rPr>
          <w:lang w:val="tr-TR"/>
        </w:rPr>
      </w:pPr>
      <w:r w:rsidRPr="003F4D10">
        <w:rPr>
          <w:lang w:val="tr-TR"/>
        </w:rPr>
        <w:t>Profesyonel sınırlar</w:t>
      </w:r>
    </w:p>
    <w:p w14:paraId="24AE2641" w14:textId="77777777" w:rsidR="0096713F" w:rsidRPr="003F4D10" w:rsidRDefault="001C72E7" w:rsidP="00CA4DE3">
      <w:pPr>
        <w:pStyle w:val="ListeMaddemi"/>
        <w:ind w:left="284"/>
        <w:jc w:val="both"/>
        <w:rPr>
          <w:lang w:val="tr-TR"/>
        </w:rPr>
      </w:pPr>
      <w:r w:rsidRPr="003F4D10">
        <w:rPr>
          <w:lang w:val="tr-TR"/>
        </w:rPr>
        <w:t>Kayıt ve raporlama kuralları</w:t>
      </w:r>
    </w:p>
    <w:p w14:paraId="47FE574B" w14:textId="77777777" w:rsidR="0096713F" w:rsidRPr="003F4D10" w:rsidRDefault="001C72E7" w:rsidP="00CA4DE3">
      <w:pPr>
        <w:pStyle w:val="ListeMaddemi"/>
        <w:ind w:left="284"/>
        <w:jc w:val="both"/>
        <w:rPr>
          <w:lang w:val="tr-TR"/>
        </w:rPr>
      </w:pPr>
      <w:r w:rsidRPr="003F4D10">
        <w:rPr>
          <w:lang w:val="tr-TR"/>
        </w:rPr>
        <w:t>Öğrenci olarak yetki ve sorumluluk sınırları</w:t>
      </w:r>
    </w:p>
    <w:p w14:paraId="0367ABA5"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7.3. İş Sağlığı ve Güvenliği Bilgilendirmesi</w:t>
      </w:r>
    </w:p>
    <w:p w14:paraId="3B3092C9" w14:textId="77777777" w:rsidR="0096713F" w:rsidRPr="003F4D10" w:rsidRDefault="001C72E7" w:rsidP="00CA4DE3">
      <w:pPr>
        <w:pStyle w:val="ListeMaddemi"/>
        <w:ind w:left="284"/>
        <w:jc w:val="both"/>
        <w:rPr>
          <w:lang w:val="tr-TR"/>
        </w:rPr>
      </w:pPr>
      <w:r w:rsidRPr="003F4D10">
        <w:rPr>
          <w:lang w:val="tr-TR"/>
        </w:rPr>
        <w:t>Acil çıkışlar ve toplanma alanları</w:t>
      </w:r>
    </w:p>
    <w:p w14:paraId="517C0B8D" w14:textId="77777777" w:rsidR="0096713F" w:rsidRPr="003F4D10" w:rsidRDefault="001C72E7" w:rsidP="00CA4DE3">
      <w:pPr>
        <w:pStyle w:val="ListeMaddemi"/>
        <w:ind w:left="284"/>
        <w:jc w:val="both"/>
        <w:rPr>
          <w:lang w:val="tr-TR"/>
        </w:rPr>
      </w:pPr>
      <w:r w:rsidRPr="003F4D10">
        <w:rPr>
          <w:lang w:val="tr-TR"/>
        </w:rPr>
        <w:t>Yangın, afet, kriz ve güvenlik prosedürleri</w:t>
      </w:r>
    </w:p>
    <w:p w14:paraId="1ED3F498" w14:textId="77777777" w:rsidR="0096713F" w:rsidRPr="003F4D10" w:rsidRDefault="001C72E7" w:rsidP="00CA4DE3">
      <w:pPr>
        <w:pStyle w:val="ListeMaddemi"/>
        <w:ind w:left="284"/>
        <w:jc w:val="both"/>
        <w:rPr>
          <w:lang w:val="tr-TR"/>
        </w:rPr>
      </w:pPr>
      <w:r w:rsidRPr="003F4D10">
        <w:rPr>
          <w:lang w:val="tr-TR"/>
        </w:rPr>
        <w:t xml:space="preserve">Fiziksel, biyolojik ve </w:t>
      </w:r>
      <w:r w:rsidRPr="003F4D10">
        <w:rPr>
          <w:lang w:val="tr-TR"/>
        </w:rPr>
        <w:t>psikososyal riskler</w:t>
      </w:r>
    </w:p>
    <w:p w14:paraId="445B32ED" w14:textId="77777777" w:rsidR="0096713F" w:rsidRPr="003F4D10" w:rsidRDefault="001C72E7" w:rsidP="00CA4DE3">
      <w:pPr>
        <w:pStyle w:val="ListeMaddemi"/>
        <w:ind w:left="284"/>
        <w:jc w:val="both"/>
        <w:rPr>
          <w:lang w:val="tr-TR"/>
        </w:rPr>
      </w:pPr>
      <w:r w:rsidRPr="003F4D10">
        <w:rPr>
          <w:lang w:val="tr-TR"/>
        </w:rPr>
        <w:t>Riskli durumları kime ve nasıl bildireceği</w:t>
      </w:r>
    </w:p>
    <w:p w14:paraId="79BD816A"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7.4. Uygulama Sürecinin Sınırları</w:t>
      </w:r>
    </w:p>
    <w:p w14:paraId="761ABF1C" w14:textId="77777777" w:rsidR="0096713F" w:rsidRPr="003F4D10" w:rsidRDefault="001C72E7" w:rsidP="00CA4DE3">
      <w:pPr>
        <w:pStyle w:val="ListeMaddemi"/>
        <w:ind w:left="284"/>
        <w:jc w:val="both"/>
        <w:rPr>
          <w:lang w:val="tr-TR"/>
        </w:rPr>
      </w:pPr>
      <w:r w:rsidRPr="003F4D10">
        <w:rPr>
          <w:lang w:val="tr-TR"/>
        </w:rPr>
        <w:t>Hangi faaliyetlere gözlemci olarak katılabileceği</w:t>
      </w:r>
    </w:p>
    <w:p w14:paraId="7B227BE5" w14:textId="77777777" w:rsidR="0096713F" w:rsidRPr="003F4D10" w:rsidRDefault="001C72E7" w:rsidP="00CA4DE3">
      <w:pPr>
        <w:pStyle w:val="ListeMaddemi"/>
        <w:ind w:left="284"/>
        <w:jc w:val="both"/>
        <w:rPr>
          <w:lang w:val="tr-TR"/>
        </w:rPr>
      </w:pPr>
      <w:r w:rsidRPr="003F4D10">
        <w:rPr>
          <w:lang w:val="tr-TR"/>
        </w:rPr>
        <w:t>Hangi faaliyetlerde aktif rol alabileceği</w:t>
      </w:r>
    </w:p>
    <w:p w14:paraId="74F80197" w14:textId="77777777" w:rsidR="0096713F" w:rsidRPr="003F4D10" w:rsidRDefault="001C72E7" w:rsidP="00CA4DE3">
      <w:pPr>
        <w:pStyle w:val="ListeMaddemi"/>
        <w:ind w:left="284"/>
        <w:jc w:val="both"/>
        <w:rPr>
          <w:lang w:val="tr-TR"/>
        </w:rPr>
      </w:pPr>
      <w:r w:rsidRPr="003F4D10">
        <w:rPr>
          <w:lang w:val="tr-TR"/>
        </w:rPr>
        <w:t>Hangi durumlarda tek başına işlem yapamayacağı</w:t>
      </w:r>
    </w:p>
    <w:p w14:paraId="6961F25E" w14:textId="77777777" w:rsidR="0096713F" w:rsidRPr="003F4D10" w:rsidRDefault="001C72E7" w:rsidP="00CA4DE3">
      <w:pPr>
        <w:pStyle w:val="ListeMaddemi"/>
        <w:ind w:left="284"/>
        <w:jc w:val="both"/>
        <w:rPr>
          <w:lang w:val="tr-TR"/>
        </w:rPr>
      </w:pPr>
      <w:r w:rsidRPr="003F4D10">
        <w:rPr>
          <w:lang w:val="tr-TR"/>
        </w:rPr>
        <w:t>Hangi belgeleri hazı</w:t>
      </w:r>
      <w:r w:rsidRPr="003F4D10">
        <w:rPr>
          <w:lang w:val="tr-TR"/>
        </w:rPr>
        <w:t>rlayabileceği ve hangilerine erişemeyeceği</w:t>
      </w:r>
    </w:p>
    <w:p w14:paraId="6D9BEB5E" w14:textId="77777777" w:rsidR="0096713F" w:rsidRPr="003F4D10" w:rsidRDefault="001C72E7" w:rsidP="00CA4DE3">
      <w:pPr>
        <w:pStyle w:val="Balk2"/>
        <w:spacing w:before="160" w:after="80"/>
        <w:jc w:val="both"/>
        <w:rPr>
          <w:color w:val="000000" w:themeColor="text1"/>
          <w:lang w:val="tr-TR"/>
        </w:rPr>
      </w:pPr>
      <w:r w:rsidRPr="003F4D10">
        <w:rPr>
          <w:rFonts w:ascii="Times New Roman" w:eastAsia="Times New Roman" w:hAnsi="Times New Roman"/>
          <w:color w:val="000000" w:themeColor="text1"/>
          <w:sz w:val="24"/>
          <w:lang w:val="tr-TR"/>
        </w:rPr>
        <w:t>7.5. Süpervizyon ve Geri Bildirim Düzeni</w:t>
      </w:r>
    </w:p>
    <w:p w14:paraId="11A17295" w14:textId="77777777" w:rsidR="0096713F" w:rsidRPr="003F4D10" w:rsidRDefault="001C72E7" w:rsidP="00CA4DE3">
      <w:pPr>
        <w:pStyle w:val="ListeMaddemi"/>
        <w:ind w:left="284"/>
        <w:jc w:val="both"/>
        <w:rPr>
          <w:lang w:val="tr-TR"/>
        </w:rPr>
      </w:pPr>
      <w:r w:rsidRPr="003F4D10">
        <w:rPr>
          <w:lang w:val="tr-TR"/>
        </w:rPr>
        <w:t>Düzenli görüşme yapacağı kişi</w:t>
      </w:r>
    </w:p>
    <w:p w14:paraId="79B57426" w14:textId="77777777" w:rsidR="0096713F" w:rsidRPr="003F4D10" w:rsidRDefault="001C72E7" w:rsidP="00CA4DE3">
      <w:pPr>
        <w:pStyle w:val="ListeMaddemi"/>
        <w:ind w:left="284"/>
        <w:jc w:val="both"/>
        <w:rPr>
          <w:lang w:val="tr-TR"/>
        </w:rPr>
      </w:pPr>
      <w:r w:rsidRPr="003F4D10">
        <w:rPr>
          <w:lang w:val="tr-TR"/>
        </w:rPr>
        <w:t>Haftalık veya periyodik geri bildirim zamanı</w:t>
      </w:r>
    </w:p>
    <w:p w14:paraId="4135D495" w14:textId="77777777" w:rsidR="0096713F" w:rsidRPr="003F4D10" w:rsidRDefault="001C72E7" w:rsidP="00CA4DE3">
      <w:pPr>
        <w:pStyle w:val="ListeMaddemi"/>
        <w:ind w:left="284"/>
        <w:jc w:val="both"/>
        <w:rPr>
          <w:lang w:val="tr-TR"/>
        </w:rPr>
      </w:pPr>
      <w:r w:rsidRPr="003F4D10">
        <w:rPr>
          <w:lang w:val="tr-TR"/>
        </w:rPr>
        <w:t>Performansın nasıl değerlendirileceği</w:t>
      </w:r>
    </w:p>
    <w:p w14:paraId="49293EDB" w14:textId="77777777" w:rsidR="0096713F" w:rsidRPr="003F4D10" w:rsidRDefault="001C72E7" w:rsidP="00CA4DE3">
      <w:pPr>
        <w:pStyle w:val="ListeMaddemi"/>
        <w:ind w:left="284"/>
        <w:jc w:val="both"/>
        <w:rPr>
          <w:lang w:val="tr-TR"/>
        </w:rPr>
      </w:pPr>
      <w:r w:rsidRPr="003F4D10">
        <w:rPr>
          <w:lang w:val="tr-TR"/>
        </w:rPr>
        <w:t>Sorun yaşadığında başvuracağı ilk kişi</w:t>
      </w:r>
    </w:p>
    <w:p w14:paraId="4E5D3285" w14:textId="77777777" w:rsidR="0096713F" w:rsidRPr="003F4D10" w:rsidRDefault="001C72E7" w:rsidP="00CA4DE3">
      <w:pPr>
        <w:pStyle w:val="Balk2"/>
        <w:spacing w:before="160" w:after="80"/>
        <w:rPr>
          <w:color w:val="000000" w:themeColor="text1"/>
          <w:lang w:val="tr-TR"/>
        </w:rPr>
      </w:pPr>
      <w:r w:rsidRPr="003F4D10">
        <w:rPr>
          <w:rFonts w:ascii="Times New Roman" w:eastAsia="Times New Roman" w:hAnsi="Times New Roman"/>
          <w:color w:val="000000" w:themeColor="text1"/>
          <w:sz w:val="24"/>
          <w:lang w:val="tr-TR"/>
        </w:rPr>
        <w:t xml:space="preserve">7.6. Kurum Kontrol </w:t>
      </w:r>
      <w:r w:rsidRPr="003F4D10">
        <w:rPr>
          <w:rFonts w:ascii="Times New Roman" w:eastAsia="Times New Roman" w:hAnsi="Times New Roman"/>
          <w:color w:val="000000" w:themeColor="text1"/>
          <w:sz w:val="24"/>
          <w:lang w:val="tr-TR"/>
        </w:rPr>
        <w:t>Listesi</w:t>
      </w:r>
    </w:p>
    <w:tbl>
      <w:tblPr>
        <w:tblStyle w:val="TabloKlavuzu"/>
        <w:tblW w:w="0" w:type="auto"/>
        <w:jc w:val="center"/>
        <w:tblLook w:val="04A0" w:firstRow="1" w:lastRow="0" w:firstColumn="1" w:lastColumn="0" w:noHBand="0" w:noVBand="1"/>
      </w:tblPr>
      <w:tblGrid>
        <w:gridCol w:w="8271"/>
        <w:gridCol w:w="1125"/>
      </w:tblGrid>
      <w:tr w:rsidR="0096713F" w:rsidRPr="003F4D10" w14:paraId="5D2195A2" w14:textId="77777777" w:rsidTr="006725C8">
        <w:trPr>
          <w:tblHeader/>
          <w:jc w:val="center"/>
        </w:trPr>
        <w:tc>
          <w:tcPr>
            <w:tcW w:w="8504" w:type="dxa"/>
            <w:vAlign w:val="center"/>
          </w:tcPr>
          <w:p w14:paraId="686805C9" w14:textId="77777777" w:rsidR="0096713F" w:rsidRPr="003F4D10" w:rsidRDefault="001C72E7" w:rsidP="00CA4DE3">
            <w:pPr>
              <w:spacing w:line="276" w:lineRule="auto"/>
              <w:jc w:val="center"/>
              <w:rPr>
                <w:lang w:val="tr-TR"/>
              </w:rPr>
            </w:pPr>
            <w:r w:rsidRPr="003F4D10">
              <w:rPr>
                <w:b/>
                <w:sz w:val="20"/>
                <w:lang w:val="tr-TR"/>
              </w:rPr>
              <w:t>Kontrol Başlığı</w:t>
            </w:r>
          </w:p>
        </w:tc>
        <w:tc>
          <w:tcPr>
            <w:tcW w:w="1134" w:type="dxa"/>
            <w:vAlign w:val="center"/>
          </w:tcPr>
          <w:p w14:paraId="79B2D851" w14:textId="77777777" w:rsidR="0096713F" w:rsidRPr="003F4D10" w:rsidRDefault="001C72E7" w:rsidP="00CA4DE3">
            <w:pPr>
              <w:spacing w:line="276" w:lineRule="auto"/>
              <w:jc w:val="center"/>
              <w:rPr>
                <w:lang w:val="tr-TR"/>
              </w:rPr>
            </w:pPr>
            <w:r w:rsidRPr="003F4D10">
              <w:rPr>
                <w:b/>
                <w:sz w:val="20"/>
                <w:lang w:val="tr-TR"/>
              </w:rPr>
              <w:t>Durum</w:t>
            </w:r>
          </w:p>
        </w:tc>
      </w:tr>
      <w:tr w:rsidR="0096713F" w:rsidRPr="003F4D10" w14:paraId="218B676B" w14:textId="77777777">
        <w:trPr>
          <w:jc w:val="center"/>
        </w:trPr>
        <w:tc>
          <w:tcPr>
            <w:tcW w:w="8504" w:type="dxa"/>
            <w:vAlign w:val="center"/>
          </w:tcPr>
          <w:p w14:paraId="6C764B94" w14:textId="77777777" w:rsidR="0096713F" w:rsidRPr="003F4D10" w:rsidRDefault="001C72E7" w:rsidP="00CA4DE3">
            <w:pPr>
              <w:spacing w:line="276" w:lineRule="auto"/>
              <w:rPr>
                <w:lang w:val="tr-TR"/>
              </w:rPr>
            </w:pPr>
            <w:r w:rsidRPr="003F4D10">
              <w:rPr>
                <w:sz w:val="20"/>
                <w:lang w:val="tr-TR"/>
              </w:rPr>
              <w:t>Öğrenci kuruma ve birime tanıtıldı.</w:t>
            </w:r>
          </w:p>
        </w:tc>
        <w:tc>
          <w:tcPr>
            <w:tcW w:w="1134" w:type="dxa"/>
            <w:vAlign w:val="center"/>
          </w:tcPr>
          <w:p w14:paraId="113E63E8" w14:textId="77777777" w:rsidR="0096713F" w:rsidRPr="003F4D10" w:rsidRDefault="001C72E7" w:rsidP="00CA4DE3">
            <w:pPr>
              <w:spacing w:line="276" w:lineRule="auto"/>
              <w:rPr>
                <w:lang w:val="tr-TR"/>
              </w:rPr>
            </w:pPr>
            <w:r w:rsidRPr="003F4D10">
              <w:rPr>
                <w:sz w:val="20"/>
                <w:lang w:val="tr-TR"/>
              </w:rPr>
              <w:t>☐</w:t>
            </w:r>
          </w:p>
        </w:tc>
      </w:tr>
      <w:tr w:rsidR="0096713F" w:rsidRPr="003F4D10" w14:paraId="0B1D4199" w14:textId="77777777">
        <w:trPr>
          <w:jc w:val="center"/>
        </w:trPr>
        <w:tc>
          <w:tcPr>
            <w:tcW w:w="8504" w:type="dxa"/>
            <w:vAlign w:val="center"/>
          </w:tcPr>
          <w:p w14:paraId="7C0B26D2" w14:textId="77777777" w:rsidR="0096713F" w:rsidRPr="003F4D10" w:rsidRDefault="001C72E7" w:rsidP="00CA4DE3">
            <w:pPr>
              <w:spacing w:line="276" w:lineRule="auto"/>
              <w:rPr>
                <w:lang w:val="tr-TR"/>
              </w:rPr>
            </w:pPr>
            <w:r w:rsidRPr="003F4D10">
              <w:rPr>
                <w:sz w:val="20"/>
                <w:lang w:val="tr-TR"/>
              </w:rPr>
              <w:t>Çalışma saatleri ve devam esasları açıklandı.</w:t>
            </w:r>
          </w:p>
        </w:tc>
        <w:tc>
          <w:tcPr>
            <w:tcW w:w="1134" w:type="dxa"/>
            <w:vAlign w:val="center"/>
          </w:tcPr>
          <w:p w14:paraId="52DD33E9" w14:textId="77777777" w:rsidR="0096713F" w:rsidRPr="003F4D10" w:rsidRDefault="001C72E7" w:rsidP="00CA4DE3">
            <w:pPr>
              <w:spacing w:line="276" w:lineRule="auto"/>
              <w:rPr>
                <w:lang w:val="tr-TR"/>
              </w:rPr>
            </w:pPr>
            <w:r w:rsidRPr="003F4D10">
              <w:rPr>
                <w:sz w:val="20"/>
                <w:lang w:val="tr-TR"/>
              </w:rPr>
              <w:t>☐</w:t>
            </w:r>
          </w:p>
        </w:tc>
      </w:tr>
      <w:tr w:rsidR="0096713F" w:rsidRPr="003F4D10" w14:paraId="44933A55" w14:textId="77777777">
        <w:trPr>
          <w:jc w:val="center"/>
        </w:trPr>
        <w:tc>
          <w:tcPr>
            <w:tcW w:w="8504" w:type="dxa"/>
            <w:vAlign w:val="center"/>
          </w:tcPr>
          <w:p w14:paraId="7C6A36C9" w14:textId="77777777" w:rsidR="0096713F" w:rsidRPr="003F4D10" w:rsidRDefault="001C72E7" w:rsidP="00CA4DE3">
            <w:pPr>
              <w:spacing w:line="276" w:lineRule="auto"/>
              <w:rPr>
                <w:lang w:val="tr-TR"/>
              </w:rPr>
            </w:pPr>
            <w:r w:rsidRPr="003F4D10">
              <w:rPr>
                <w:sz w:val="20"/>
                <w:lang w:val="tr-TR"/>
              </w:rPr>
              <w:t>Kurumsal işleyiş ve temel prosedürler anlatıldı.</w:t>
            </w:r>
          </w:p>
        </w:tc>
        <w:tc>
          <w:tcPr>
            <w:tcW w:w="1134" w:type="dxa"/>
            <w:vAlign w:val="center"/>
          </w:tcPr>
          <w:p w14:paraId="11C4C3AB" w14:textId="77777777" w:rsidR="0096713F" w:rsidRPr="003F4D10" w:rsidRDefault="001C72E7" w:rsidP="00CA4DE3">
            <w:pPr>
              <w:spacing w:line="276" w:lineRule="auto"/>
              <w:rPr>
                <w:lang w:val="tr-TR"/>
              </w:rPr>
            </w:pPr>
            <w:r w:rsidRPr="003F4D10">
              <w:rPr>
                <w:sz w:val="20"/>
                <w:lang w:val="tr-TR"/>
              </w:rPr>
              <w:t>☐</w:t>
            </w:r>
          </w:p>
        </w:tc>
      </w:tr>
      <w:tr w:rsidR="0096713F" w:rsidRPr="003F4D10" w14:paraId="2309632C" w14:textId="77777777">
        <w:trPr>
          <w:jc w:val="center"/>
        </w:trPr>
        <w:tc>
          <w:tcPr>
            <w:tcW w:w="8504" w:type="dxa"/>
            <w:vAlign w:val="center"/>
          </w:tcPr>
          <w:p w14:paraId="5F31A618" w14:textId="77777777" w:rsidR="0096713F" w:rsidRPr="003F4D10" w:rsidRDefault="001C72E7" w:rsidP="00CA4DE3">
            <w:pPr>
              <w:spacing w:line="276" w:lineRule="auto"/>
              <w:rPr>
                <w:lang w:val="tr-TR"/>
              </w:rPr>
            </w:pPr>
            <w:r w:rsidRPr="003F4D10">
              <w:rPr>
                <w:sz w:val="20"/>
                <w:lang w:val="tr-TR"/>
              </w:rPr>
              <w:t>Gizlilik, mahremiyet ve veri koruma ilkeleri açıklandı.</w:t>
            </w:r>
          </w:p>
        </w:tc>
        <w:tc>
          <w:tcPr>
            <w:tcW w:w="1134" w:type="dxa"/>
            <w:vAlign w:val="center"/>
          </w:tcPr>
          <w:p w14:paraId="0EBDD10C" w14:textId="77777777" w:rsidR="0096713F" w:rsidRPr="003F4D10" w:rsidRDefault="001C72E7" w:rsidP="00CA4DE3">
            <w:pPr>
              <w:spacing w:line="276" w:lineRule="auto"/>
              <w:rPr>
                <w:lang w:val="tr-TR"/>
              </w:rPr>
            </w:pPr>
            <w:r w:rsidRPr="003F4D10">
              <w:rPr>
                <w:sz w:val="20"/>
                <w:lang w:val="tr-TR"/>
              </w:rPr>
              <w:t>☐</w:t>
            </w:r>
          </w:p>
        </w:tc>
      </w:tr>
      <w:tr w:rsidR="0096713F" w:rsidRPr="003F4D10" w14:paraId="7551219F" w14:textId="77777777">
        <w:trPr>
          <w:jc w:val="center"/>
        </w:trPr>
        <w:tc>
          <w:tcPr>
            <w:tcW w:w="8504" w:type="dxa"/>
            <w:vAlign w:val="center"/>
          </w:tcPr>
          <w:p w14:paraId="3A2E5019" w14:textId="77777777" w:rsidR="0096713F" w:rsidRPr="003F4D10" w:rsidRDefault="001C72E7" w:rsidP="00CA4DE3">
            <w:pPr>
              <w:spacing w:line="276" w:lineRule="auto"/>
              <w:rPr>
                <w:lang w:val="tr-TR"/>
              </w:rPr>
            </w:pPr>
            <w:r w:rsidRPr="003F4D10">
              <w:rPr>
                <w:sz w:val="20"/>
                <w:lang w:val="tr-TR"/>
              </w:rPr>
              <w:t xml:space="preserve">Mesleki sınırlar ve </w:t>
            </w:r>
            <w:r w:rsidRPr="003F4D10">
              <w:rPr>
                <w:sz w:val="20"/>
                <w:lang w:val="tr-TR"/>
              </w:rPr>
              <w:t>öğrenci rolü açıklandı.</w:t>
            </w:r>
          </w:p>
        </w:tc>
        <w:tc>
          <w:tcPr>
            <w:tcW w:w="1134" w:type="dxa"/>
            <w:vAlign w:val="center"/>
          </w:tcPr>
          <w:p w14:paraId="1DC3A301" w14:textId="77777777" w:rsidR="0096713F" w:rsidRPr="003F4D10" w:rsidRDefault="001C72E7" w:rsidP="00CA4DE3">
            <w:pPr>
              <w:spacing w:line="276" w:lineRule="auto"/>
              <w:rPr>
                <w:lang w:val="tr-TR"/>
              </w:rPr>
            </w:pPr>
            <w:r w:rsidRPr="003F4D10">
              <w:rPr>
                <w:sz w:val="20"/>
                <w:lang w:val="tr-TR"/>
              </w:rPr>
              <w:t>☐</w:t>
            </w:r>
          </w:p>
        </w:tc>
      </w:tr>
      <w:tr w:rsidR="0096713F" w:rsidRPr="003F4D10" w14:paraId="4DE5B538" w14:textId="77777777">
        <w:trPr>
          <w:jc w:val="center"/>
        </w:trPr>
        <w:tc>
          <w:tcPr>
            <w:tcW w:w="8504" w:type="dxa"/>
            <w:vAlign w:val="center"/>
          </w:tcPr>
          <w:p w14:paraId="4483BCCF" w14:textId="77777777" w:rsidR="0096713F" w:rsidRPr="003F4D10" w:rsidRDefault="001C72E7" w:rsidP="00CA4DE3">
            <w:pPr>
              <w:spacing w:line="276" w:lineRule="auto"/>
              <w:rPr>
                <w:lang w:val="tr-TR"/>
              </w:rPr>
            </w:pPr>
            <w:r w:rsidRPr="003F4D10">
              <w:rPr>
                <w:sz w:val="20"/>
                <w:lang w:val="tr-TR"/>
              </w:rPr>
              <w:t>Acil durum, güvenlik ve risk prosedürleri paylaşıldı.</w:t>
            </w:r>
          </w:p>
        </w:tc>
        <w:tc>
          <w:tcPr>
            <w:tcW w:w="1134" w:type="dxa"/>
            <w:vAlign w:val="center"/>
          </w:tcPr>
          <w:p w14:paraId="0CEF2832" w14:textId="77777777" w:rsidR="0096713F" w:rsidRPr="003F4D10" w:rsidRDefault="001C72E7" w:rsidP="00CA4DE3">
            <w:pPr>
              <w:spacing w:line="276" w:lineRule="auto"/>
              <w:rPr>
                <w:lang w:val="tr-TR"/>
              </w:rPr>
            </w:pPr>
            <w:r w:rsidRPr="003F4D10">
              <w:rPr>
                <w:sz w:val="20"/>
                <w:lang w:val="tr-TR"/>
              </w:rPr>
              <w:t>☐</w:t>
            </w:r>
          </w:p>
        </w:tc>
      </w:tr>
      <w:tr w:rsidR="0096713F" w:rsidRPr="003F4D10" w14:paraId="44477FD7" w14:textId="77777777">
        <w:trPr>
          <w:jc w:val="center"/>
        </w:trPr>
        <w:tc>
          <w:tcPr>
            <w:tcW w:w="8504" w:type="dxa"/>
            <w:vAlign w:val="center"/>
          </w:tcPr>
          <w:p w14:paraId="006601E2" w14:textId="77777777" w:rsidR="0096713F" w:rsidRPr="003F4D10" w:rsidRDefault="001C72E7" w:rsidP="00CA4DE3">
            <w:pPr>
              <w:spacing w:line="276" w:lineRule="auto"/>
              <w:rPr>
                <w:lang w:val="tr-TR"/>
              </w:rPr>
            </w:pPr>
            <w:r w:rsidRPr="003F4D10">
              <w:rPr>
                <w:sz w:val="20"/>
                <w:lang w:val="tr-TR"/>
              </w:rPr>
              <w:t>Kayıt ve raporlama kuralları açıklandı.</w:t>
            </w:r>
          </w:p>
        </w:tc>
        <w:tc>
          <w:tcPr>
            <w:tcW w:w="1134" w:type="dxa"/>
            <w:vAlign w:val="center"/>
          </w:tcPr>
          <w:p w14:paraId="6462FB17" w14:textId="77777777" w:rsidR="0096713F" w:rsidRPr="003F4D10" w:rsidRDefault="001C72E7" w:rsidP="00CA4DE3">
            <w:pPr>
              <w:spacing w:line="276" w:lineRule="auto"/>
              <w:rPr>
                <w:lang w:val="tr-TR"/>
              </w:rPr>
            </w:pPr>
            <w:r w:rsidRPr="003F4D10">
              <w:rPr>
                <w:sz w:val="20"/>
                <w:lang w:val="tr-TR"/>
              </w:rPr>
              <w:t>☐</w:t>
            </w:r>
          </w:p>
        </w:tc>
      </w:tr>
      <w:tr w:rsidR="0096713F" w:rsidRPr="003F4D10" w14:paraId="67528B27" w14:textId="77777777">
        <w:trPr>
          <w:jc w:val="center"/>
        </w:trPr>
        <w:tc>
          <w:tcPr>
            <w:tcW w:w="8504" w:type="dxa"/>
            <w:vAlign w:val="center"/>
          </w:tcPr>
          <w:p w14:paraId="06004535" w14:textId="77777777" w:rsidR="0096713F" w:rsidRPr="003F4D10" w:rsidRDefault="001C72E7" w:rsidP="00CA4DE3">
            <w:pPr>
              <w:spacing w:line="276" w:lineRule="auto"/>
              <w:rPr>
                <w:lang w:val="tr-TR"/>
              </w:rPr>
            </w:pPr>
            <w:r w:rsidRPr="003F4D10">
              <w:rPr>
                <w:sz w:val="20"/>
                <w:lang w:val="tr-TR"/>
              </w:rPr>
              <w:t>Öğrencinin doğrudan başvuracağı kurum danışmanı belirlendi.</w:t>
            </w:r>
          </w:p>
        </w:tc>
        <w:tc>
          <w:tcPr>
            <w:tcW w:w="1134" w:type="dxa"/>
            <w:vAlign w:val="center"/>
          </w:tcPr>
          <w:p w14:paraId="536BBD85" w14:textId="77777777" w:rsidR="0096713F" w:rsidRPr="003F4D10" w:rsidRDefault="001C72E7" w:rsidP="00CA4DE3">
            <w:pPr>
              <w:spacing w:line="276" w:lineRule="auto"/>
              <w:rPr>
                <w:lang w:val="tr-TR"/>
              </w:rPr>
            </w:pPr>
            <w:r w:rsidRPr="003F4D10">
              <w:rPr>
                <w:sz w:val="20"/>
                <w:lang w:val="tr-TR"/>
              </w:rPr>
              <w:t>☐</w:t>
            </w:r>
          </w:p>
        </w:tc>
      </w:tr>
      <w:tr w:rsidR="0096713F" w:rsidRPr="003F4D10" w14:paraId="5F9967BD" w14:textId="77777777">
        <w:trPr>
          <w:jc w:val="center"/>
        </w:trPr>
        <w:tc>
          <w:tcPr>
            <w:tcW w:w="8504" w:type="dxa"/>
            <w:vAlign w:val="center"/>
          </w:tcPr>
          <w:p w14:paraId="64B15053" w14:textId="77777777" w:rsidR="0096713F" w:rsidRPr="003F4D10" w:rsidRDefault="001C72E7" w:rsidP="00CA4DE3">
            <w:pPr>
              <w:spacing w:line="276" w:lineRule="auto"/>
              <w:rPr>
                <w:lang w:val="tr-TR"/>
              </w:rPr>
            </w:pPr>
            <w:r w:rsidRPr="003F4D10">
              <w:rPr>
                <w:sz w:val="20"/>
                <w:lang w:val="tr-TR"/>
              </w:rPr>
              <w:t>Süpervizyon ve geri bildirim düzeni açıklandı.</w:t>
            </w:r>
          </w:p>
        </w:tc>
        <w:tc>
          <w:tcPr>
            <w:tcW w:w="1134" w:type="dxa"/>
            <w:vAlign w:val="center"/>
          </w:tcPr>
          <w:p w14:paraId="01637558" w14:textId="77777777" w:rsidR="0096713F" w:rsidRPr="003F4D10" w:rsidRDefault="001C72E7" w:rsidP="00CA4DE3">
            <w:pPr>
              <w:spacing w:line="276" w:lineRule="auto"/>
              <w:rPr>
                <w:lang w:val="tr-TR"/>
              </w:rPr>
            </w:pPr>
            <w:r w:rsidRPr="003F4D10">
              <w:rPr>
                <w:sz w:val="20"/>
                <w:lang w:val="tr-TR"/>
              </w:rPr>
              <w:t>☐</w:t>
            </w:r>
          </w:p>
        </w:tc>
      </w:tr>
      <w:tr w:rsidR="0096713F" w:rsidRPr="003F4D10" w14:paraId="3F70D6F6" w14:textId="77777777">
        <w:trPr>
          <w:jc w:val="center"/>
        </w:trPr>
        <w:tc>
          <w:tcPr>
            <w:tcW w:w="8504" w:type="dxa"/>
            <w:vAlign w:val="center"/>
          </w:tcPr>
          <w:p w14:paraId="1B2DB566" w14:textId="77777777" w:rsidR="0096713F" w:rsidRPr="003F4D10" w:rsidRDefault="001C72E7" w:rsidP="00CA4DE3">
            <w:pPr>
              <w:spacing w:line="276" w:lineRule="auto"/>
              <w:rPr>
                <w:lang w:val="tr-TR"/>
              </w:rPr>
            </w:pPr>
            <w:r w:rsidRPr="003F4D10">
              <w:rPr>
                <w:sz w:val="20"/>
                <w:lang w:val="tr-TR"/>
              </w:rPr>
              <w:t xml:space="preserve">Öğrencinin </w:t>
            </w:r>
            <w:r w:rsidRPr="003F4D10">
              <w:rPr>
                <w:sz w:val="20"/>
                <w:lang w:val="tr-TR"/>
              </w:rPr>
              <w:t>uygulama alanına ilişkin soruları yanıtlandı.</w:t>
            </w:r>
          </w:p>
        </w:tc>
        <w:tc>
          <w:tcPr>
            <w:tcW w:w="1134" w:type="dxa"/>
            <w:vAlign w:val="center"/>
          </w:tcPr>
          <w:p w14:paraId="4394D309" w14:textId="77777777" w:rsidR="0096713F" w:rsidRPr="003F4D10" w:rsidRDefault="001C72E7" w:rsidP="00CA4DE3">
            <w:pPr>
              <w:spacing w:line="276" w:lineRule="auto"/>
              <w:rPr>
                <w:lang w:val="tr-TR"/>
              </w:rPr>
            </w:pPr>
            <w:r w:rsidRPr="003F4D10">
              <w:rPr>
                <w:sz w:val="20"/>
                <w:lang w:val="tr-TR"/>
              </w:rPr>
              <w:t>☐</w:t>
            </w:r>
          </w:p>
        </w:tc>
      </w:tr>
    </w:tbl>
    <w:p w14:paraId="66F37B46" w14:textId="77777777" w:rsidR="0096713F" w:rsidRPr="003F4D10" w:rsidRDefault="001C72E7" w:rsidP="00CA4DE3">
      <w:pPr>
        <w:rPr>
          <w:lang w:val="tr-TR"/>
        </w:rPr>
      </w:pPr>
      <w:r w:rsidRPr="003F4D10">
        <w:rPr>
          <w:lang w:val="tr-TR"/>
        </w:rPr>
        <w:br w:type="page"/>
      </w:r>
    </w:p>
    <w:p w14:paraId="5CA02E3E" w14:textId="77777777" w:rsidR="00F7513F" w:rsidRPr="003F4D10" w:rsidRDefault="00F7513F" w:rsidP="00F7513F">
      <w:pPr>
        <w:pStyle w:val="Gvde"/>
        <w:spacing w:after="0"/>
        <w:jc w:val="center"/>
        <w:rPr>
          <w:rFonts w:ascii="Times New Roman" w:hAnsi="Times New Roman"/>
          <w:b/>
          <w:bCs/>
          <w:sz w:val="24"/>
          <w:szCs w:val="24"/>
        </w:rPr>
      </w:pPr>
    </w:p>
    <w:p w14:paraId="5FCE62FC" w14:textId="77777777" w:rsidR="00F7513F" w:rsidRPr="003F4D10" w:rsidRDefault="00F7513F" w:rsidP="00F7513F">
      <w:pPr>
        <w:pStyle w:val="Balk2"/>
        <w:spacing w:before="0" w:line="271" w:lineRule="auto"/>
        <w:ind w:left="11" w:right="6" w:firstLine="709"/>
        <w:jc w:val="center"/>
        <w:rPr>
          <w:rFonts w:ascii="Times New Roman" w:eastAsia="Times New Roman" w:hAnsi="Times New Roman" w:cs="Times New Roman"/>
          <w:b w:val="0"/>
          <w:bCs w:val="0"/>
          <w:color w:val="000000"/>
          <w:sz w:val="24"/>
          <w:szCs w:val="24"/>
          <w:u w:color="000000"/>
          <w:lang w:val="tr-TR"/>
          <w14:textOutline w14:w="12700" w14:cap="flat" w14:cmpd="sng" w14:algn="ctr">
            <w14:noFill/>
            <w14:prstDash w14:val="solid"/>
            <w14:miter w14:lim="400000"/>
          </w14:textOutline>
        </w:rPr>
      </w:pPr>
      <w:r w:rsidRPr="003F4D10">
        <w:rPr>
          <w:rFonts w:ascii="Times New Roman" w:hAnsi="Times New Roman"/>
          <w:color w:val="000000"/>
          <w:sz w:val="24"/>
          <w:szCs w:val="24"/>
          <w:u w:color="000000"/>
          <w:lang w:val="tr-TR"/>
          <w14:textOutline w14:w="12700" w14:cap="flat" w14:cmpd="sng" w14:algn="ctr">
            <w14:noFill/>
            <w14:prstDash w14:val="solid"/>
            <w14:miter w14:lim="400000"/>
          </w14:textOutline>
        </w:rPr>
        <w:t>T.C.</w:t>
      </w:r>
    </w:p>
    <w:p w14:paraId="0BB85031" w14:textId="77777777" w:rsidR="00F7513F" w:rsidRPr="003F4D10" w:rsidRDefault="00F7513F" w:rsidP="00F7513F">
      <w:pPr>
        <w:pStyle w:val="Balk2"/>
        <w:spacing w:before="0" w:line="271" w:lineRule="auto"/>
        <w:ind w:left="11" w:right="6" w:firstLine="709"/>
        <w:jc w:val="center"/>
        <w:rPr>
          <w:rFonts w:ascii="Times New Roman" w:eastAsia="Times New Roman" w:hAnsi="Times New Roman" w:cs="Times New Roman"/>
          <w:b w:val="0"/>
          <w:bCs w:val="0"/>
          <w:color w:val="000000"/>
          <w:sz w:val="24"/>
          <w:szCs w:val="24"/>
          <w:u w:color="000000"/>
          <w:lang w:val="tr-TR"/>
          <w14:textOutline w14:w="12700" w14:cap="flat" w14:cmpd="sng" w14:algn="ctr">
            <w14:noFill/>
            <w14:prstDash w14:val="solid"/>
            <w14:miter w14:lim="400000"/>
          </w14:textOutline>
        </w:rPr>
      </w:pPr>
      <w:r w:rsidRPr="003F4D10">
        <w:rPr>
          <w:rFonts w:ascii="Times New Roman" w:hAnsi="Times New Roman"/>
          <w:color w:val="000000"/>
          <w:sz w:val="24"/>
          <w:szCs w:val="24"/>
          <w:u w:color="000000"/>
          <w:lang w:val="tr-TR"/>
          <w14:textOutline w14:w="12700" w14:cap="flat" w14:cmpd="sng" w14:algn="ctr">
            <w14:noFill/>
            <w14:prstDash w14:val="solid"/>
            <w14:miter w14:lim="400000"/>
          </w14:textOutline>
        </w:rPr>
        <w:t>MUĞLA SITKI KOÇMAN ÜNİVERSİTESİ</w:t>
      </w:r>
    </w:p>
    <w:p w14:paraId="38E917D5" w14:textId="77777777" w:rsidR="00F7513F" w:rsidRPr="003F4D10" w:rsidRDefault="00F7513F" w:rsidP="00F7513F">
      <w:pPr>
        <w:pStyle w:val="Balk2"/>
        <w:spacing w:before="0" w:line="271" w:lineRule="auto"/>
        <w:ind w:left="11" w:right="6" w:firstLine="709"/>
        <w:jc w:val="center"/>
        <w:rPr>
          <w:rFonts w:ascii="Times New Roman" w:eastAsia="Times New Roman" w:hAnsi="Times New Roman" w:cs="Times New Roman"/>
          <w:b w:val="0"/>
          <w:bCs w:val="0"/>
          <w:color w:val="000000"/>
          <w:sz w:val="24"/>
          <w:szCs w:val="24"/>
          <w:u w:color="000000"/>
          <w:lang w:val="tr-TR"/>
          <w14:textOutline w14:w="12700" w14:cap="flat" w14:cmpd="sng" w14:algn="ctr">
            <w14:noFill/>
            <w14:prstDash w14:val="solid"/>
            <w14:miter w14:lim="400000"/>
          </w14:textOutline>
        </w:rPr>
      </w:pPr>
      <w:r w:rsidRPr="003F4D10">
        <w:rPr>
          <w:rFonts w:ascii="Times New Roman" w:hAnsi="Times New Roman"/>
          <w:color w:val="000000"/>
          <w:sz w:val="24"/>
          <w:szCs w:val="24"/>
          <w:u w:color="000000"/>
          <w:lang w:val="tr-TR"/>
          <w14:textOutline w14:w="12700" w14:cap="flat" w14:cmpd="sng" w14:algn="ctr">
            <w14:noFill/>
            <w14:prstDash w14:val="solid"/>
            <w14:miter w14:lim="400000"/>
          </w14:textOutline>
        </w:rPr>
        <w:t xml:space="preserve">SEYDİKEMER UYGULAMALI BİLİMLER YÜKSEKOKULU </w:t>
      </w:r>
    </w:p>
    <w:p w14:paraId="61440A69" w14:textId="77777777" w:rsidR="00F7513F" w:rsidRPr="003F4D10" w:rsidRDefault="00F7513F" w:rsidP="00F7513F">
      <w:pPr>
        <w:pStyle w:val="Balk2"/>
        <w:spacing w:before="0" w:line="271" w:lineRule="auto"/>
        <w:ind w:left="11" w:right="6" w:firstLine="709"/>
        <w:jc w:val="center"/>
        <w:rPr>
          <w:rFonts w:ascii="Times New Roman" w:eastAsia="Times New Roman" w:hAnsi="Times New Roman" w:cs="Times New Roman"/>
          <w:b w:val="0"/>
          <w:bCs w:val="0"/>
          <w:color w:val="000000"/>
          <w:sz w:val="24"/>
          <w:szCs w:val="24"/>
          <w:u w:color="000000"/>
          <w:lang w:val="tr-TR"/>
          <w14:textOutline w14:w="12700" w14:cap="flat" w14:cmpd="sng" w14:algn="ctr">
            <w14:noFill/>
            <w14:prstDash w14:val="solid"/>
            <w14:miter w14:lim="400000"/>
          </w14:textOutline>
        </w:rPr>
      </w:pPr>
      <w:r w:rsidRPr="003F4D10">
        <w:rPr>
          <w:rFonts w:ascii="Times New Roman" w:hAnsi="Times New Roman"/>
          <w:color w:val="000000"/>
          <w:sz w:val="24"/>
          <w:szCs w:val="24"/>
          <w:u w:color="000000"/>
          <w:lang w:val="tr-TR"/>
          <w14:textOutline w14:w="12700" w14:cap="flat" w14:cmpd="sng" w14:algn="ctr">
            <w14:noFill/>
            <w14:prstDash w14:val="solid"/>
            <w14:miter w14:lim="400000"/>
          </w14:textOutline>
        </w:rPr>
        <w:t xml:space="preserve">SOSYAL HİZMET BÖLÜMÜ </w:t>
      </w:r>
    </w:p>
    <w:p w14:paraId="0A505BA7" w14:textId="77777777" w:rsidR="00F7513F" w:rsidRPr="003F4D10" w:rsidRDefault="00F7513F" w:rsidP="00F7513F">
      <w:pPr>
        <w:pStyle w:val="Balk2"/>
        <w:spacing w:before="0" w:line="271" w:lineRule="auto"/>
        <w:ind w:left="11" w:right="6" w:firstLine="709"/>
        <w:jc w:val="center"/>
        <w:rPr>
          <w:rFonts w:ascii="Times New Roman" w:eastAsia="Times New Roman" w:hAnsi="Times New Roman" w:cs="Times New Roman"/>
          <w:b w:val="0"/>
          <w:bCs w:val="0"/>
          <w:color w:val="000000"/>
          <w:sz w:val="24"/>
          <w:szCs w:val="24"/>
          <w:u w:color="000000"/>
          <w:lang w:val="tr-TR"/>
          <w14:textOutline w14:w="12700" w14:cap="flat" w14:cmpd="sng" w14:algn="ctr">
            <w14:noFill/>
            <w14:prstDash w14:val="solid"/>
            <w14:miter w14:lim="400000"/>
          </w14:textOutline>
        </w:rPr>
      </w:pPr>
      <w:r w:rsidRPr="003F4D10">
        <w:rPr>
          <w:rFonts w:ascii="Times New Roman" w:hAnsi="Times New Roman"/>
          <w:color w:val="000000"/>
          <w:sz w:val="24"/>
          <w:szCs w:val="24"/>
          <w:u w:color="000000"/>
          <w:lang w:val="tr-TR"/>
          <w14:textOutline w14:w="12700" w14:cap="flat" w14:cmpd="sng" w14:algn="ctr">
            <w14:noFill/>
            <w14:prstDash w14:val="solid"/>
            <w14:miter w14:lim="400000"/>
          </w14:textOutline>
        </w:rPr>
        <w:t xml:space="preserve">SOSYAL HİZMET KURULUŞUNDA MESLEKİ EĞİTİM DERSİ </w:t>
      </w:r>
    </w:p>
    <w:p w14:paraId="47D8D2A9" w14:textId="77777777" w:rsidR="00F7513F" w:rsidRPr="003F4D10" w:rsidRDefault="00F7513F" w:rsidP="00F7513F">
      <w:pPr>
        <w:pStyle w:val="Balk2"/>
        <w:keepNext w:val="0"/>
        <w:keepLines w:val="0"/>
        <w:spacing w:before="0" w:line="271" w:lineRule="auto"/>
        <w:ind w:left="11" w:right="6" w:firstLine="709"/>
        <w:jc w:val="center"/>
        <w:rPr>
          <w:rFonts w:ascii="Times New Roman" w:eastAsia="Times New Roman" w:hAnsi="Times New Roman" w:cs="Times New Roman"/>
          <w:b w:val="0"/>
          <w:bCs w:val="0"/>
          <w:color w:val="000000"/>
          <w:sz w:val="24"/>
          <w:szCs w:val="24"/>
          <w:u w:color="000000"/>
          <w:lang w:val="tr-TR"/>
          <w14:textOutline w14:w="12700" w14:cap="flat" w14:cmpd="sng" w14:algn="ctr">
            <w14:noFill/>
            <w14:prstDash w14:val="solid"/>
            <w14:miter w14:lim="400000"/>
          </w14:textOutline>
        </w:rPr>
      </w:pPr>
      <w:r w:rsidRPr="003F4D10">
        <w:rPr>
          <w:rFonts w:ascii="Times New Roman" w:hAnsi="Times New Roman"/>
          <w:color w:val="000000"/>
          <w:sz w:val="24"/>
          <w:szCs w:val="24"/>
          <w:u w:color="000000"/>
          <w:lang w:val="tr-TR"/>
          <w14:textOutline w14:w="12700" w14:cap="flat" w14:cmpd="sng" w14:algn="ctr">
            <w14:noFill/>
            <w14:prstDash w14:val="solid"/>
            <w14:miter w14:lim="400000"/>
          </w14:textOutline>
        </w:rPr>
        <w:t>MESLEKİ EĞİTİM DOSYASI</w:t>
      </w:r>
    </w:p>
    <w:p w14:paraId="641671B0" w14:textId="736C548D" w:rsidR="00F7513F" w:rsidRPr="003F4D10" w:rsidRDefault="00F7513F" w:rsidP="00F7513F">
      <w:pPr>
        <w:pStyle w:val="Balk2"/>
        <w:keepNext w:val="0"/>
        <w:keepLines w:val="0"/>
        <w:spacing w:before="0" w:line="271" w:lineRule="auto"/>
        <w:ind w:left="11" w:right="6" w:firstLine="709"/>
        <w:jc w:val="center"/>
        <w:rPr>
          <w:rFonts w:ascii="Times New Roman" w:eastAsia="Times New Roman" w:hAnsi="Times New Roman" w:cs="Times New Roman"/>
          <w:color w:val="000000"/>
          <w:sz w:val="24"/>
          <w:szCs w:val="24"/>
          <w:u w:color="000000"/>
          <w:lang w:val="tr-TR"/>
        </w:rPr>
      </w:pPr>
      <w:r w:rsidRPr="003F4D10">
        <w:rPr>
          <w:rFonts w:ascii="Times New Roman" w:hAnsi="Times New Roman"/>
          <w:color w:val="000000"/>
          <w:sz w:val="24"/>
          <w:szCs w:val="24"/>
          <w:u w:color="000000"/>
          <w:lang w:val="tr-TR"/>
        </w:rPr>
        <w:t xml:space="preserve">EK </w:t>
      </w:r>
      <w:r w:rsidR="00022BB2" w:rsidRPr="003F4D10">
        <w:rPr>
          <w:rFonts w:ascii="Times New Roman" w:hAnsi="Times New Roman"/>
          <w:color w:val="000000"/>
          <w:sz w:val="24"/>
          <w:szCs w:val="24"/>
          <w:u w:color="000000"/>
          <w:lang w:val="tr-TR"/>
        </w:rPr>
        <w:t>1: ÖĞRENCİ</w:t>
      </w:r>
      <w:r w:rsidRPr="003F4D10">
        <w:rPr>
          <w:rFonts w:ascii="Times New Roman" w:hAnsi="Times New Roman"/>
          <w:color w:val="000000"/>
          <w:sz w:val="24"/>
          <w:szCs w:val="24"/>
          <w:u w:color="000000"/>
          <w:lang w:val="tr-TR"/>
        </w:rPr>
        <w:t xml:space="preserve"> MESLEKİ EĞİTİM</w:t>
      </w:r>
      <w:r w:rsidR="00022BB2">
        <w:rPr>
          <w:rFonts w:ascii="Times New Roman" w:hAnsi="Times New Roman"/>
          <w:color w:val="000000"/>
          <w:sz w:val="24"/>
          <w:szCs w:val="24"/>
          <w:u w:color="000000"/>
          <w:lang w:val="tr-TR"/>
        </w:rPr>
        <w:t xml:space="preserve"> </w:t>
      </w:r>
      <w:r w:rsidRPr="003F4D10">
        <w:rPr>
          <w:rFonts w:ascii="Times New Roman" w:hAnsi="Times New Roman"/>
          <w:color w:val="000000"/>
          <w:sz w:val="24"/>
          <w:szCs w:val="24"/>
          <w:u w:color="000000"/>
          <w:lang w:val="tr-TR"/>
        </w:rPr>
        <w:t>BAŞVURU VE TERCİH FORMU</w:t>
      </w:r>
    </w:p>
    <w:p w14:paraId="4C14540A" w14:textId="77777777" w:rsidR="00F7513F" w:rsidRPr="003F4D10" w:rsidRDefault="00F7513F" w:rsidP="00F7513F">
      <w:pPr>
        <w:pStyle w:val="SaptanmA"/>
        <w:spacing w:before="6" w:line="220" w:lineRule="exact"/>
        <w:ind w:left="718" w:hanging="10"/>
        <w:jc w:val="center"/>
        <w:rPr>
          <w:rFonts w:ascii="Times New Roman" w:eastAsia="Times New Roman" w:hAnsi="Times New Roman" w:cs="Times New Roman"/>
        </w:rPr>
      </w:pPr>
    </w:p>
    <w:p w14:paraId="42E8DB13" w14:textId="77777777" w:rsidR="00F7513F" w:rsidRPr="003F4D10" w:rsidRDefault="00F7513F" w:rsidP="00F7513F">
      <w:pPr>
        <w:pStyle w:val="Balk2"/>
        <w:keepNext w:val="0"/>
        <w:keepLines w:val="0"/>
        <w:spacing w:before="0" w:after="13" w:line="270" w:lineRule="auto"/>
        <w:ind w:left="10" w:right="3" w:firstLine="708"/>
        <w:jc w:val="center"/>
        <w:rPr>
          <w:rFonts w:ascii="Times New Roman" w:eastAsia="Times New Roman" w:hAnsi="Times New Roman" w:cs="Times New Roman"/>
          <w:b w:val="0"/>
          <w:bCs w:val="0"/>
          <w:color w:val="000000"/>
          <w:sz w:val="24"/>
          <w:szCs w:val="24"/>
          <w:u w:color="000000"/>
          <w:lang w:val="tr-TR"/>
        </w:rPr>
      </w:pPr>
    </w:p>
    <w:tbl>
      <w:tblPr>
        <w:tblStyle w:val="TableNormal"/>
        <w:tblW w:w="91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0"/>
        <w:gridCol w:w="6275"/>
      </w:tblGrid>
      <w:tr w:rsidR="00F7513F" w:rsidRPr="003F4D10" w14:paraId="5EF1108C" w14:textId="77777777" w:rsidTr="00031B1B">
        <w:trPr>
          <w:trHeight w:hRule="exact" w:val="527"/>
          <w:jc w:val="center"/>
        </w:trPr>
        <w:tc>
          <w:tcPr>
            <w:tcW w:w="2830" w:type="dxa"/>
            <w:tcBorders>
              <w:top w:val="single" w:sz="5"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2940C4" w14:textId="77777777" w:rsidR="00F7513F" w:rsidRPr="003F4D10" w:rsidRDefault="00F7513F" w:rsidP="00031B1B">
            <w:pPr>
              <w:pStyle w:val="SaptanmA"/>
              <w:spacing w:before="0" w:line="240" w:lineRule="auto"/>
            </w:pPr>
            <w:r w:rsidRPr="003F4D10">
              <w:rPr>
                <w:rFonts w:ascii="Times New Roman" w:hAnsi="Times New Roman"/>
              </w:rPr>
              <w:t>Öğrencinin Adı Soyadı</w:t>
            </w:r>
          </w:p>
        </w:tc>
        <w:tc>
          <w:tcPr>
            <w:tcW w:w="6275" w:type="dxa"/>
            <w:tcBorders>
              <w:top w:val="single" w:sz="5"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68961" w14:textId="77777777" w:rsidR="00F7513F" w:rsidRPr="003F4D10" w:rsidRDefault="00F7513F" w:rsidP="00031B1B"/>
        </w:tc>
      </w:tr>
      <w:tr w:rsidR="00F7513F" w:rsidRPr="003F4D10" w14:paraId="05144453" w14:textId="77777777" w:rsidTr="00031B1B">
        <w:trPr>
          <w:trHeight w:hRule="exact" w:val="501"/>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14C18B" w14:textId="77777777" w:rsidR="00F7513F" w:rsidRPr="003F4D10" w:rsidRDefault="00F7513F" w:rsidP="00031B1B">
            <w:pPr>
              <w:pStyle w:val="SaptanmA"/>
              <w:spacing w:before="0" w:line="240" w:lineRule="auto"/>
            </w:pPr>
            <w:r w:rsidRPr="003F4D10">
              <w:rPr>
                <w:rFonts w:ascii="Times New Roman" w:hAnsi="Times New Roman"/>
              </w:rPr>
              <w:t>Öğrenci Numarası</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51E6E8" w14:textId="77777777" w:rsidR="00F7513F" w:rsidRPr="003F4D10" w:rsidRDefault="00F7513F" w:rsidP="00031B1B"/>
        </w:tc>
      </w:tr>
      <w:tr w:rsidR="00F7513F" w:rsidRPr="003F4D10" w14:paraId="2CE081B3" w14:textId="77777777" w:rsidTr="00031B1B">
        <w:trPr>
          <w:trHeight w:hRule="exact" w:val="508"/>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8DE929" w14:textId="77777777" w:rsidR="00F7513F" w:rsidRPr="003F4D10" w:rsidRDefault="00F7513F" w:rsidP="00031B1B">
            <w:pPr>
              <w:pStyle w:val="SaptanmA"/>
              <w:spacing w:before="0" w:line="240" w:lineRule="auto"/>
            </w:pPr>
            <w:r w:rsidRPr="003F4D10">
              <w:rPr>
                <w:rFonts w:ascii="Times New Roman" w:hAnsi="Times New Roman"/>
              </w:rPr>
              <w:t>T.C. Kimlik No:</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6AEE5" w14:textId="77777777" w:rsidR="00F7513F" w:rsidRPr="003F4D10" w:rsidRDefault="00F7513F" w:rsidP="00031B1B"/>
        </w:tc>
      </w:tr>
      <w:tr w:rsidR="00F7513F" w:rsidRPr="003F4D10" w14:paraId="79EDF929" w14:textId="77777777" w:rsidTr="00031B1B">
        <w:trPr>
          <w:trHeight w:hRule="exact" w:val="777"/>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DC8931" w14:textId="77777777" w:rsidR="00F7513F" w:rsidRPr="003F4D10" w:rsidRDefault="00F7513F" w:rsidP="00031B1B">
            <w:pPr>
              <w:pStyle w:val="SaptanmA"/>
              <w:spacing w:before="0" w:line="240" w:lineRule="auto"/>
            </w:pPr>
            <w:r w:rsidRPr="003F4D10">
              <w:rPr>
                <w:rFonts w:ascii="Times New Roman" w:hAnsi="Times New Roman"/>
              </w:rPr>
              <w:t>Yüksekokul / Bölüm / Sınıf:</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7FC7D" w14:textId="77777777" w:rsidR="00F7513F" w:rsidRPr="003F4D10" w:rsidRDefault="00F7513F" w:rsidP="00031B1B"/>
        </w:tc>
      </w:tr>
      <w:tr w:rsidR="00F7513F" w:rsidRPr="003F4D10" w14:paraId="4515253E" w14:textId="77777777" w:rsidTr="00031B1B">
        <w:trPr>
          <w:trHeight w:hRule="exact" w:val="583"/>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7C8B1D" w14:textId="77777777" w:rsidR="00F7513F" w:rsidRPr="003F4D10" w:rsidRDefault="00F7513F" w:rsidP="00031B1B">
            <w:pPr>
              <w:pStyle w:val="SaptanmA"/>
              <w:spacing w:before="0" w:line="240" w:lineRule="auto"/>
            </w:pPr>
            <w:r w:rsidRPr="003F4D10">
              <w:rPr>
                <w:rFonts w:ascii="Times New Roman" w:hAnsi="Times New Roman"/>
              </w:rPr>
              <w:t>Genel Not Ortalaması:</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19CB1" w14:textId="77777777" w:rsidR="00F7513F" w:rsidRPr="003F4D10" w:rsidRDefault="00F7513F" w:rsidP="00031B1B"/>
        </w:tc>
      </w:tr>
      <w:tr w:rsidR="00F7513F" w:rsidRPr="003F4D10" w14:paraId="239B8C3B" w14:textId="77777777" w:rsidTr="00031B1B">
        <w:trPr>
          <w:trHeight w:hRule="exact" w:val="583"/>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42876D" w14:textId="77777777" w:rsidR="00F7513F" w:rsidRPr="003F4D10" w:rsidRDefault="00F7513F" w:rsidP="00031B1B">
            <w:pPr>
              <w:pStyle w:val="SaptanmA"/>
              <w:spacing w:before="0" w:line="240" w:lineRule="auto"/>
            </w:pPr>
            <w:r w:rsidRPr="003F4D10">
              <w:rPr>
                <w:rFonts w:ascii="Times New Roman" w:hAnsi="Times New Roman"/>
              </w:rPr>
              <w:t>E-posta Adresi:</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523A83" w14:textId="77777777" w:rsidR="00F7513F" w:rsidRPr="003F4D10" w:rsidRDefault="00F7513F" w:rsidP="00031B1B"/>
        </w:tc>
      </w:tr>
      <w:tr w:rsidR="00F7513F" w:rsidRPr="003F4D10" w14:paraId="1399EB82" w14:textId="77777777" w:rsidTr="00031B1B">
        <w:trPr>
          <w:trHeight w:hRule="exact" w:val="516"/>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5F88B4" w14:textId="77777777" w:rsidR="00F7513F" w:rsidRPr="003F4D10" w:rsidRDefault="00F7513F" w:rsidP="00031B1B">
            <w:pPr>
              <w:pStyle w:val="SaptanmA"/>
              <w:spacing w:before="0" w:line="240" w:lineRule="auto"/>
            </w:pPr>
            <w:r w:rsidRPr="003F4D10">
              <w:rPr>
                <w:rFonts w:ascii="Times New Roman" w:hAnsi="Times New Roman"/>
              </w:rPr>
              <w:t>GSM Tel. No:</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0C2FFD" w14:textId="77777777" w:rsidR="00F7513F" w:rsidRPr="003F4D10" w:rsidRDefault="00F7513F" w:rsidP="00031B1B"/>
        </w:tc>
      </w:tr>
      <w:tr w:rsidR="00F7513F" w:rsidRPr="003F4D10" w14:paraId="79C73583" w14:textId="77777777" w:rsidTr="00031B1B">
        <w:trPr>
          <w:trHeight w:hRule="exact" w:val="713"/>
          <w:jc w:val="center"/>
        </w:trPr>
        <w:tc>
          <w:tcPr>
            <w:tcW w:w="2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EC919A" w14:textId="77777777" w:rsidR="00F7513F" w:rsidRPr="003F4D10" w:rsidRDefault="00F7513F" w:rsidP="00031B1B">
            <w:pPr>
              <w:pStyle w:val="SaptanmA"/>
              <w:spacing w:before="0" w:line="240" w:lineRule="auto"/>
            </w:pPr>
            <w:r w:rsidRPr="003F4D10">
              <w:rPr>
                <w:rFonts w:ascii="Times New Roman" w:hAnsi="Times New Roman"/>
              </w:rPr>
              <w:t>İkametgâh Adresi:</w:t>
            </w:r>
          </w:p>
        </w:tc>
        <w:tc>
          <w:tcPr>
            <w:tcW w:w="6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9A7D57" w14:textId="77777777" w:rsidR="00F7513F" w:rsidRPr="003F4D10" w:rsidRDefault="00F7513F" w:rsidP="00031B1B"/>
        </w:tc>
      </w:tr>
    </w:tbl>
    <w:p w14:paraId="6A5CEAA8" w14:textId="77777777" w:rsidR="00F7513F" w:rsidRPr="003F4D10" w:rsidRDefault="00F7513F" w:rsidP="00F7513F">
      <w:pPr>
        <w:pStyle w:val="Balk2"/>
        <w:keepNext w:val="0"/>
        <w:keepLines w:val="0"/>
        <w:widowControl w:val="0"/>
        <w:spacing w:before="0" w:after="13"/>
        <w:jc w:val="center"/>
        <w:rPr>
          <w:rFonts w:ascii="Times New Roman" w:eastAsia="Times New Roman" w:hAnsi="Times New Roman" w:cs="Times New Roman"/>
          <w:b w:val="0"/>
          <w:bCs w:val="0"/>
          <w:color w:val="000000"/>
          <w:sz w:val="24"/>
          <w:szCs w:val="24"/>
          <w:u w:color="000000"/>
          <w:lang w:val="tr-TR"/>
        </w:rPr>
      </w:pPr>
    </w:p>
    <w:p w14:paraId="09A329D8" w14:textId="77777777" w:rsidR="00F7513F" w:rsidRPr="003F4D10" w:rsidRDefault="00F7513F" w:rsidP="00F7513F">
      <w:pPr>
        <w:pStyle w:val="Balk2"/>
        <w:keepNext w:val="0"/>
        <w:keepLines w:val="0"/>
        <w:widowControl w:val="0"/>
        <w:spacing w:before="0" w:after="13"/>
        <w:jc w:val="center"/>
        <w:rPr>
          <w:rFonts w:ascii="Times New Roman" w:eastAsia="Times New Roman" w:hAnsi="Times New Roman" w:cs="Times New Roman"/>
          <w:b w:val="0"/>
          <w:bCs w:val="0"/>
          <w:color w:val="000000"/>
          <w:sz w:val="24"/>
          <w:szCs w:val="24"/>
          <w:u w:color="000000"/>
          <w:lang w:val="tr-TR"/>
        </w:rPr>
      </w:pPr>
    </w:p>
    <w:p w14:paraId="5388EBC8" w14:textId="77777777" w:rsidR="00F7513F" w:rsidRPr="003F4D10" w:rsidRDefault="00F7513F" w:rsidP="00F7513F">
      <w:pPr>
        <w:pStyle w:val="SaptanmA"/>
        <w:spacing w:before="11" w:line="220" w:lineRule="exact"/>
        <w:ind w:left="718" w:hanging="10"/>
        <w:jc w:val="both"/>
        <w:rPr>
          <w:rFonts w:ascii="Times New Roman" w:eastAsia="Times New Roman" w:hAnsi="Times New Roman" w:cs="Times New Roman"/>
        </w:rPr>
      </w:pPr>
    </w:p>
    <w:p w14:paraId="46CA26DB" w14:textId="77777777" w:rsidR="00F7513F" w:rsidRPr="003F4D10" w:rsidRDefault="00F7513F" w:rsidP="00F7513F">
      <w:pPr>
        <w:pStyle w:val="Balk2"/>
        <w:keepNext w:val="0"/>
        <w:keepLines w:val="0"/>
        <w:spacing w:before="0" w:after="13" w:line="270" w:lineRule="auto"/>
        <w:ind w:left="10" w:right="3" w:firstLine="708"/>
        <w:jc w:val="center"/>
        <w:rPr>
          <w:rFonts w:ascii="Times New Roman" w:eastAsia="Times New Roman" w:hAnsi="Times New Roman" w:cs="Times New Roman"/>
          <w:b w:val="0"/>
          <w:bCs w:val="0"/>
          <w:color w:val="000000"/>
          <w:sz w:val="24"/>
          <w:szCs w:val="24"/>
          <w:u w:color="000000"/>
          <w:lang w:val="tr-TR"/>
        </w:rPr>
      </w:pPr>
      <w:r w:rsidRPr="003F4D10">
        <w:rPr>
          <w:rFonts w:ascii="Times New Roman" w:hAnsi="Times New Roman"/>
          <w:color w:val="000000"/>
          <w:sz w:val="24"/>
          <w:szCs w:val="24"/>
          <w:u w:color="000000"/>
          <w:lang w:val="tr-TR"/>
        </w:rPr>
        <w:t>TERCİH LİSTESİ</w:t>
      </w:r>
    </w:p>
    <w:p w14:paraId="5441792C" w14:textId="77777777" w:rsidR="00F7513F" w:rsidRPr="003F4D10" w:rsidRDefault="00F7513F" w:rsidP="00F7513F">
      <w:pPr>
        <w:pStyle w:val="SaptanmA"/>
        <w:spacing w:before="0" w:line="240" w:lineRule="exact"/>
        <w:ind w:left="808"/>
        <w:jc w:val="center"/>
        <w:rPr>
          <w:rFonts w:ascii="Times New Roman" w:eastAsia="Times New Roman" w:hAnsi="Times New Roman" w:cs="Times New Roman"/>
        </w:rPr>
      </w:pPr>
    </w:p>
    <w:tbl>
      <w:tblPr>
        <w:tblStyle w:val="TableNormal"/>
        <w:tblW w:w="90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96"/>
        <w:gridCol w:w="7770"/>
      </w:tblGrid>
      <w:tr w:rsidR="00F7513F" w:rsidRPr="003F4D10" w14:paraId="6F7959FB" w14:textId="77777777" w:rsidTr="00031B1B">
        <w:trPr>
          <w:trHeight w:val="310"/>
          <w:jc w:val="center"/>
        </w:trPr>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2701D" w14:textId="77777777" w:rsidR="00F7513F" w:rsidRPr="003F4D10" w:rsidRDefault="00F7513F" w:rsidP="00031B1B">
            <w:pPr>
              <w:pStyle w:val="GvdeA"/>
              <w:spacing w:before="0" w:after="11" w:line="268" w:lineRule="auto"/>
              <w:ind w:left="0" w:firstLine="0"/>
              <w:jc w:val="left"/>
              <w:rPr>
                <w:lang w:val="tr-TR"/>
              </w:rPr>
            </w:pPr>
            <w:r w:rsidRPr="003F4D10">
              <w:rPr>
                <w:b/>
                <w:bCs/>
                <w:lang w:val="tr-TR"/>
              </w:rPr>
              <w:t>Tercihler*</w:t>
            </w:r>
          </w:p>
        </w:tc>
        <w:tc>
          <w:tcPr>
            <w:tcW w:w="7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3EE4A" w14:textId="77777777" w:rsidR="00F7513F" w:rsidRPr="003F4D10" w:rsidRDefault="00F7513F" w:rsidP="00031B1B">
            <w:pPr>
              <w:pStyle w:val="GvdeA"/>
              <w:spacing w:before="0" w:after="11" w:line="268" w:lineRule="auto"/>
              <w:ind w:left="0" w:firstLine="0"/>
              <w:jc w:val="center"/>
              <w:rPr>
                <w:lang w:val="tr-TR"/>
              </w:rPr>
            </w:pPr>
            <w:r w:rsidRPr="003F4D10">
              <w:rPr>
                <w:b/>
                <w:bCs/>
                <w:lang w:val="tr-TR"/>
              </w:rPr>
              <w:t>MESLEKİ EĞİTİM KURULUŞ ADI</w:t>
            </w:r>
          </w:p>
        </w:tc>
      </w:tr>
      <w:tr w:rsidR="00F7513F" w:rsidRPr="003F4D10" w14:paraId="019A82BF" w14:textId="77777777" w:rsidTr="00031B1B">
        <w:trPr>
          <w:trHeight w:val="310"/>
          <w:jc w:val="center"/>
        </w:trPr>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7DEEDE" w14:textId="77777777" w:rsidR="00F7513F" w:rsidRPr="003F4D10" w:rsidRDefault="00F7513F" w:rsidP="00031B1B">
            <w:pPr>
              <w:pStyle w:val="GvdeA"/>
              <w:spacing w:before="0" w:after="11" w:line="276" w:lineRule="auto"/>
              <w:ind w:left="0" w:firstLine="0"/>
              <w:jc w:val="center"/>
              <w:rPr>
                <w:lang w:val="tr-TR"/>
              </w:rPr>
            </w:pPr>
            <w:r w:rsidRPr="003F4D10">
              <w:rPr>
                <w:lang w:val="tr-TR"/>
              </w:rPr>
              <w:t>1</w:t>
            </w:r>
          </w:p>
        </w:tc>
        <w:tc>
          <w:tcPr>
            <w:tcW w:w="7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177B8" w14:textId="77777777" w:rsidR="00F7513F" w:rsidRPr="003F4D10" w:rsidRDefault="00F7513F" w:rsidP="00031B1B"/>
        </w:tc>
      </w:tr>
      <w:tr w:rsidR="00F7513F" w:rsidRPr="003F4D10" w14:paraId="43EC04E2" w14:textId="77777777" w:rsidTr="00031B1B">
        <w:trPr>
          <w:trHeight w:val="310"/>
          <w:jc w:val="center"/>
        </w:trPr>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69602" w14:textId="77777777" w:rsidR="00F7513F" w:rsidRPr="003F4D10" w:rsidRDefault="00F7513F" w:rsidP="00031B1B">
            <w:pPr>
              <w:pStyle w:val="GvdeA"/>
              <w:spacing w:before="0" w:after="11" w:line="276" w:lineRule="auto"/>
              <w:ind w:left="0" w:firstLine="0"/>
              <w:jc w:val="center"/>
              <w:rPr>
                <w:lang w:val="tr-TR"/>
              </w:rPr>
            </w:pPr>
            <w:r w:rsidRPr="003F4D10">
              <w:rPr>
                <w:lang w:val="tr-TR"/>
              </w:rPr>
              <w:t>2</w:t>
            </w:r>
          </w:p>
        </w:tc>
        <w:tc>
          <w:tcPr>
            <w:tcW w:w="7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5932C" w14:textId="77777777" w:rsidR="00F7513F" w:rsidRPr="003F4D10" w:rsidRDefault="00F7513F" w:rsidP="00031B1B"/>
        </w:tc>
      </w:tr>
      <w:tr w:rsidR="00F7513F" w:rsidRPr="003F4D10" w14:paraId="06A4F0D8" w14:textId="77777777" w:rsidTr="00031B1B">
        <w:trPr>
          <w:trHeight w:val="310"/>
          <w:jc w:val="center"/>
        </w:trPr>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841C5B" w14:textId="77777777" w:rsidR="00F7513F" w:rsidRPr="003F4D10" w:rsidRDefault="00F7513F" w:rsidP="00031B1B">
            <w:pPr>
              <w:pStyle w:val="GvdeA"/>
              <w:spacing w:before="0" w:after="11" w:line="276" w:lineRule="auto"/>
              <w:ind w:left="0" w:firstLine="0"/>
              <w:jc w:val="center"/>
              <w:rPr>
                <w:lang w:val="tr-TR"/>
              </w:rPr>
            </w:pPr>
            <w:r w:rsidRPr="003F4D10">
              <w:rPr>
                <w:lang w:val="tr-TR"/>
              </w:rPr>
              <w:t>3</w:t>
            </w:r>
          </w:p>
        </w:tc>
        <w:tc>
          <w:tcPr>
            <w:tcW w:w="7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40A91F" w14:textId="77777777" w:rsidR="00F7513F" w:rsidRPr="003F4D10" w:rsidRDefault="00F7513F" w:rsidP="00031B1B"/>
        </w:tc>
      </w:tr>
      <w:tr w:rsidR="00F7513F" w:rsidRPr="003F4D10" w14:paraId="21FBAC79" w14:textId="77777777" w:rsidTr="00031B1B">
        <w:trPr>
          <w:trHeight w:val="310"/>
          <w:jc w:val="center"/>
        </w:trPr>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83536" w14:textId="77777777" w:rsidR="00F7513F" w:rsidRPr="003F4D10" w:rsidRDefault="00F7513F" w:rsidP="00031B1B">
            <w:pPr>
              <w:pStyle w:val="GvdeA"/>
              <w:spacing w:before="0" w:after="11" w:line="276" w:lineRule="auto"/>
              <w:ind w:left="0" w:firstLine="0"/>
              <w:jc w:val="center"/>
              <w:rPr>
                <w:lang w:val="tr-TR"/>
              </w:rPr>
            </w:pPr>
            <w:r w:rsidRPr="003F4D10">
              <w:rPr>
                <w:lang w:val="tr-TR"/>
              </w:rPr>
              <w:t>4</w:t>
            </w:r>
          </w:p>
        </w:tc>
        <w:tc>
          <w:tcPr>
            <w:tcW w:w="7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DE0892" w14:textId="77777777" w:rsidR="00F7513F" w:rsidRPr="003F4D10" w:rsidRDefault="00F7513F" w:rsidP="00031B1B"/>
        </w:tc>
      </w:tr>
      <w:tr w:rsidR="00F7513F" w:rsidRPr="003F4D10" w14:paraId="71079538" w14:textId="77777777" w:rsidTr="00031B1B">
        <w:trPr>
          <w:trHeight w:val="310"/>
          <w:jc w:val="center"/>
        </w:trPr>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45E52" w14:textId="77777777" w:rsidR="00F7513F" w:rsidRPr="003F4D10" w:rsidRDefault="00F7513F" w:rsidP="00031B1B">
            <w:pPr>
              <w:pStyle w:val="GvdeA"/>
              <w:spacing w:before="0" w:after="11" w:line="276" w:lineRule="auto"/>
              <w:ind w:left="0" w:firstLine="0"/>
              <w:jc w:val="center"/>
              <w:rPr>
                <w:lang w:val="tr-TR"/>
              </w:rPr>
            </w:pPr>
            <w:r w:rsidRPr="003F4D10">
              <w:rPr>
                <w:lang w:val="tr-TR"/>
              </w:rPr>
              <w:t>5</w:t>
            </w:r>
          </w:p>
        </w:tc>
        <w:tc>
          <w:tcPr>
            <w:tcW w:w="7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734AC0" w14:textId="77777777" w:rsidR="00F7513F" w:rsidRPr="003F4D10" w:rsidRDefault="00F7513F" w:rsidP="00031B1B"/>
        </w:tc>
      </w:tr>
    </w:tbl>
    <w:p w14:paraId="4AF46DA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1E1F26CA"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2C1FD0AD"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5B9546A7"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T.C.</w:t>
      </w:r>
    </w:p>
    <w:p w14:paraId="08C44B4A"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6D89087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3D1661A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1EACDB6C"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686A87F6"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59EEDE61"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3BD60C4D"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EK-2: KURUM TANITIM FORMU</w:t>
      </w:r>
    </w:p>
    <w:p w14:paraId="1DA2B061" w14:textId="77777777" w:rsidR="00F7513F" w:rsidRPr="003F4D10" w:rsidRDefault="00F7513F" w:rsidP="00F7513F">
      <w:pPr>
        <w:pStyle w:val="Gvde"/>
        <w:spacing w:after="0"/>
        <w:rPr>
          <w:rFonts w:ascii="Times New Roman" w:eastAsia="Times New Roman" w:hAnsi="Times New Roman" w:cs="Times New Roman"/>
          <w:b/>
          <w:bCs/>
          <w:sz w:val="24"/>
          <w:szCs w:val="24"/>
        </w:rPr>
      </w:pP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hAnsi="Times New Roman"/>
          <w:b/>
          <w:bCs/>
          <w:i/>
          <w:iCs/>
          <w:sz w:val="24"/>
          <w:szCs w:val="24"/>
          <w:u w:val="single"/>
        </w:rPr>
        <w:t>Tarih :     /     /</w:t>
      </w:r>
    </w:p>
    <w:p w14:paraId="05553AE1"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r>
      <w:r w:rsidRPr="003F4D10">
        <w:rPr>
          <w:rFonts w:ascii="Times New Roman" w:hAnsi="Times New Roman"/>
          <w:b/>
          <w:bCs/>
          <w:sz w:val="24"/>
          <w:szCs w:val="24"/>
        </w:rPr>
        <w:tab/>
        <w:t xml:space="preserve">: </w:t>
      </w:r>
      <w:proofErr w:type="gramStart"/>
      <w:r w:rsidRPr="003F4D10">
        <w:rPr>
          <w:rFonts w:ascii="Times New Roman" w:hAnsi="Times New Roman"/>
          <w:b/>
          <w:bCs/>
          <w:sz w:val="24"/>
          <w:szCs w:val="24"/>
        </w:rPr>
        <w:t>………………………………………………….…</w:t>
      </w:r>
      <w:proofErr w:type="gramEnd"/>
    </w:p>
    <w:p w14:paraId="31C081B6"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 Numarası</w:t>
      </w:r>
      <w:r w:rsidRPr="003F4D10">
        <w:rPr>
          <w:rFonts w:ascii="Times New Roman" w:hAnsi="Times New Roman"/>
          <w:b/>
          <w:bCs/>
          <w:sz w:val="24"/>
          <w:szCs w:val="24"/>
        </w:rPr>
        <w:tab/>
        <w:t>: …………………………………………………….</w:t>
      </w:r>
    </w:p>
    <w:p w14:paraId="413CF0E5"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59F2497F"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3EFA71D7" w14:textId="77777777" w:rsidR="00F7513F" w:rsidRPr="003F4D10" w:rsidRDefault="00F7513F" w:rsidP="00F7513F">
      <w:pPr>
        <w:pStyle w:val="Gvde"/>
        <w:spacing w:line="360" w:lineRule="auto"/>
        <w:rPr>
          <w:rFonts w:ascii="Times New Roman" w:eastAsia="Times New Roman" w:hAnsi="Times New Roman" w:cs="Times New Roman"/>
          <w:b/>
          <w:bCs/>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p w14:paraId="28EE23BE" w14:textId="77777777" w:rsidR="00F7513F" w:rsidRPr="003F4D10" w:rsidRDefault="00F7513F" w:rsidP="00F7513F">
      <w:pPr>
        <w:pStyle w:val="Gvde"/>
        <w:rPr>
          <w:rFonts w:ascii="Times New Roman" w:eastAsia="Times New Roman" w:hAnsi="Times New Roman" w:cs="Times New Roman"/>
          <w:b/>
          <w:bCs/>
          <w:i/>
          <w:iCs/>
          <w:sz w:val="24"/>
          <w:szCs w:val="24"/>
          <w:u w:val="single"/>
        </w:rPr>
      </w:pPr>
      <w:r w:rsidRPr="003F4D10">
        <w:rPr>
          <w:rFonts w:ascii="Times New Roman" w:hAnsi="Times New Roman"/>
          <w:b/>
          <w:bCs/>
          <w:i/>
          <w:iCs/>
          <w:sz w:val="24"/>
          <w:szCs w:val="24"/>
          <w:u w:val="single"/>
        </w:rPr>
        <w:t>Kurumun / Kuruluşun</w:t>
      </w:r>
    </w:p>
    <w:p w14:paraId="52DDF34F"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sz w:val="24"/>
          <w:szCs w:val="24"/>
        </w:rPr>
        <w:t>1. Tarihçesi,</w:t>
      </w:r>
    </w:p>
    <w:p w14:paraId="27CBFBE3"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sz w:val="24"/>
          <w:szCs w:val="24"/>
        </w:rPr>
        <w:t>2. Kuruluş amacı, sağladığı hizmetler,</w:t>
      </w:r>
    </w:p>
    <w:p w14:paraId="578AF34D"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sz w:val="24"/>
          <w:szCs w:val="24"/>
        </w:rPr>
        <w:t>3. Amaç ve hizmetlerinin sosyal hizmetle ilgisi,</w:t>
      </w:r>
    </w:p>
    <w:p w14:paraId="08A4C7E3"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a) Kurumun fiziksel özellikleri,</w:t>
      </w:r>
    </w:p>
    <w:p w14:paraId="34950D0F"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b) Kurumda yerleşmiş bir sosyal hizmet uygulamasının mevcut olup olmadığı,</w:t>
      </w:r>
    </w:p>
    <w:p w14:paraId="5522B7C3"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c) Kurumun olanakları,</w:t>
      </w:r>
    </w:p>
    <w:p w14:paraId="2FF0A056"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d) Kurum hizmetlerinin ne şekilde desteklendiği, maddi olanakları;</w:t>
      </w:r>
    </w:p>
    <w:p w14:paraId="3D43DDAE"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e) Kurumun toplum ve paydaş kuruluşlarla yaptığı çalışmalar,</w:t>
      </w:r>
    </w:p>
    <w:p w14:paraId="6F9C3F43"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f) Kurumun kayıt tutuma ve dosyalama sistemi,</w:t>
      </w:r>
    </w:p>
    <w:p w14:paraId="5833F27C"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g) Kurumun yürüttüğü çalışmalarla ilgili istatistikleri, raporlar vb.</w:t>
      </w:r>
    </w:p>
    <w:p w14:paraId="5BEA76B5"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sz w:val="24"/>
          <w:szCs w:val="24"/>
        </w:rPr>
        <w:t>4. Yönetim yapısı (genel müdür, daire başkanları, müdür, müdür yardımcıları, vb. bilgisi),</w:t>
      </w:r>
    </w:p>
    <w:p w14:paraId="4CD8DAAA"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sz w:val="24"/>
          <w:szCs w:val="24"/>
        </w:rPr>
        <w:t>5. Personel yapısı (meslek elamanları, sosyal hizmet uzmanı, psikolog vb. bilgisi),</w:t>
      </w:r>
    </w:p>
    <w:p w14:paraId="36498E97" w14:textId="77777777" w:rsidR="00F7513F" w:rsidRPr="003F4D10" w:rsidRDefault="00F7513F" w:rsidP="00F7513F">
      <w:pPr>
        <w:pStyle w:val="Gvde"/>
        <w:spacing w:after="0"/>
        <w:ind w:left="708"/>
        <w:rPr>
          <w:rFonts w:ascii="Times New Roman" w:eastAsia="Times New Roman" w:hAnsi="Times New Roman" w:cs="Times New Roman"/>
          <w:sz w:val="24"/>
          <w:szCs w:val="24"/>
        </w:rPr>
      </w:pPr>
      <w:r w:rsidRPr="003F4D10">
        <w:rPr>
          <w:rFonts w:ascii="Times New Roman" w:hAnsi="Times New Roman"/>
          <w:sz w:val="24"/>
          <w:szCs w:val="24"/>
        </w:rPr>
        <w:t>a) Kurumda meslek sahibi personel ve diğer personelin, varsa gönüllülerin sayısı, özellikleri,</w:t>
      </w:r>
    </w:p>
    <w:p w14:paraId="3EF000BC"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b) Personelin birbiriyle ilişkileri, hiyerarşik düzen, ekip çalışmaları,</w:t>
      </w:r>
    </w:p>
    <w:p w14:paraId="185909E3"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sz w:val="24"/>
          <w:szCs w:val="24"/>
        </w:rPr>
        <w:t>6. Müracaatçı grupları</w:t>
      </w:r>
    </w:p>
    <w:p w14:paraId="2ADCF7EC"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 xml:space="preserve">a) Kurumdan hizmet alan müracaatçılara ilişkin istatistikler (sayısı, niteliği </w:t>
      </w:r>
      <w:proofErr w:type="spellStart"/>
      <w:r w:rsidRPr="003F4D10">
        <w:rPr>
          <w:rFonts w:ascii="Times New Roman" w:hAnsi="Times New Roman"/>
          <w:sz w:val="24"/>
          <w:szCs w:val="24"/>
        </w:rPr>
        <w:t>vb</w:t>
      </w:r>
      <w:proofErr w:type="spellEnd"/>
      <w:r w:rsidRPr="003F4D10">
        <w:rPr>
          <w:rFonts w:ascii="Times New Roman" w:hAnsi="Times New Roman"/>
          <w:sz w:val="24"/>
          <w:szCs w:val="24"/>
        </w:rPr>
        <w:t>)</w:t>
      </w:r>
    </w:p>
    <w:p w14:paraId="7A1FE3E2"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b) Müracaatçıların ihtiyaç ve sorunları,</w:t>
      </w:r>
    </w:p>
    <w:p w14:paraId="34765C6C" w14:textId="77777777" w:rsidR="00F7513F" w:rsidRPr="003F4D10" w:rsidRDefault="00F7513F" w:rsidP="00F7513F">
      <w:pPr>
        <w:pStyle w:val="Gvde"/>
        <w:spacing w:after="0"/>
        <w:ind w:firstLine="708"/>
        <w:rPr>
          <w:rFonts w:ascii="Times New Roman" w:eastAsia="Times New Roman" w:hAnsi="Times New Roman" w:cs="Times New Roman"/>
          <w:sz w:val="24"/>
          <w:szCs w:val="24"/>
        </w:rPr>
      </w:pPr>
      <w:r w:rsidRPr="003F4D10">
        <w:rPr>
          <w:rFonts w:ascii="Times New Roman" w:hAnsi="Times New Roman"/>
          <w:sz w:val="24"/>
          <w:szCs w:val="24"/>
        </w:rPr>
        <w:t>c) Müracaatçıların sorunlarını giderilmesinde karşılaşılan güçlükler</w:t>
      </w:r>
    </w:p>
    <w:p w14:paraId="3BC476B9"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7B0B68BA"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7FBD9962"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27B24182"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7C87EA45" w14:textId="77777777" w:rsidR="00F7513F" w:rsidRPr="003F4D10" w:rsidRDefault="00F7513F" w:rsidP="00F7513F">
      <w:pPr>
        <w:pStyle w:val="Gvde"/>
        <w:jc w:val="center"/>
        <w:rPr>
          <w:rFonts w:ascii="Times New Roman" w:eastAsia="Times New Roman" w:hAnsi="Times New Roman" w:cs="Times New Roman"/>
          <w:b/>
          <w:bCs/>
          <w:sz w:val="24"/>
          <w:szCs w:val="24"/>
        </w:rPr>
      </w:pPr>
    </w:p>
    <w:p w14:paraId="0533554D" w14:textId="77777777" w:rsidR="00F7513F" w:rsidRPr="003F4D10" w:rsidRDefault="00F7513F" w:rsidP="00F7513F">
      <w:pPr>
        <w:pStyle w:val="Gvde"/>
        <w:jc w:val="center"/>
        <w:rPr>
          <w:rFonts w:ascii="Times New Roman" w:eastAsia="Times New Roman" w:hAnsi="Times New Roman" w:cs="Times New Roman"/>
          <w:b/>
          <w:bCs/>
          <w:sz w:val="24"/>
          <w:szCs w:val="24"/>
        </w:rPr>
      </w:pPr>
    </w:p>
    <w:p w14:paraId="1D5C2498"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T.C.</w:t>
      </w:r>
    </w:p>
    <w:p w14:paraId="72F4A8D7"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2EFE4734"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6BFE5C8C"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18314BB7"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363271B0"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48404E58" w14:textId="77777777" w:rsidR="00F7513F" w:rsidRPr="003F4D10" w:rsidRDefault="00F7513F" w:rsidP="00F7513F">
      <w:pPr>
        <w:pStyle w:val="Gvde"/>
        <w:spacing w:after="0" w:line="240" w:lineRule="auto"/>
        <w:jc w:val="center"/>
        <w:rPr>
          <w:rFonts w:ascii="Times New Roman" w:eastAsia="Times New Roman" w:hAnsi="Times New Roman" w:cs="Times New Roman"/>
          <w:sz w:val="24"/>
          <w:szCs w:val="24"/>
        </w:rPr>
      </w:pPr>
    </w:p>
    <w:p w14:paraId="660A64E7"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EK-3: SOSYAL İNCELEME FORMU</w:t>
      </w:r>
    </w:p>
    <w:p w14:paraId="37CDD114" w14:textId="77777777" w:rsidR="00F7513F" w:rsidRPr="003F4D10" w:rsidRDefault="00F7513F" w:rsidP="00F7513F">
      <w:pPr>
        <w:pStyle w:val="Gvde"/>
        <w:spacing w:after="0"/>
        <w:rPr>
          <w:rFonts w:ascii="Times New Roman" w:eastAsia="Times New Roman" w:hAnsi="Times New Roman" w:cs="Times New Roman"/>
          <w:b/>
          <w:bCs/>
          <w:sz w:val="24"/>
          <w:szCs w:val="24"/>
        </w:rPr>
      </w:pP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hAnsi="Times New Roman"/>
          <w:b/>
          <w:bCs/>
          <w:i/>
          <w:iCs/>
          <w:sz w:val="24"/>
          <w:szCs w:val="24"/>
          <w:u w:val="single"/>
        </w:rPr>
        <w:t xml:space="preserve">Tarih :     /     /   </w:t>
      </w:r>
    </w:p>
    <w:p w14:paraId="6DDAB9F7"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r>
      <w:r w:rsidRPr="003F4D10">
        <w:rPr>
          <w:rFonts w:ascii="Times New Roman" w:hAnsi="Times New Roman"/>
          <w:b/>
          <w:bCs/>
          <w:sz w:val="24"/>
          <w:szCs w:val="24"/>
        </w:rPr>
        <w:tab/>
        <w:t xml:space="preserve">: </w:t>
      </w:r>
      <w:proofErr w:type="gramStart"/>
      <w:r w:rsidRPr="003F4D10">
        <w:rPr>
          <w:rFonts w:ascii="Times New Roman" w:hAnsi="Times New Roman"/>
          <w:b/>
          <w:bCs/>
          <w:sz w:val="24"/>
          <w:szCs w:val="24"/>
        </w:rPr>
        <w:t>………………………………………………….…</w:t>
      </w:r>
      <w:proofErr w:type="gramEnd"/>
    </w:p>
    <w:p w14:paraId="7B1D206E"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 Numarası</w:t>
      </w:r>
      <w:r w:rsidRPr="003F4D10">
        <w:rPr>
          <w:rFonts w:ascii="Times New Roman" w:hAnsi="Times New Roman"/>
          <w:b/>
          <w:bCs/>
          <w:sz w:val="24"/>
          <w:szCs w:val="24"/>
        </w:rPr>
        <w:tab/>
        <w:t>: …………………………………………………………</w:t>
      </w:r>
    </w:p>
    <w:p w14:paraId="277204CA"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5C2E715A"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7CBF7DD5" w14:textId="77777777" w:rsidR="00F7513F" w:rsidRPr="003F4D10" w:rsidRDefault="00F7513F" w:rsidP="00F7513F">
      <w:pPr>
        <w:pStyle w:val="Gvde"/>
        <w:spacing w:line="360" w:lineRule="auto"/>
        <w:rPr>
          <w:rFonts w:ascii="Times New Roman" w:eastAsia="Times New Roman" w:hAnsi="Times New Roman" w:cs="Times New Roman"/>
          <w:b/>
          <w:bCs/>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p w14:paraId="594B430C" w14:textId="77777777" w:rsidR="00F7513F" w:rsidRPr="003F4D10" w:rsidRDefault="00F7513F" w:rsidP="00F7513F">
      <w:pPr>
        <w:pStyle w:val="Default"/>
      </w:pPr>
    </w:p>
    <w:p w14:paraId="37580824" w14:textId="77777777" w:rsidR="00F7513F" w:rsidRPr="003F4D10" w:rsidRDefault="00F7513F" w:rsidP="00F7513F">
      <w:pPr>
        <w:pStyle w:val="Default"/>
        <w:spacing w:after="285"/>
        <w:jc w:val="both"/>
      </w:pPr>
      <w:r w:rsidRPr="003F4D10">
        <w:rPr>
          <w:b/>
          <w:bCs/>
        </w:rPr>
        <w:t>1.Kimlik Bilgileri:</w:t>
      </w:r>
    </w:p>
    <w:p w14:paraId="27D97D12" w14:textId="77777777" w:rsidR="00F7513F" w:rsidRPr="003F4D10" w:rsidRDefault="00F7513F" w:rsidP="00F7513F">
      <w:pPr>
        <w:pStyle w:val="Default"/>
        <w:spacing w:after="285"/>
        <w:jc w:val="both"/>
      </w:pPr>
      <w:r w:rsidRPr="003F4D10">
        <w:t>Bu bölümde müracaatçının adı, cinsiyeti, doğum yeri ve yılı, adresi ile kuruluşa başvurma biçimi ve başvuru nedeni hakkında bilgilere yer verilir. Ayrıca başvurunun kim tarafından ve hangi gerekçeyle yapıldığı, incelemenin hangi amaçla gerçekleştirildiği ve raporun hangi kurumsal süreç kapsamında hazırlandığı belirtilir.</w:t>
      </w:r>
    </w:p>
    <w:p w14:paraId="0C0E64F5" w14:textId="119BFA2E" w:rsidR="00F7513F" w:rsidRPr="003F4D10" w:rsidRDefault="00F7513F" w:rsidP="00F7513F">
      <w:pPr>
        <w:pStyle w:val="Default"/>
        <w:spacing w:after="285"/>
        <w:jc w:val="both"/>
      </w:pPr>
      <w:r w:rsidRPr="003F4D10">
        <w:rPr>
          <w:b/>
          <w:bCs/>
        </w:rPr>
        <w:t>2. Bilgi Toplama Yolları ve Kullanılan Kaynaklar:</w:t>
      </w:r>
    </w:p>
    <w:p w14:paraId="5C8093ED" w14:textId="77777777" w:rsidR="00F7513F" w:rsidRPr="003F4D10" w:rsidRDefault="00F7513F" w:rsidP="00F7513F">
      <w:pPr>
        <w:pStyle w:val="Default"/>
        <w:spacing w:after="285"/>
        <w:jc w:val="both"/>
      </w:pPr>
      <w:r w:rsidRPr="003F4D10">
        <w:t>Bu bölümde sosyal inceleme raporunun hazırlanması sürecinde başvurulan bilgi kaynakları açıklanır. Müracaatçı ile yapılan görüşmelerin, aile bireyleriyle gerçekleştirilen temasların, ziyaret edilen kişi ve kurumların, yapılan ev ya da kurum ziyaretlerinin, incelenen belge ve kayıtların neler olduğu belirtilir. Görüşme ve ziyaretlerin sayısı, nerelerde gerçekleştirildiği ve bilgi alınamayan kişi ya da kurumlar da bu bölümde açıklanır. Böylece raporun hangi verilere dayandığı açık ve sistematik biçimde ortaya konulur.</w:t>
      </w:r>
    </w:p>
    <w:p w14:paraId="05A45E36" w14:textId="5DCEAAF0" w:rsidR="00F7513F" w:rsidRPr="003F4D10" w:rsidRDefault="00F7513F" w:rsidP="00F7513F">
      <w:pPr>
        <w:pStyle w:val="Default"/>
        <w:spacing w:after="285"/>
        <w:jc w:val="both"/>
      </w:pPr>
      <w:r w:rsidRPr="003F4D10">
        <w:rPr>
          <w:b/>
          <w:bCs/>
        </w:rPr>
        <w:t>3. Değerlendirme:</w:t>
      </w:r>
    </w:p>
    <w:p w14:paraId="068494E2" w14:textId="77777777" w:rsidR="00F7513F" w:rsidRPr="003F4D10" w:rsidRDefault="00F7513F" w:rsidP="00F7513F">
      <w:pPr>
        <w:pStyle w:val="Default"/>
        <w:spacing w:after="285"/>
        <w:jc w:val="both"/>
      </w:pPr>
      <w:r w:rsidRPr="003F4D10">
        <w:t>Bu bölümde toplanan bilgiler düzenli ve analitik bir çerçevede sunulur. Amaç, müracaatçının durumunu yalnızca betimlemek değil; sorunun ortaya çıkışını, sürdürülmesini ve çözümlenmesini etkileyen etmenleri sosyal hizmet perspektifiyle değerlendirmektir.</w:t>
      </w:r>
    </w:p>
    <w:p w14:paraId="7278C8C6" w14:textId="40F8092B" w:rsidR="00F7513F" w:rsidRPr="003F4D10" w:rsidRDefault="00F7513F" w:rsidP="00F7513F">
      <w:pPr>
        <w:pStyle w:val="Default"/>
        <w:spacing w:after="285"/>
        <w:jc w:val="both"/>
      </w:pPr>
      <w:r w:rsidRPr="003F4D10">
        <w:rPr>
          <w:b/>
          <w:bCs/>
          <w:i/>
          <w:iCs/>
        </w:rPr>
        <w:t>3.1. Müracaatçının sorununa ilişkin bilgiler:</w:t>
      </w:r>
    </w:p>
    <w:p w14:paraId="30BD12D1" w14:textId="77777777" w:rsidR="00F7513F" w:rsidRPr="003F4D10" w:rsidRDefault="00F7513F" w:rsidP="00F7513F">
      <w:pPr>
        <w:pStyle w:val="Default"/>
        <w:spacing w:after="285"/>
        <w:jc w:val="both"/>
      </w:pPr>
      <w:r w:rsidRPr="003F4D10">
        <w:t>Bu alt bölümde sorunun ne zaman ve nasıl ortaya çıktığı, müracaatçının soruna ilişkin farkındalık düzeyi, sorunu çözme konusundaki istekliliği ve motivasyonu ele alınır. Sorunun bireysel, ailesel, sosyal ve çevresel boyutları mümkün olduğunca açık biçimde ortaya konulur.</w:t>
      </w:r>
    </w:p>
    <w:p w14:paraId="12BA17FC" w14:textId="034CB4B4" w:rsidR="00F7513F" w:rsidRPr="003F4D10" w:rsidRDefault="00F7513F" w:rsidP="00F7513F">
      <w:pPr>
        <w:pStyle w:val="Default"/>
        <w:spacing w:after="285"/>
        <w:jc w:val="both"/>
      </w:pPr>
      <w:r w:rsidRPr="003F4D10">
        <w:rPr>
          <w:b/>
          <w:bCs/>
          <w:i/>
          <w:iCs/>
        </w:rPr>
        <w:lastRenderedPageBreak/>
        <w:t>3.2. Müracaatçının bireysel özellikleri ve güçlerine ilişkin bilgiler:</w:t>
      </w:r>
    </w:p>
    <w:p w14:paraId="3BA250A7" w14:textId="20E0DDE6" w:rsidR="00F7513F" w:rsidRPr="003F4D10" w:rsidRDefault="00F7513F" w:rsidP="00F7513F">
      <w:pPr>
        <w:pStyle w:val="Default"/>
        <w:jc w:val="both"/>
      </w:pPr>
      <w:r w:rsidRPr="003F4D10">
        <w:t>Bu bölümde sorunun ortaya çıkmasında ya da sürdürülmesinde etkili olabilecek bireysel özellikler üzerinde durulur. Müracaatçının psikososyal durumu, bedensel sağlık durumu, gelişimsel özellikleri, engellilik durumu, duygu durumu, iletişim biçimi, problem çözme becerisi, ilişki kurma kapasitesi ve güçlü yönleri değerlendirilir. Ayrıca müracaatçının görüşmeler sırasındaki tutumu, iş birliği düzeyi ve sosyal hizmet uzmanı ile kurduğu iletişimin niteliği de bu bölümde yer alır.</w:t>
      </w:r>
    </w:p>
    <w:p w14:paraId="055BE197" w14:textId="77777777" w:rsidR="00F7513F" w:rsidRPr="003F4D10" w:rsidRDefault="00F7513F" w:rsidP="00F7513F">
      <w:pPr>
        <w:pStyle w:val="Default"/>
        <w:jc w:val="both"/>
      </w:pPr>
    </w:p>
    <w:p w14:paraId="5AC772E5" w14:textId="77777777" w:rsidR="00F7513F" w:rsidRPr="003F4D10" w:rsidRDefault="00F7513F" w:rsidP="00F7513F">
      <w:pPr>
        <w:pStyle w:val="Default"/>
        <w:spacing w:after="293"/>
        <w:jc w:val="both"/>
      </w:pPr>
      <w:r w:rsidRPr="003F4D10">
        <w:rPr>
          <w:b/>
          <w:bCs/>
          <w:i/>
          <w:iCs/>
        </w:rPr>
        <w:t>3.3. Sosyal çevreye ilişkin bilgiler:</w:t>
      </w:r>
    </w:p>
    <w:p w14:paraId="13181A42" w14:textId="476EF4CE" w:rsidR="00F7513F" w:rsidRPr="003F4D10" w:rsidRDefault="00F7513F" w:rsidP="00F7513F">
      <w:pPr>
        <w:pStyle w:val="Default"/>
        <w:spacing w:after="293"/>
        <w:jc w:val="both"/>
      </w:pPr>
      <w:r w:rsidRPr="003F4D10">
        <w:t>Bu alt bölümde aile, akrabalık ilişkileri, okul, iş yaşamı, ekonomik durum, sosyal destek kaynakları, yaşanılan çevre, kültürel yapı ve toplumsal koşullar ile müracaatçının sorunu arasındaki ilişki ele alınır. Müracaatçı, “çevresi içinde birey” anlayışı doğrultusunda değerlendirilir. Çünkü çevre, sistem yaklaşımı çerçevesinde yalnızca sorunların ortaya çıkışında değil, çözüm sürecinde de önemli bir kaynak niteliği taşır.</w:t>
      </w:r>
    </w:p>
    <w:p w14:paraId="6CEBB0AF" w14:textId="308FAE22" w:rsidR="00F7513F" w:rsidRPr="003F4D10" w:rsidRDefault="00F7513F" w:rsidP="00F7513F">
      <w:pPr>
        <w:pStyle w:val="Default"/>
        <w:spacing w:after="293"/>
        <w:jc w:val="both"/>
      </w:pPr>
      <w:r w:rsidRPr="003F4D10">
        <w:rPr>
          <w:b/>
          <w:bCs/>
          <w:i/>
          <w:iCs/>
        </w:rPr>
        <w:t>3.4. Sorunun ortaya çıkışı ve çözüm yollarına ilişkin değerlendirme:</w:t>
      </w:r>
    </w:p>
    <w:p w14:paraId="1D8D8F1E" w14:textId="72C819E6" w:rsidR="00F7513F" w:rsidRPr="003F4D10" w:rsidRDefault="00F7513F" w:rsidP="00F7513F">
      <w:pPr>
        <w:pStyle w:val="Default"/>
        <w:jc w:val="both"/>
      </w:pPr>
      <w:r w:rsidRPr="003F4D10">
        <w:t>Bu bölümde sosyal hizmet uzmanı, toplanan tüm bilgileri birlikte değerlendirerek mesleki kanaatini ortaya koyar. Sorunun ortaya çıkmasına ve sürmesine katkıda bulunan temel etmenler belirlenir; müracaatçının ihtiyaçları, risk etmenleri, güçlü yönleri ve yararlanabileceği kaynaklar analiz edilir. Ayrıca mevcut koşullar çerçevesinde sorunun çözümüne yönelik olası yollar, hizmete erişim olanakları ve öncelikli müdahale alanları tartışılır.</w:t>
      </w:r>
    </w:p>
    <w:p w14:paraId="5AB83F5F" w14:textId="77777777" w:rsidR="00F7513F" w:rsidRPr="003F4D10" w:rsidRDefault="00F7513F" w:rsidP="00F7513F">
      <w:pPr>
        <w:pStyle w:val="Default"/>
      </w:pPr>
    </w:p>
    <w:p w14:paraId="696418AB" w14:textId="77777777" w:rsidR="00F7513F" w:rsidRPr="003F4D10" w:rsidRDefault="00F7513F" w:rsidP="00F7513F">
      <w:pPr>
        <w:pStyle w:val="Default"/>
        <w:spacing w:after="284"/>
        <w:jc w:val="both"/>
      </w:pPr>
      <w:r w:rsidRPr="003F4D10">
        <w:rPr>
          <w:b/>
          <w:bCs/>
        </w:rPr>
        <w:t>4. Müdahale planı:</w:t>
      </w:r>
    </w:p>
    <w:p w14:paraId="7CB208AF" w14:textId="77777777" w:rsidR="00F7513F" w:rsidRPr="00F7513F" w:rsidRDefault="00F7513F" w:rsidP="00F7513F">
      <w:pPr>
        <w:spacing w:before="100" w:beforeAutospacing="1" w:after="100" w:afterAutospacing="1" w:line="240" w:lineRule="auto"/>
        <w:rPr>
          <w:rFonts w:cs="Times New Roman"/>
          <w:sz w:val="24"/>
          <w:szCs w:val="24"/>
          <w:lang w:val="tr-TR" w:eastAsia="tr-TR"/>
        </w:rPr>
      </w:pPr>
      <w:r w:rsidRPr="00F7513F">
        <w:rPr>
          <w:rFonts w:cs="Times New Roman"/>
          <w:sz w:val="24"/>
          <w:szCs w:val="24"/>
          <w:lang w:val="tr-TR" w:eastAsia="tr-TR"/>
        </w:rPr>
        <w:t>Bu bölümde, yapılan değerlendirmeye dayalı olarak hangi sistemlerde, hangi düzeyde ve nasıl bir değişim hedeflendiği ayrıntılı biçimde planlanır. Müdahale planı aynı zamanda çalışılan kuruluşa sunulan mesleki yol haritasını oluşturur. Bu plan hazırlanırken yasal olanaklar ve sınırlılıklar, kurumsal politikalar, müracaatçının gereksinimleri ve mevcut kaynak sistemler birlikte göz önünde bulundurulur.</w:t>
      </w:r>
    </w:p>
    <w:p w14:paraId="550426B9" w14:textId="77777777" w:rsidR="00F7513F" w:rsidRPr="00F7513F" w:rsidRDefault="00F7513F" w:rsidP="00F7513F">
      <w:pPr>
        <w:spacing w:before="100" w:beforeAutospacing="1" w:after="100" w:afterAutospacing="1" w:line="240" w:lineRule="auto"/>
        <w:rPr>
          <w:rFonts w:cs="Times New Roman"/>
          <w:sz w:val="24"/>
          <w:szCs w:val="24"/>
          <w:lang w:val="tr-TR" w:eastAsia="tr-TR"/>
        </w:rPr>
      </w:pPr>
      <w:r w:rsidRPr="00F7513F">
        <w:rPr>
          <w:rFonts w:cs="Times New Roman"/>
          <w:sz w:val="24"/>
          <w:szCs w:val="24"/>
          <w:lang w:val="tr-TR" w:eastAsia="tr-TR"/>
        </w:rPr>
        <w:t>Müdahale planında aşağıdaki unsurlara yer verilir:</w:t>
      </w:r>
    </w:p>
    <w:p w14:paraId="1B4E5882" w14:textId="77777777" w:rsidR="00F7513F" w:rsidRPr="00F7513F" w:rsidRDefault="00F7513F" w:rsidP="00F7513F">
      <w:pPr>
        <w:numPr>
          <w:ilvl w:val="0"/>
          <w:numId w:val="32"/>
        </w:numPr>
        <w:spacing w:before="100" w:beforeAutospacing="1" w:after="100" w:afterAutospacing="1" w:line="240" w:lineRule="auto"/>
        <w:rPr>
          <w:rFonts w:cs="Times New Roman"/>
          <w:sz w:val="24"/>
          <w:szCs w:val="24"/>
          <w:lang w:val="tr-TR" w:eastAsia="tr-TR"/>
        </w:rPr>
      </w:pPr>
      <w:proofErr w:type="gramStart"/>
      <w:r w:rsidRPr="00F7513F">
        <w:rPr>
          <w:rFonts w:cs="Times New Roman"/>
          <w:sz w:val="24"/>
          <w:szCs w:val="24"/>
          <w:lang w:val="tr-TR" w:eastAsia="tr-TR"/>
        </w:rPr>
        <w:t>değiştirilmesi</w:t>
      </w:r>
      <w:proofErr w:type="gramEnd"/>
      <w:r w:rsidRPr="00F7513F">
        <w:rPr>
          <w:rFonts w:cs="Times New Roman"/>
          <w:sz w:val="24"/>
          <w:szCs w:val="24"/>
          <w:lang w:val="tr-TR" w:eastAsia="tr-TR"/>
        </w:rPr>
        <w:t xml:space="preserve">, güçlendirilmesi ya da desteklenmesi gereken sistemler, </w:t>
      </w:r>
    </w:p>
    <w:p w14:paraId="27A629C7" w14:textId="77777777" w:rsidR="00F7513F" w:rsidRPr="00F7513F" w:rsidRDefault="00F7513F" w:rsidP="00F7513F">
      <w:pPr>
        <w:numPr>
          <w:ilvl w:val="0"/>
          <w:numId w:val="32"/>
        </w:numPr>
        <w:spacing w:before="100" w:beforeAutospacing="1" w:after="100" w:afterAutospacing="1" w:line="240" w:lineRule="auto"/>
        <w:rPr>
          <w:rFonts w:cs="Times New Roman"/>
          <w:sz w:val="24"/>
          <w:szCs w:val="24"/>
          <w:lang w:val="tr-TR" w:eastAsia="tr-TR"/>
        </w:rPr>
      </w:pPr>
      <w:proofErr w:type="gramStart"/>
      <w:r w:rsidRPr="00F7513F">
        <w:rPr>
          <w:rFonts w:cs="Times New Roman"/>
          <w:sz w:val="24"/>
          <w:szCs w:val="24"/>
          <w:lang w:val="tr-TR" w:eastAsia="tr-TR"/>
        </w:rPr>
        <w:t>müdahalenin</w:t>
      </w:r>
      <w:proofErr w:type="gramEnd"/>
      <w:r w:rsidRPr="00F7513F">
        <w:rPr>
          <w:rFonts w:cs="Times New Roman"/>
          <w:sz w:val="24"/>
          <w:szCs w:val="24"/>
          <w:lang w:val="tr-TR" w:eastAsia="tr-TR"/>
        </w:rPr>
        <w:t xml:space="preserve"> mikro, </w:t>
      </w:r>
      <w:proofErr w:type="spellStart"/>
      <w:r w:rsidRPr="00F7513F">
        <w:rPr>
          <w:rFonts w:cs="Times New Roman"/>
          <w:sz w:val="24"/>
          <w:szCs w:val="24"/>
          <w:lang w:val="tr-TR" w:eastAsia="tr-TR"/>
        </w:rPr>
        <w:t>mezzo</w:t>
      </w:r>
      <w:proofErr w:type="spellEnd"/>
      <w:r w:rsidRPr="00F7513F">
        <w:rPr>
          <w:rFonts w:cs="Times New Roman"/>
          <w:sz w:val="24"/>
          <w:szCs w:val="24"/>
          <w:lang w:val="tr-TR" w:eastAsia="tr-TR"/>
        </w:rPr>
        <w:t xml:space="preserve"> ve makro düzeyleri, </w:t>
      </w:r>
    </w:p>
    <w:p w14:paraId="2C9D73C3" w14:textId="77777777" w:rsidR="00F7513F" w:rsidRPr="00F7513F" w:rsidRDefault="00F7513F" w:rsidP="00F7513F">
      <w:pPr>
        <w:numPr>
          <w:ilvl w:val="0"/>
          <w:numId w:val="32"/>
        </w:numPr>
        <w:spacing w:before="100" w:beforeAutospacing="1" w:after="100" w:afterAutospacing="1" w:line="240" w:lineRule="auto"/>
        <w:rPr>
          <w:rFonts w:cs="Times New Roman"/>
          <w:sz w:val="24"/>
          <w:szCs w:val="24"/>
          <w:lang w:val="tr-TR" w:eastAsia="tr-TR"/>
        </w:rPr>
      </w:pPr>
      <w:proofErr w:type="gramStart"/>
      <w:r w:rsidRPr="00F7513F">
        <w:rPr>
          <w:rFonts w:cs="Times New Roman"/>
          <w:sz w:val="24"/>
          <w:szCs w:val="24"/>
          <w:lang w:val="tr-TR" w:eastAsia="tr-TR"/>
        </w:rPr>
        <w:t>sosyal</w:t>
      </w:r>
      <w:proofErr w:type="gramEnd"/>
      <w:r w:rsidRPr="00F7513F">
        <w:rPr>
          <w:rFonts w:cs="Times New Roman"/>
          <w:sz w:val="24"/>
          <w:szCs w:val="24"/>
          <w:lang w:val="tr-TR" w:eastAsia="tr-TR"/>
        </w:rPr>
        <w:t xml:space="preserve"> hizmet uzmanının üstleneceği roller, </w:t>
      </w:r>
    </w:p>
    <w:p w14:paraId="2F6EC9B8" w14:textId="77777777" w:rsidR="00F7513F" w:rsidRPr="00F7513F" w:rsidRDefault="00F7513F" w:rsidP="00F7513F">
      <w:pPr>
        <w:numPr>
          <w:ilvl w:val="0"/>
          <w:numId w:val="32"/>
        </w:numPr>
        <w:spacing w:before="100" w:beforeAutospacing="1" w:after="100" w:afterAutospacing="1" w:line="240" w:lineRule="auto"/>
        <w:rPr>
          <w:rFonts w:cs="Times New Roman"/>
          <w:sz w:val="24"/>
          <w:szCs w:val="24"/>
          <w:lang w:val="tr-TR" w:eastAsia="tr-TR"/>
        </w:rPr>
      </w:pPr>
      <w:proofErr w:type="gramStart"/>
      <w:r w:rsidRPr="00F7513F">
        <w:rPr>
          <w:rFonts w:cs="Times New Roman"/>
          <w:sz w:val="24"/>
          <w:szCs w:val="24"/>
          <w:lang w:val="tr-TR" w:eastAsia="tr-TR"/>
        </w:rPr>
        <w:t>müracaatçı</w:t>
      </w:r>
      <w:proofErr w:type="gramEnd"/>
      <w:r w:rsidRPr="00F7513F">
        <w:rPr>
          <w:rFonts w:cs="Times New Roman"/>
          <w:sz w:val="24"/>
          <w:szCs w:val="24"/>
          <w:lang w:val="tr-TR" w:eastAsia="tr-TR"/>
        </w:rPr>
        <w:t xml:space="preserve"> ve ilgili kaynak sistemlerle yapılacak çalışmaların amaç ve alt amaçları, </w:t>
      </w:r>
    </w:p>
    <w:p w14:paraId="483D756E" w14:textId="77777777" w:rsidR="00F7513F" w:rsidRPr="00F7513F" w:rsidRDefault="00F7513F" w:rsidP="00F7513F">
      <w:pPr>
        <w:numPr>
          <w:ilvl w:val="0"/>
          <w:numId w:val="32"/>
        </w:numPr>
        <w:spacing w:before="100" w:beforeAutospacing="1" w:after="100" w:afterAutospacing="1" w:line="240" w:lineRule="auto"/>
        <w:rPr>
          <w:rFonts w:cs="Times New Roman"/>
          <w:sz w:val="24"/>
          <w:szCs w:val="24"/>
          <w:lang w:val="tr-TR" w:eastAsia="tr-TR"/>
        </w:rPr>
      </w:pPr>
      <w:proofErr w:type="gramStart"/>
      <w:r w:rsidRPr="00F7513F">
        <w:rPr>
          <w:rFonts w:cs="Times New Roman"/>
          <w:sz w:val="24"/>
          <w:szCs w:val="24"/>
          <w:lang w:val="tr-TR" w:eastAsia="tr-TR"/>
        </w:rPr>
        <w:t>müdahalelerin</w:t>
      </w:r>
      <w:proofErr w:type="gramEnd"/>
      <w:r w:rsidRPr="00F7513F">
        <w:rPr>
          <w:rFonts w:cs="Times New Roman"/>
          <w:sz w:val="24"/>
          <w:szCs w:val="24"/>
          <w:lang w:val="tr-TR" w:eastAsia="tr-TR"/>
        </w:rPr>
        <w:t xml:space="preserve"> süresi, yeri ve zamanı, </w:t>
      </w:r>
    </w:p>
    <w:p w14:paraId="78CED1C7" w14:textId="77777777" w:rsidR="00F7513F" w:rsidRPr="00F7513F" w:rsidRDefault="00F7513F" w:rsidP="00F7513F">
      <w:pPr>
        <w:numPr>
          <w:ilvl w:val="0"/>
          <w:numId w:val="32"/>
        </w:numPr>
        <w:spacing w:before="100" w:beforeAutospacing="1" w:after="100" w:afterAutospacing="1" w:line="240" w:lineRule="auto"/>
        <w:rPr>
          <w:rFonts w:cs="Times New Roman"/>
          <w:sz w:val="24"/>
          <w:szCs w:val="24"/>
          <w:lang w:val="tr-TR" w:eastAsia="tr-TR"/>
        </w:rPr>
      </w:pPr>
      <w:proofErr w:type="gramStart"/>
      <w:r w:rsidRPr="00F7513F">
        <w:rPr>
          <w:rFonts w:cs="Times New Roman"/>
          <w:sz w:val="24"/>
          <w:szCs w:val="24"/>
          <w:lang w:val="tr-TR" w:eastAsia="tr-TR"/>
        </w:rPr>
        <w:t>izleme</w:t>
      </w:r>
      <w:proofErr w:type="gramEnd"/>
      <w:r w:rsidRPr="00F7513F">
        <w:rPr>
          <w:rFonts w:cs="Times New Roman"/>
          <w:sz w:val="24"/>
          <w:szCs w:val="24"/>
          <w:lang w:val="tr-TR" w:eastAsia="tr-TR"/>
        </w:rPr>
        <w:t xml:space="preserve"> ve yeniden değerlendirme ölçütleri. </w:t>
      </w:r>
    </w:p>
    <w:p w14:paraId="3152B0D0" w14:textId="77777777" w:rsidR="00F7513F" w:rsidRPr="00F7513F" w:rsidRDefault="00F7513F" w:rsidP="00F7513F">
      <w:pPr>
        <w:spacing w:before="100" w:beforeAutospacing="1" w:after="100" w:afterAutospacing="1" w:line="240" w:lineRule="auto"/>
        <w:rPr>
          <w:rFonts w:cs="Times New Roman"/>
          <w:sz w:val="24"/>
          <w:szCs w:val="24"/>
          <w:lang w:val="tr-TR" w:eastAsia="tr-TR"/>
        </w:rPr>
      </w:pPr>
      <w:r w:rsidRPr="00F7513F">
        <w:rPr>
          <w:rFonts w:cs="Times New Roman"/>
          <w:sz w:val="24"/>
          <w:szCs w:val="24"/>
          <w:lang w:val="tr-TR" w:eastAsia="tr-TR"/>
        </w:rPr>
        <w:t>Müdahale planı, yalnızca öneri niteliğinde bir liste değil; müracaatçının ihtiyaçlarına uygun, uygulanabilir ve izlenebilir bir mesleki plan niteliğinde hazırlanmalıdır.</w:t>
      </w:r>
    </w:p>
    <w:p w14:paraId="71E7862A" w14:textId="77777777" w:rsidR="00F7513F" w:rsidRPr="003F4D10" w:rsidRDefault="00F7513F" w:rsidP="00F7513F">
      <w:pPr>
        <w:rPr>
          <w:b/>
          <w:bCs/>
          <w:sz w:val="24"/>
          <w:szCs w:val="24"/>
          <w:lang w:val="tr-TR"/>
        </w:rPr>
      </w:pPr>
      <w:r w:rsidRPr="003F4D10">
        <w:rPr>
          <w:b/>
          <w:bCs/>
          <w:sz w:val="24"/>
          <w:szCs w:val="24"/>
          <w:lang w:val="tr-TR"/>
        </w:rPr>
        <w:t>5. Sonuç ve Mesleki Kanaat</w:t>
      </w:r>
    </w:p>
    <w:p w14:paraId="5A12EDFF" w14:textId="77777777" w:rsidR="00F7513F" w:rsidRPr="003F4D10" w:rsidRDefault="00F7513F" w:rsidP="00F7513F">
      <w:pPr>
        <w:pStyle w:val="NormalWeb"/>
      </w:pPr>
      <w:r w:rsidRPr="003F4D10">
        <w:t xml:space="preserve">Bu bölümde sosyal inceleme raporunun genel sonucu özetlenir. Müracaatçının temel ihtiyaç alanları, öncelikli sorunları, yararlanabileceği hizmet ve destek mekanizmaları ile önerilen </w:t>
      </w:r>
      <w:r w:rsidRPr="003F4D10">
        <w:lastRenderedPageBreak/>
        <w:t>mesleki işlem kısaca belirtilir. Gerekli görüldüğünde, müracaatçının yönlendirilmesi gereken kurum ve hizmetler ile izlem gereksinimi de bu bölümde ifade edilir.</w:t>
      </w:r>
    </w:p>
    <w:p w14:paraId="1DDA3C78" w14:textId="77777777" w:rsidR="00F7513F" w:rsidRPr="003F4D10" w:rsidRDefault="00F7513F" w:rsidP="00F7513F">
      <w:pPr>
        <w:pStyle w:val="Gvde"/>
        <w:spacing w:after="0"/>
        <w:jc w:val="center"/>
        <w:rPr>
          <w:rFonts w:ascii="Times New Roman" w:hAnsi="Times New Roman"/>
          <w:b/>
          <w:bCs/>
          <w:sz w:val="24"/>
          <w:szCs w:val="24"/>
        </w:rPr>
      </w:pPr>
    </w:p>
    <w:p w14:paraId="3A2C7432" w14:textId="77777777" w:rsidR="00F7513F" w:rsidRPr="003F4D10" w:rsidRDefault="00F7513F" w:rsidP="00F7513F">
      <w:pPr>
        <w:pStyle w:val="Gvde"/>
        <w:spacing w:after="0"/>
        <w:jc w:val="center"/>
        <w:rPr>
          <w:rFonts w:ascii="Times New Roman" w:hAnsi="Times New Roman"/>
          <w:b/>
          <w:bCs/>
          <w:sz w:val="24"/>
          <w:szCs w:val="24"/>
        </w:rPr>
      </w:pPr>
    </w:p>
    <w:p w14:paraId="6C18AD09" w14:textId="77777777" w:rsidR="00F7513F" w:rsidRPr="003F4D10" w:rsidRDefault="00F7513F" w:rsidP="00F7513F">
      <w:pPr>
        <w:pStyle w:val="Gvde"/>
        <w:spacing w:after="0"/>
        <w:jc w:val="center"/>
        <w:rPr>
          <w:rFonts w:ascii="Times New Roman" w:hAnsi="Times New Roman"/>
          <w:b/>
          <w:bCs/>
          <w:sz w:val="24"/>
          <w:szCs w:val="24"/>
        </w:rPr>
      </w:pPr>
    </w:p>
    <w:p w14:paraId="36DB6936" w14:textId="77777777" w:rsidR="00F7513F" w:rsidRPr="003F4D10" w:rsidRDefault="00F7513F" w:rsidP="00F7513F">
      <w:pPr>
        <w:pStyle w:val="Gvde"/>
        <w:spacing w:after="0"/>
        <w:jc w:val="center"/>
        <w:rPr>
          <w:rFonts w:ascii="Times New Roman" w:hAnsi="Times New Roman"/>
          <w:b/>
          <w:bCs/>
          <w:sz w:val="24"/>
          <w:szCs w:val="24"/>
        </w:rPr>
      </w:pPr>
    </w:p>
    <w:p w14:paraId="74612BA1" w14:textId="77777777" w:rsidR="00F7513F" w:rsidRPr="003F4D10" w:rsidRDefault="00F7513F" w:rsidP="00F7513F">
      <w:pPr>
        <w:pStyle w:val="Gvde"/>
        <w:spacing w:after="0"/>
        <w:jc w:val="center"/>
        <w:rPr>
          <w:rFonts w:ascii="Times New Roman" w:hAnsi="Times New Roman"/>
          <w:b/>
          <w:bCs/>
          <w:sz w:val="24"/>
          <w:szCs w:val="24"/>
        </w:rPr>
      </w:pPr>
    </w:p>
    <w:p w14:paraId="29F2778E" w14:textId="77777777" w:rsidR="00F7513F" w:rsidRPr="003F4D10" w:rsidRDefault="00F7513F" w:rsidP="00F7513F">
      <w:pPr>
        <w:pStyle w:val="Gvde"/>
        <w:spacing w:after="0"/>
        <w:jc w:val="center"/>
        <w:rPr>
          <w:rFonts w:ascii="Times New Roman" w:hAnsi="Times New Roman"/>
          <w:b/>
          <w:bCs/>
          <w:sz w:val="24"/>
          <w:szCs w:val="24"/>
        </w:rPr>
      </w:pPr>
    </w:p>
    <w:p w14:paraId="4014053F" w14:textId="77777777" w:rsidR="00F7513F" w:rsidRPr="003F4D10" w:rsidRDefault="00F7513F" w:rsidP="00F7513F">
      <w:pPr>
        <w:pStyle w:val="Gvde"/>
        <w:spacing w:after="0"/>
        <w:jc w:val="center"/>
        <w:rPr>
          <w:rFonts w:ascii="Times New Roman" w:hAnsi="Times New Roman"/>
          <w:b/>
          <w:bCs/>
          <w:sz w:val="24"/>
          <w:szCs w:val="24"/>
        </w:rPr>
      </w:pPr>
    </w:p>
    <w:p w14:paraId="1330A58C" w14:textId="77777777" w:rsidR="00F7513F" w:rsidRPr="003F4D10" w:rsidRDefault="00F7513F" w:rsidP="00F7513F">
      <w:pPr>
        <w:pStyle w:val="Gvde"/>
        <w:spacing w:after="0"/>
        <w:jc w:val="center"/>
        <w:rPr>
          <w:rFonts w:ascii="Times New Roman" w:hAnsi="Times New Roman"/>
          <w:b/>
          <w:bCs/>
          <w:sz w:val="24"/>
          <w:szCs w:val="24"/>
        </w:rPr>
      </w:pPr>
    </w:p>
    <w:p w14:paraId="0E6E3DEC" w14:textId="77777777" w:rsidR="00F7513F" w:rsidRPr="003F4D10" w:rsidRDefault="00F7513F" w:rsidP="00F7513F">
      <w:pPr>
        <w:pStyle w:val="Gvde"/>
        <w:spacing w:after="0"/>
        <w:jc w:val="center"/>
        <w:rPr>
          <w:rFonts w:ascii="Times New Roman" w:hAnsi="Times New Roman"/>
          <w:b/>
          <w:bCs/>
          <w:sz w:val="24"/>
          <w:szCs w:val="24"/>
        </w:rPr>
      </w:pPr>
    </w:p>
    <w:p w14:paraId="5AEF8109" w14:textId="77777777" w:rsidR="00F7513F" w:rsidRPr="003F4D10" w:rsidRDefault="00F7513F" w:rsidP="00F7513F">
      <w:pPr>
        <w:pStyle w:val="Gvde"/>
        <w:spacing w:after="0"/>
        <w:jc w:val="center"/>
        <w:rPr>
          <w:rFonts w:ascii="Times New Roman" w:hAnsi="Times New Roman"/>
          <w:b/>
          <w:bCs/>
          <w:sz w:val="24"/>
          <w:szCs w:val="24"/>
        </w:rPr>
      </w:pPr>
    </w:p>
    <w:p w14:paraId="032027D2" w14:textId="77777777" w:rsidR="00F7513F" w:rsidRPr="003F4D10" w:rsidRDefault="00F7513F" w:rsidP="00F7513F">
      <w:pPr>
        <w:pStyle w:val="Gvde"/>
        <w:spacing w:after="0"/>
        <w:jc w:val="center"/>
        <w:rPr>
          <w:rFonts w:ascii="Times New Roman" w:hAnsi="Times New Roman"/>
          <w:b/>
          <w:bCs/>
          <w:sz w:val="24"/>
          <w:szCs w:val="24"/>
        </w:rPr>
      </w:pPr>
    </w:p>
    <w:p w14:paraId="529E8F01" w14:textId="77777777" w:rsidR="00F7513F" w:rsidRPr="003F4D10" w:rsidRDefault="00F7513F" w:rsidP="00F7513F">
      <w:pPr>
        <w:pStyle w:val="Gvde"/>
        <w:spacing w:after="0"/>
        <w:jc w:val="center"/>
        <w:rPr>
          <w:rFonts w:ascii="Times New Roman" w:hAnsi="Times New Roman"/>
          <w:b/>
          <w:bCs/>
          <w:sz w:val="24"/>
          <w:szCs w:val="24"/>
        </w:rPr>
      </w:pPr>
    </w:p>
    <w:p w14:paraId="7FDE0783" w14:textId="77777777" w:rsidR="00F7513F" w:rsidRPr="003F4D10" w:rsidRDefault="00F7513F" w:rsidP="00F7513F">
      <w:pPr>
        <w:pStyle w:val="Gvde"/>
        <w:spacing w:after="0"/>
        <w:jc w:val="center"/>
        <w:rPr>
          <w:rFonts w:ascii="Times New Roman" w:hAnsi="Times New Roman"/>
          <w:b/>
          <w:bCs/>
          <w:sz w:val="24"/>
          <w:szCs w:val="24"/>
        </w:rPr>
      </w:pPr>
    </w:p>
    <w:p w14:paraId="58AC2B02" w14:textId="77777777" w:rsidR="00F7513F" w:rsidRPr="003F4D10" w:rsidRDefault="00F7513F" w:rsidP="00F7513F">
      <w:pPr>
        <w:pStyle w:val="Gvde"/>
        <w:spacing w:after="0"/>
        <w:jc w:val="center"/>
        <w:rPr>
          <w:rFonts w:ascii="Times New Roman" w:hAnsi="Times New Roman"/>
          <w:b/>
          <w:bCs/>
          <w:sz w:val="24"/>
          <w:szCs w:val="24"/>
        </w:rPr>
      </w:pPr>
    </w:p>
    <w:p w14:paraId="3346342B" w14:textId="77777777" w:rsidR="00F7513F" w:rsidRPr="003F4D10" w:rsidRDefault="00F7513F" w:rsidP="00F7513F">
      <w:pPr>
        <w:pStyle w:val="Gvde"/>
        <w:spacing w:after="0"/>
        <w:jc w:val="center"/>
        <w:rPr>
          <w:rFonts w:ascii="Times New Roman" w:hAnsi="Times New Roman"/>
          <w:b/>
          <w:bCs/>
          <w:sz w:val="24"/>
          <w:szCs w:val="24"/>
        </w:rPr>
      </w:pPr>
    </w:p>
    <w:p w14:paraId="2D199DD4" w14:textId="77777777" w:rsidR="00F7513F" w:rsidRPr="003F4D10" w:rsidRDefault="00F7513F" w:rsidP="00F7513F">
      <w:pPr>
        <w:pStyle w:val="Gvde"/>
        <w:spacing w:after="0"/>
        <w:jc w:val="center"/>
        <w:rPr>
          <w:rFonts w:ascii="Times New Roman" w:hAnsi="Times New Roman"/>
          <w:b/>
          <w:bCs/>
          <w:sz w:val="24"/>
          <w:szCs w:val="24"/>
        </w:rPr>
      </w:pPr>
    </w:p>
    <w:p w14:paraId="0F85E69A" w14:textId="77777777" w:rsidR="00F7513F" w:rsidRPr="003F4D10" w:rsidRDefault="00F7513F" w:rsidP="00F7513F">
      <w:pPr>
        <w:pStyle w:val="Gvde"/>
        <w:spacing w:after="0"/>
        <w:jc w:val="center"/>
        <w:rPr>
          <w:rFonts w:ascii="Times New Roman" w:hAnsi="Times New Roman"/>
          <w:b/>
          <w:bCs/>
          <w:sz w:val="24"/>
          <w:szCs w:val="24"/>
        </w:rPr>
      </w:pPr>
    </w:p>
    <w:p w14:paraId="6F5316D7" w14:textId="77777777" w:rsidR="00F7513F" w:rsidRPr="003F4D10" w:rsidRDefault="00F7513F" w:rsidP="00F7513F">
      <w:pPr>
        <w:pStyle w:val="Gvde"/>
        <w:spacing w:after="0"/>
        <w:jc w:val="center"/>
        <w:rPr>
          <w:rFonts w:ascii="Times New Roman" w:hAnsi="Times New Roman"/>
          <w:b/>
          <w:bCs/>
          <w:sz w:val="24"/>
          <w:szCs w:val="24"/>
        </w:rPr>
      </w:pPr>
    </w:p>
    <w:p w14:paraId="55CF9A3B" w14:textId="77777777" w:rsidR="00F7513F" w:rsidRPr="003F4D10" w:rsidRDefault="00F7513F" w:rsidP="00F7513F">
      <w:pPr>
        <w:pStyle w:val="Gvde"/>
        <w:spacing w:after="0"/>
        <w:jc w:val="center"/>
        <w:rPr>
          <w:rFonts w:ascii="Times New Roman" w:hAnsi="Times New Roman"/>
          <w:b/>
          <w:bCs/>
          <w:sz w:val="24"/>
          <w:szCs w:val="24"/>
        </w:rPr>
      </w:pPr>
    </w:p>
    <w:p w14:paraId="354F61D6" w14:textId="77777777" w:rsidR="00F7513F" w:rsidRPr="003F4D10" w:rsidRDefault="00F7513F" w:rsidP="00F7513F">
      <w:pPr>
        <w:pStyle w:val="Gvde"/>
        <w:spacing w:after="0"/>
        <w:jc w:val="center"/>
        <w:rPr>
          <w:rFonts w:ascii="Times New Roman" w:hAnsi="Times New Roman"/>
          <w:b/>
          <w:bCs/>
          <w:sz w:val="24"/>
          <w:szCs w:val="24"/>
        </w:rPr>
      </w:pPr>
    </w:p>
    <w:p w14:paraId="771372A8" w14:textId="77777777" w:rsidR="00F7513F" w:rsidRPr="003F4D10" w:rsidRDefault="00F7513F" w:rsidP="00F7513F">
      <w:pPr>
        <w:pStyle w:val="Gvde"/>
        <w:spacing w:after="0"/>
        <w:jc w:val="center"/>
        <w:rPr>
          <w:rFonts w:ascii="Times New Roman" w:hAnsi="Times New Roman"/>
          <w:b/>
          <w:bCs/>
          <w:sz w:val="24"/>
          <w:szCs w:val="24"/>
        </w:rPr>
      </w:pPr>
    </w:p>
    <w:p w14:paraId="07C924BA" w14:textId="77777777" w:rsidR="00F7513F" w:rsidRPr="003F4D10" w:rsidRDefault="00F7513F" w:rsidP="00F7513F">
      <w:pPr>
        <w:pStyle w:val="Gvde"/>
        <w:spacing w:after="0"/>
        <w:jc w:val="center"/>
        <w:rPr>
          <w:rFonts w:ascii="Times New Roman" w:hAnsi="Times New Roman"/>
          <w:b/>
          <w:bCs/>
          <w:sz w:val="24"/>
          <w:szCs w:val="24"/>
        </w:rPr>
      </w:pPr>
    </w:p>
    <w:p w14:paraId="75F1769C" w14:textId="77777777" w:rsidR="00F7513F" w:rsidRPr="003F4D10" w:rsidRDefault="00F7513F" w:rsidP="00F7513F">
      <w:pPr>
        <w:pStyle w:val="Gvde"/>
        <w:spacing w:after="0"/>
        <w:jc w:val="center"/>
        <w:rPr>
          <w:rFonts w:ascii="Times New Roman" w:hAnsi="Times New Roman"/>
          <w:b/>
          <w:bCs/>
          <w:sz w:val="24"/>
          <w:szCs w:val="24"/>
        </w:rPr>
      </w:pPr>
    </w:p>
    <w:p w14:paraId="4222F98B" w14:textId="77777777" w:rsidR="00F7513F" w:rsidRPr="003F4D10" w:rsidRDefault="00F7513F" w:rsidP="00F7513F">
      <w:pPr>
        <w:pStyle w:val="Gvde"/>
        <w:spacing w:after="0"/>
        <w:jc w:val="center"/>
        <w:rPr>
          <w:rFonts w:ascii="Times New Roman" w:hAnsi="Times New Roman"/>
          <w:b/>
          <w:bCs/>
          <w:sz w:val="24"/>
          <w:szCs w:val="24"/>
        </w:rPr>
      </w:pPr>
    </w:p>
    <w:p w14:paraId="7E03F9EF" w14:textId="77777777" w:rsidR="00F7513F" w:rsidRPr="003F4D10" w:rsidRDefault="00F7513F" w:rsidP="00F7513F">
      <w:pPr>
        <w:pStyle w:val="Gvde"/>
        <w:spacing w:after="0"/>
        <w:jc w:val="center"/>
        <w:rPr>
          <w:rFonts w:ascii="Times New Roman" w:hAnsi="Times New Roman"/>
          <w:b/>
          <w:bCs/>
          <w:sz w:val="24"/>
          <w:szCs w:val="24"/>
        </w:rPr>
      </w:pPr>
    </w:p>
    <w:p w14:paraId="6216A876" w14:textId="77777777" w:rsidR="00F7513F" w:rsidRPr="003F4D10" w:rsidRDefault="00F7513F" w:rsidP="00F7513F">
      <w:pPr>
        <w:pStyle w:val="Gvde"/>
        <w:spacing w:after="0"/>
        <w:jc w:val="center"/>
        <w:rPr>
          <w:rFonts w:ascii="Times New Roman" w:hAnsi="Times New Roman"/>
          <w:b/>
          <w:bCs/>
          <w:sz w:val="24"/>
          <w:szCs w:val="24"/>
        </w:rPr>
      </w:pPr>
    </w:p>
    <w:p w14:paraId="1849077E" w14:textId="77777777" w:rsidR="00F7513F" w:rsidRPr="003F4D10" w:rsidRDefault="00F7513F" w:rsidP="00F7513F">
      <w:pPr>
        <w:pStyle w:val="Gvde"/>
        <w:spacing w:after="0"/>
        <w:jc w:val="center"/>
        <w:rPr>
          <w:rFonts w:ascii="Times New Roman" w:hAnsi="Times New Roman"/>
          <w:b/>
          <w:bCs/>
          <w:sz w:val="24"/>
          <w:szCs w:val="24"/>
        </w:rPr>
      </w:pPr>
    </w:p>
    <w:p w14:paraId="5965D1F9" w14:textId="77777777" w:rsidR="00F7513F" w:rsidRPr="003F4D10" w:rsidRDefault="00F7513F" w:rsidP="00F7513F">
      <w:pPr>
        <w:pStyle w:val="Gvde"/>
        <w:spacing w:after="0"/>
        <w:jc w:val="center"/>
        <w:rPr>
          <w:rFonts w:ascii="Times New Roman" w:hAnsi="Times New Roman"/>
          <w:b/>
          <w:bCs/>
          <w:sz w:val="24"/>
          <w:szCs w:val="24"/>
        </w:rPr>
      </w:pPr>
    </w:p>
    <w:p w14:paraId="3CB6EEA8" w14:textId="77777777" w:rsidR="00F7513F" w:rsidRPr="003F4D10" w:rsidRDefault="00F7513F" w:rsidP="00F7513F">
      <w:pPr>
        <w:pStyle w:val="Gvde"/>
        <w:spacing w:after="0"/>
        <w:jc w:val="center"/>
        <w:rPr>
          <w:rFonts w:ascii="Times New Roman" w:hAnsi="Times New Roman"/>
          <w:b/>
          <w:bCs/>
          <w:sz w:val="24"/>
          <w:szCs w:val="24"/>
        </w:rPr>
      </w:pPr>
    </w:p>
    <w:p w14:paraId="688F84CD" w14:textId="77777777" w:rsidR="00F7513F" w:rsidRPr="003F4D10" w:rsidRDefault="00F7513F" w:rsidP="00F7513F">
      <w:pPr>
        <w:pStyle w:val="Gvde"/>
        <w:spacing w:after="0"/>
        <w:jc w:val="center"/>
        <w:rPr>
          <w:rFonts w:ascii="Times New Roman" w:hAnsi="Times New Roman"/>
          <w:b/>
          <w:bCs/>
          <w:sz w:val="24"/>
          <w:szCs w:val="24"/>
        </w:rPr>
      </w:pPr>
    </w:p>
    <w:p w14:paraId="7F224A09" w14:textId="77777777" w:rsidR="00F7513F" w:rsidRPr="003F4D10" w:rsidRDefault="00F7513F" w:rsidP="00F7513F">
      <w:pPr>
        <w:pStyle w:val="Gvde"/>
        <w:spacing w:after="0"/>
        <w:jc w:val="center"/>
        <w:rPr>
          <w:rFonts w:ascii="Times New Roman" w:hAnsi="Times New Roman"/>
          <w:b/>
          <w:bCs/>
          <w:sz w:val="24"/>
          <w:szCs w:val="24"/>
        </w:rPr>
      </w:pPr>
    </w:p>
    <w:p w14:paraId="68672AB8" w14:textId="77777777" w:rsidR="00F7513F" w:rsidRPr="003F4D10" w:rsidRDefault="00F7513F" w:rsidP="00F7513F">
      <w:pPr>
        <w:pStyle w:val="Gvde"/>
        <w:spacing w:after="0"/>
        <w:jc w:val="center"/>
        <w:rPr>
          <w:rFonts w:ascii="Times New Roman" w:hAnsi="Times New Roman"/>
          <w:b/>
          <w:bCs/>
          <w:sz w:val="24"/>
          <w:szCs w:val="24"/>
        </w:rPr>
      </w:pPr>
    </w:p>
    <w:p w14:paraId="76A5EA48" w14:textId="77777777" w:rsidR="00F7513F" w:rsidRPr="003F4D10" w:rsidRDefault="00F7513F" w:rsidP="00F7513F">
      <w:pPr>
        <w:pStyle w:val="Gvde"/>
        <w:spacing w:after="0"/>
        <w:jc w:val="center"/>
        <w:rPr>
          <w:rFonts w:ascii="Times New Roman" w:hAnsi="Times New Roman"/>
          <w:b/>
          <w:bCs/>
          <w:sz w:val="24"/>
          <w:szCs w:val="24"/>
        </w:rPr>
      </w:pPr>
    </w:p>
    <w:p w14:paraId="32ED8332" w14:textId="77777777" w:rsidR="00F7513F" w:rsidRPr="003F4D10" w:rsidRDefault="00F7513F" w:rsidP="00F7513F">
      <w:pPr>
        <w:pStyle w:val="Gvde"/>
        <w:spacing w:after="0"/>
        <w:jc w:val="center"/>
        <w:rPr>
          <w:rFonts w:ascii="Times New Roman" w:hAnsi="Times New Roman"/>
          <w:b/>
          <w:bCs/>
          <w:sz w:val="24"/>
          <w:szCs w:val="24"/>
        </w:rPr>
      </w:pPr>
    </w:p>
    <w:p w14:paraId="07834442" w14:textId="77777777" w:rsidR="00F7513F" w:rsidRDefault="00F7513F" w:rsidP="00F7513F">
      <w:pPr>
        <w:pStyle w:val="Gvde"/>
        <w:spacing w:after="0"/>
        <w:jc w:val="center"/>
        <w:rPr>
          <w:rFonts w:ascii="Times New Roman" w:hAnsi="Times New Roman"/>
          <w:b/>
          <w:bCs/>
          <w:sz w:val="24"/>
          <w:szCs w:val="24"/>
        </w:rPr>
      </w:pPr>
    </w:p>
    <w:p w14:paraId="49DD81FD" w14:textId="77777777" w:rsidR="00022BB2" w:rsidRDefault="00022BB2" w:rsidP="00F7513F">
      <w:pPr>
        <w:pStyle w:val="Gvde"/>
        <w:spacing w:after="0"/>
        <w:jc w:val="center"/>
        <w:rPr>
          <w:rFonts w:ascii="Times New Roman" w:hAnsi="Times New Roman"/>
          <w:b/>
          <w:bCs/>
          <w:sz w:val="24"/>
          <w:szCs w:val="24"/>
        </w:rPr>
      </w:pPr>
    </w:p>
    <w:p w14:paraId="4A522754" w14:textId="77777777" w:rsidR="00022BB2" w:rsidRPr="003F4D10" w:rsidRDefault="00022BB2" w:rsidP="00F7513F">
      <w:pPr>
        <w:pStyle w:val="Gvde"/>
        <w:spacing w:after="0"/>
        <w:jc w:val="center"/>
        <w:rPr>
          <w:rFonts w:ascii="Times New Roman" w:hAnsi="Times New Roman"/>
          <w:b/>
          <w:bCs/>
          <w:sz w:val="24"/>
          <w:szCs w:val="24"/>
        </w:rPr>
      </w:pPr>
    </w:p>
    <w:p w14:paraId="57A29714" w14:textId="77777777" w:rsidR="00F7513F" w:rsidRPr="003F4D10" w:rsidRDefault="00F7513F" w:rsidP="00F7513F">
      <w:pPr>
        <w:pStyle w:val="Gvde"/>
        <w:spacing w:after="0"/>
        <w:jc w:val="center"/>
        <w:rPr>
          <w:rFonts w:ascii="Times New Roman" w:hAnsi="Times New Roman"/>
          <w:b/>
          <w:bCs/>
          <w:sz w:val="24"/>
          <w:szCs w:val="24"/>
        </w:rPr>
      </w:pPr>
    </w:p>
    <w:p w14:paraId="4E3CFE2D" w14:textId="77777777" w:rsidR="00F7513F" w:rsidRPr="003F4D10" w:rsidRDefault="00F7513F" w:rsidP="00F7513F">
      <w:pPr>
        <w:pStyle w:val="Gvde"/>
        <w:spacing w:after="0"/>
        <w:jc w:val="center"/>
        <w:rPr>
          <w:rFonts w:ascii="Times New Roman" w:hAnsi="Times New Roman"/>
          <w:b/>
          <w:bCs/>
          <w:sz w:val="24"/>
          <w:szCs w:val="24"/>
        </w:rPr>
      </w:pPr>
    </w:p>
    <w:p w14:paraId="59384C27" w14:textId="77777777" w:rsidR="00F7513F" w:rsidRPr="003F4D10" w:rsidRDefault="00F7513F" w:rsidP="00F7513F">
      <w:pPr>
        <w:pStyle w:val="Gvde"/>
        <w:spacing w:after="0"/>
        <w:jc w:val="center"/>
        <w:rPr>
          <w:rFonts w:ascii="Times New Roman" w:hAnsi="Times New Roman"/>
          <w:b/>
          <w:bCs/>
          <w:sz w:val="24"/>
          <w:szCs w:val="24"/>
        </w:rPr>
      </w:pPr>
    </w:p>
    <w:p w14:paraId="74EDEBA3" w14:textId="584E91B2"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lastRenderedPageBreak/>
        <w:t>T.C.</w:t>
      </w:r>
    </w:p>
    <w:p w14:paraId="6675B304"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4C618262"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53D3D2F3"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00509CF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2FA20CF7"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76D82EC7"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5E8788B8"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EK-4: BİREYSEL GÖRÜŞME /SÜREÇ FORMU</w:t>
      </w:r>
    </w:p>
    <w:p w14:paraId="1094E16C" w14:textId="77777777" w:rsidR="00F7513F" w:rsidRPr="003F4D10" w:rsidRDefault="00F7513F" w:rsidP="00F7513F">
      <w:pPr>
        <w:pStyle w:val="Gvde"/>
        <w:spacing w:after="0"/>
        <w:rPr>
          <w:rFonts w:ascii="Times New Roman" w:eastAsia="Times New Roman" w:hAnsi="Times New Roman" w:cs="Times New Roman"/>
          <w:b/>
          <w:bCs/>
          <w:sz w:val="24"/>
          <w:szCs w:val="24"/>
        </w:rPr>
      </w:pP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t xml:space="preserve">          </w:t>
      </w:r>
      <w:r w:rsidRPr="003F4D10">
        <w:rPr>
          <w:rFonts w:ascii="Times New Roman" w:hAnsi="Times New Roman"/>
          <w:b/>
          <w:bCs/>
          <w:i/>
          <w:iCs/>
          <w:sz w:val="24"/>
          <w:szCs w:val="24"/>
          <w:u w:val="single"/>
        </w:rPr>
        <w:t>Tarih:      /        /</w:t>
      </w:r>
    </w:p>
    <w:p w14:paraId="3A98B943" w14:textId="77777777" w:rsidR="00F7513F" w:rsidRPr="003F4D10" w:rsidRDefault="00F7513F" w:rsidP="00F3512A">
      <w:pPr>
        <w:pStyle w:val="Gvde"/>
        <w:spacing w:before="24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r>
      <w:r w:rsidRPr="003F4D10">
        <w:rPr>
          <w:rFonts w:ascii="Times New Roman" w:hAnsi="Times New Roman"/>
          <w:b/>
          <w:bCs/>
          <w:sz w:val="24"/>
          <w:szCs w:val="24"/>
        </w:rPr>
        <w:tab/>
        <w:t xml:space="preserve">: </w:t>
      </w:r>
      <w:proofErr w:type="gramStart"/>
      <w:r w:rsidRPr="003F4D10">
        <w:rPr>
          <w:rFonts w:ascii="Times New Roman" w:hAnsi="Times New Roman"/>
          <w:b/>
          <w:bCs/>
          <w:sz w:val="24"/>
          <w:szCs w:val="24"/>
        </w:rPr>
        <w:t>………………………………………………….…</w:t>
      </w:r>
      <w:proofErr w:type="gramEnd"/>
    </w:p>
    <w:p w14:paraId="10080EB1" w14:textId="77777777" w:rsidR="00F7513F" w:rsidRPr="003F4D10" w:rsidRDefault="00F7513F" w:rsidP="00F3512A">
      <w:pPr>
        <w:pStyle w:val="Gvde"/>
        <w:spacing w:before="24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 Numarası</w:t>
      </w:r>
      <w:r w:rsidRPr="003F4D10">
        <w:rPr>
          <w:rFonts w:ascii="Times New Roman" w:hAnsi="Times New Roman"/>
          <w:b/>
          <w:bCs/>
          <w:sz w:val="24"/>
          <w:szCs w:val="24"/>
        </w:rPr>
        <w:tab/>
        <w:t>: …………………………………………………………</w:t>
      </w:r>
    </w:p>
    <w:p w14:paraId="20285D7E" w14:textId="77777777" w:rsidR="00F7513F" w:rsidRPr="003F4D10" w:rsidRDefault="00F7513F" w:rsidP="00F3512A">
      <w:pPr>
        <w:pStyle w:val="Gvde"/>
        <w:spacing w:before="24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47975F4C" w14:textId="77777777" w:rsidR="00F7513F" w:rsidRPr="003F4D10" w:rsidRDefault="00F7513F" w:rsidP="00F3512A">
      <w:pPr>
        <w:pStyle w:val="Gvde"/>
        <w:spacing w:before="24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152FCD1D" w14:textId="77777777" w:rsidR="00F7513F" w:rsidRPr="003F4D10" w:rsidRDefault="00F7513F" w:rsidP="00F3512A">
      <w:pPr>
        <w:pStyle w:val="Gvde"/>
        <w:spacing w:before="240" w:line="360" w:lineRule="auto"/>
        <w:rPr>
          <w:rFonts w:ascii="Times New Roman" w:hAnsi="Times New Roman"/>
          <w:b/>
          <w:bCs/>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p w14:paraId="255FB235" w14:textId="3B6B27BF" w:rsidR="00F3512A" w:rsidRPr="003F4D10" w:rsidRDefault="00F3512A" w:rsidP="00F3512A">
      <w:pPr>
        <w:pStyle w:val="Gvde"/>
        <w:spacing w:before="240" w:line="360" w:lineRule="auto"/>
        <w:rPr>
          <w:rFonts w:ascii="Times New Roman" w:hAnsi="Times New Roman"/>
          <w:b/>
          <w:bCs/>
          <w:sz w:val="24"/>
          <w:szCs w:val="24"/>
        </w:rPr>
      </w:pPr>
      <w:r w:rsidRPr="003F4D10">
        <w:rPr>
          <w:rFonts w:ascii="Times New Roman" w:hAnsi="Times New Roman"/>
          <w:b/>
          <w:bCs/>
          <w:sz w:val="24"/>
          <w:szCs w:val="24"/>
        </w:rPr>
        <w:t>Form No: ….</w:t>
      </w:r>
    </w:p>
    <w:p w14:paraId="65DC9797" w14:textId="77777777" w:rsidR="00F7513F" w:rsidRPr="003F4D10" w:rsidRDefault="00F7513F" w:rsidP="00F3512A">
      <w:pPr>
        <w:pStyle w:val="Default"/>
        <w:spacing w:after="164" w:line="360" w:lineRule="auto"/>
        <w:rPr>
          <w:sz w:val="26"/>
          <w:szCs w:val="26"/>
        </w:rPr>
      </w:pPr>
      <w:r w:rsidRPr="003F4D10">
        <w:rPr>
          <w:b/>
          <w:bCs/>
          <w:i/>
          <w:iCs/>
          <w:sz w:val="26"/>
          <w:szCs w:val="26"/>
        </w:rPr>
        <w:t>Görüşme Yapılan Kişinin/Kişilerin</w:t>
      </w:r>
    </w:p>
    <w:p w14:paraId="3B9F015F" w14:textId="77777777" w:rsidR="00F3512A" w:rsidRPr="00F3512A" w:rsidRDefault="00F3512A" w:rsidP="00F3512A">
      <w:pPr>
        <w:spacing w:before="100" w:beforeAutospacing="1" w:after="100" w:afterAutospacing="1" w:line="360" w:lineRule="auto"/>
        <w:ind w:left="360" w:hanging="360"/>
        <w:rPr>
          <w:rFonts w:cs="Times New Roman"/>
          <w:b/>
          <w:bCs/>
          <w:sz w:val="24"/>
          <w:szCs w:val="24"/>
          <w:lang w:val="tr-TR" w:eastAsia="tr-TR"/>
        </w:rPr>
      </w:pPr>
      <w:r w:rsidRPr="00F3512A">
        <w:rPr>
          <w:rFonts w:cs="Times New Roman"/>
          <w:b/>
          <w:bCs/>
          <w:sz w:val="24"/>
          <w:szCs w:val="24"/>
          <w:lang w:val="tr-TR" w:eastAsia="tr-TR"/>
        </w:rPr>
        <w:t xml:space="preserve">Görüşme yapılan kişi/kişilerin adı-soyadı: </w:t>
      </w:r>
      <w:r w:rsidRPr="00F3512A">
        <w:rPr>
          <w:rFonts w:cs="Times New Roman"/>
          <w:b/>
          <w:bCs/>
          <w:i/>
          <w:iCs/>
          <w:sz w:val="24"/>
          <w:szCs w:val="24"/>
          <w:lang w:val="tr-TR" w:eastAsia="tr-TR"/>
        </w:rPr>
        <w:t>(Kısaltma kullanılacaktır.)</w:t>
      </w:r>
      <w:r w:rsidRPr="00F3512A">
        <w:rPr>
          <w:rFonts w:cs="Times New Roman"/>
          <w:b/>
          <w:bCs/>
          <w:sz w:val="24"/>
          <w:szCs w:val="24"/>
          <w:lang w:val="tr-TR" w:eastAsia="tr-TR"/>
        </w:rPr>
        <w:t xml:space="preserve"> </w:t>
      </w:r>
    </w:p>
    <w:p w14:paraId="5E047D04" w14:textId="77777777" w:rsidR="00F3512A" w:rsidRPr="00F3512A" w:rsidRDefault="00F3512A" w:rsidP="00F3512A">
      <w:pPr>
        <w:spacing w:before="100" w:beforeAutospacing="1" w:after="100" w:afterAutospacing="1" w:line="360" w:lineRule="auto"/>
        <w:ind w:left="360" w:hanging="360"/>
        <w:rPr>
          <w:rFonts w:cs="Times New Roman"/>
          <w:b/>
          <w:bCs/>
          <w:sz w:val="24"/>
          <w:szCs w:val="24"/>
          <w:lang w:val="tr-TR" w:eastAsia="tr-TR"/>
        </w:rPr>
      </w:pPr>
      <w:r w:rsidRPr="00F3512A">
        <w:rPr>
          <w:rFonts w:cs="Times New Roman"/>
          <w:b/>
          <w:bCs/>
          <w:sz w:val="24"/>
          <w:szCs w:val="24"/>
          <w:lang w:val="tr-TR" w:eastAsia="tr-TR"/>
        </w:rPr>
        <w:t xml:space="preserve">Görüşme tarihi: </w:t>
      </w:r>
    </w:p>
    <w:p w14:paraId="6D3CE4AF" w14:textId="77777777" w:rsidR="00F3512A" w:rsidRPr="00F3512A" w:rsidRDefault="00F3512A" w:rsidP="00F3512A">
      <w:pPr>
        <w:spacing w:before="100" w:beforeAutospacing="1" w:after="100" w:afterAutospacing="1" w:line="360" w:lineRule="auto"/>
        <w:ind w:left="360" w:hanging="360"/>
        <w:rPr>
          <w:rFonts w:cs="Times New Roman"/>
          <w:b/>
          <w:bCs/>
          <w:sz w:val="24"/>
          <w:szCs w:val="24"/>
          <w:lang w:val="tr-TR" w:eastAsia="tr-TR"/>
        </w:rPr>
      </w:pPr>
      <w:r w:rsidRPr="00F3512A">
        <w:rPr>
          <w:rFonts w:cs="Times New Roman"/>
          <w:b/>
          <w:bCs/>
          <w:sz w:val="24"/>
          <w:szCs w:val="24"/>
          <w:lang w:val="tr-TR" w:eastAsia="tr-TR"/>
        </w:rPr>
        <w:t xml:space="preserve">Görüşme süresi: </w:t>
      </w:r>
    </w:p>
    <w:p w14:paraId="541DEC6F" w14:textId="77777777" w:rsidR="00F3512A" w:rsidRPr="00F3512A" w:rsidRDefault="00F3512A" w:rsidP="00F3512A">
      <w:pPr>
        <w:spacing w:before="100" w:beforeAutospacing="1" w:after="100" w:afterAutospacing="1" w:line="360" w:lineRule="auto"/>
        <w:ind w:left="360" w:hanging="360"/>
        <w:rPr>
          <w:rFonts w:cs="Times New Roman"/>
          <w:b/>
          <w:bCs/>
          <w:sz w:val="24"/>
          <w:szCs w:val="24"/>
          <w:lang w:val="tr-TR" w:eastAsia="tr-TR"/>
        </w:rPr>
      </w:pPr>
      <w:r w:rsidRPr="00F3512A">
        <w:rPr>
          <w:rFonts w:cs="Times New Roman"/>
          <w:b/>
          <w:bCs/>
          <w:sz w:val="24"/>
          <w:szCs w:val="24"/>
          <w:lang w:val="tr-TR" w:eastAsia="tr-TR"/>
        </w:rPr>
        <w:t xml:space="preserve">Görüşme sırası: </w:t>
      </w:r>
      <w:r w:rsidRPr="00F3512A">
        <w:rPr>
          <w:rFonts w:cs="Times New Roman"/>
          <w:b/>
          <w:bCs/>
          <w:i/>
          <w:iCs/>
          <w:sz w:val="24"/>
          <w:szCs w:val="24"/>
          <w:lang w:val="tr-TR" w:eastAsia="tr-TR"/>
        </w:rPr>
        <w:t>(Kaçıncı görüşme olduğu)</w:t>
      </w:r>
      <w:r w:rsidRPr="00F3512A">
        <w:rPr>
          <w:rFonts w:cs="Times New Roman"/>
          <w:b/>
          <w:bCs/>
          <w:sz w:val="24"/>
          <w:szCs w:val="24"/>
          <w:lang w:val="tr-TR" w:eastAsia="tr-TR"/>
        </w:rPr>
        <w:t xml:space="preserve"> </w:t>
      </w:r>
    </w:p>
    <w:p w14:paraId="1B043684" w14:textId="77777777" w:rsidR="00F3512A" w:rsidRPr="00F3512A" w:rsidRDefault="00F3512A" w:rsidP="00F3512A">
      <w:pPr>
        <w:spacing w:before="100" w:beforeAutospacing="1" w:after="100" w:afterAutospacing="1" w:line="360" w:lineRule="auto"/>
        <w:ind w:left="360" w:hanging="360"/>
        <w:rPr>
          <w:rFonts w:cs="Times New Roman"/>
          <w:b/>
          <w:bCs/>
          <w:sz w:val="24"/>
          <w:szCs w:val="24"/>
          <w:lang w:val="tr-TR" w:eastAsia="tr-TR"/>
        </w:rPr>
      </w:pPr>
      <w:r w:rsidRPr="00F3512A">
        <w:rPr>
          <w:rFonts w:cs="Times New Roman"/>
          <w:b/>
          <w:bCs/>
          <w:sz w:val="24"/>
          <w:szCs w:val="24"/>
          <w:lang w:val="tr-TR" w:eastAsia="tr-TR"/>
        </w:rPr>
        <w:t xml:space="preserve">Görüşmenin yapıldığı yer: </w:t>
      </w:r>
    </w:p>
    <w:p w14:paraId="0BAC37C7" w14:textId="77777777" w:rsidR="00F3512A" w:rsidRPr="00F3512A" w:rsidRDefault="00F3512A" w:rsidP="00F3512A">
      <w:pPr>
        <w:spacing w:before="100" w:beforeAutospacing="1" w:after="100" w:afterAutospacing="1" w:line="360" w:lineRule="auto"/>
        <w:ind w:left="360" w:hanging="360"/>
        <w:rPr>
          <w:rFonts w:cs="Times New Roman"/>
          <w:sz w:val="24"/>
          <w:szCs w:val="24"/>
          <w:lang w:val="tr-TR" w:eastAsia="tr-TR"/>
        </w:rPr>
      </w:pPr>
      <w:r w:rsidRPr="00F3512A">
        <w:rPr>
          <w:rFonts w:cs="Times New Roman"/>
          <w:b/>
          <w:bCs/>
          <w:sz w:val="24"/>
          <w:szCs w:val="24"/>
          <w:lang w:val="tr-TR" w:eastAsia="tr-TR"/>
        </w:rPr>
        <w:t>Görüşmenin</w:t>
      </w:r>
      <w:r w:rsidRPr="00F3512A">
        <w:rPr>
          <w:rFonts w:cs="Times New Roman"/>
          <w:sz w:val="24"/>
          <w:szCs w:val="24"/>
          <w:lang w:val="tr-TR" w:eastAsia="tr-TR"/>
        </w:rPr>
        <w:t xml:space="preserve"> türü: </w:t>
      </w:r>
      <w:r w:rsidRPr="00F3512A">
        <w:rPr>
          <w:rFonts w:cs="Times New Roman"/>
          <w:i/>
          <w:iCs/>
          <w:sz w:val="24"/>
          <w:szCs w:val="24"/>
          <w:lang w:val="tr-TR" w:eastAsia="tr-TR"/>
        </w:rPr>
        <w:t>(bireysel / aile / ortak görüşme vb.)</w:t>
      </w:r>
      <w:r w:rsidRPr="00F3512A">
        <w:rPr>
          <w:rFonts w:cs="Times New Roman"/>
          <w:sz w:val="24"/>
          <w:szCs w:val="24"/>
          <w:lang w:val="tr-TR" w:eastAsia="tr-TR"/>
        </w:rPr>
        <w:t xml:space="preserve"> </w:t>
      </w:r>
    </w:p>
    <w:p w14:paraId="6A4C1D94" w14:textId="77777777" w:rsidR="00F7513F" w:rsidRPr="003F4D10" w:rsidRDefault="00F7513F" w:rsidP="00F3512A">
      <w:pPr>
        <w:pStyle w:val="Default"/>
        <w:spacing w:after="164" w:line="360" w:lineRule="auto"/>
        <w:rPr>
          <w:b/>
          <w:bCs/>
        </w:rPr>
      </w:pPr>
      <w:r w:rsidRPr="003F4D10">
        <w:rPr>
          <w:b/>
          <w:bCs/>
        </w:rPr>
        <w:t>Görüşme Öncesi Ön Bilgi/Ön Çalışma:</w:t>
      </w:r>
    </w:p>
    <w:p w14:paraId="2D2CD90F" w14:textId="607A555C" w:rsidR="00F3512A" w:rsidRPr="003F4D10" w:rsidRDefault="00F3512A" w:rsidP="00F7513F">
      <w:pPr>
        <w:pStyle w:val="Default"/>
        <w:spacing w:after="164"/>
      </w:pPr>
      <w:r w:rsidRPr="003F4D10">
        <w:t>Bu bölümde görüşme öncesinde elde bulunan bilgiler, önceki görüşme notları, kurum kayıtları, yönlendirme bilgileri ve görüşmeye ilişkin hazırlıklar kısaca belirtilir.</w:t>
      </w:r>
    </w:p>
    <w:p w14:paraId="05179BD9" w14:textId="77777777" w:rsidR="00F7513F" w:rsidRPr="003F4D10" w:rsidRDefault="00F7513F" w:rsidP="00F7513F">
      <w:pPr>
        <w:pStyle w:val="Default"/>
        <w:spacing w:after="164"/>
      </w:pPr>
      <w:r w:rsidRPr="003F4D10">
        <w:rPr>
          <w:b/>
          <w:bCs/>
        </w:rPr>
        <w:t>Görüşmenin Amacı:</w:t>
      </w:r>
    </w:p>
    <w:p w14:paraId="75C28894" w14:textId="2DBB6B7C" w:rsidR="00F7513F" w:rsidRPr="003F4D10" w:rsidRDefault="00F7513F" w:rsidP="00F7513F">
      <w:pPr>
        <w:pStyle w:val="Default"/>
        <w:spacing w:after="164"/>
      </w:pPr>
      <w:r w:rsidRPr="003F4D10">
        <w:rPr>
          <w:b/>
          <w:bCs/>
        </w:rPr>
        <w:lastRenderedPageBreak/>
        <w:t>Görüşme Süreci</w:t>
      </w:r>
      <w:r w:rsidRPr="003F4D10">
        <w:t>:</w:t>
      </w:r>
    </w:p>
    <w:p w14:paraId="38AF8AAF" w14:textId="3C0A1540" w:rsidR="00F3512A" w:rsidRPr="003F4D10" w:rsidRDefault="00F3512A" w:rsidP="00F7513F">
      <w:pPr>
        <w:pStyle w:val="Default"/>
        <w:spacing w:after="164"/>
      </w:pPr>
      <w:r w:rsidRPr="003F4D10">
        <w:t>Bu bölümde görüşmenin nasıl ilerlediği, ele alınan konular, müracaatçının aktardığı bilgiler, görüşme sırasında öne çıkan hususlar ve sürecin genel akışı ayrıntılı fakat düzenli biçimde yazılır.</w:t>
      </w:r>
    </w:p>
    <w:p w14:paraId="1126195D" w14:textId="77777777" w:rsidR="00F3512A" w:rsidRPr="003F4D10" w:rsidRDefault="00F3512A" w:rsidP="00F3512A">
      <w:pPr>
        <w:rPr>
          <w:b/>
          <w:bCs/>
          <w:sz w:val="24"/>
          <w:szCs w:val="24"/>
          <w:lang w:val="tr-TR"/>
        </w:rPr>
      </w:pPr>
      <w:r w:rsidRPr="003F4D10">
        <w:rPr>
          <w:b/>
          <w:bCs/>
          <w:sz w:val="24"/>
          <w:szCs w:val="24"/>
          <w:lang w:val="tr-TR"/>
        </w:rPr>
        <w:t>Gözlem ve Mesleki Değerlendirme</w:t>
      </w:r>
    </w:p>
    <w:p w14:paraId="7DA7D09C" w14:textId="77777777" w:rsidR="00F3512A" w:rsidRPr="003F4D10" w:rsidRDefault="00F3512A" w:rsidP="00F3512A">
      <w:pPr>
        <w:pStyle w:val="NormalWeb"/>
      </w:pPr>
      <w:r w:rsidRPr="003F4D10">
        <w:t>Bu bölümde öğrencinin görüşmeye ilişkin mesleki değerlendirmesine yer verilir. Aşağıdaki unsurlar dikkate alınabilir:</w:t>
      </w:r>
    </w:p>
    <w:p w14:paraId="29FAE9FC" w14:textId="77777777" w:rsidR="00F3512A" w:rsidRPr="003F4D10" w:rsidRDefault="00F3512A" w:rsidP="00F3512A">
      <w:pPr>
        <w:pStyle w:val="ListeParagraf"/>
        <w:numPr>
          <w:ilvl w:val="0"/>
          <w:numId w:val="35"/>
        </w:numPr>
        <w:spacing w:after="0" w:line="360" w:lineRule="auto"/>
        <w:rPr>
          <w:lang w:val="tr-TR"/>
        </w:rPr>
      </w:pPr>
      <w:proofErr w:type="gramStart"/>
      <w:r w:rsidRPr="003F4D10">
        <w:rPr>
          <w:lang w:val="tr-TR"/>
        </w:rPr>
        <w:t>müracaatçının</w:t>
      </w:r>
      <w:proofErr w:type="gramEnd"/>
      <w:r w:rsidRPr="003F4D10">
        <w:rPr>
          <w:lang w:val="tr-TR"/>
        </w:rPr>
        <w:t xml:space="preserve"> duygusal durumu ve görüşmeye katılım biçimi, </w:t>
      </w:r>
    </w:p>
    <w:p w14:paraId="19EF1F06" w14:textId="77777777" w:rsidR="00F3512A" w:rsidRPr="003F4D10" w:rsidRDefault="00F3512A" w:rsidP="00F3512A">
      <w:pPr>
        <w:pStyle w:val="ListeParagraf"/>
        <w:numPr>
          <w:ilvl w:val="0"/>
          <w:numId w:val="35"/>
        </w:numPr>
        <w:spacing w:after="0" w:line="360" w:lineRule="auto"/>
        <w:rPr>
          <w:lang w:val="tr-TR"/>
        </w:rPr>
      </w:pPr>
      <w:proofErr w:type="gramStart"/>
      <w:r w:rsidRPr="003F4D10">
        <w:rPr>
          <w:lang w:val="tr-TR"/>
        </w:rPr>
        <w:t>iletişim</w:t>
      </w:r>
      <w:proofErr w:type="gramEnd"/>
      <w:r w:rsidRPr="003F4D10">
        <w:rPr>
          <w:lang w:val="tr-TR"/>
        </w:rPr>
        <w:t xml:space="preserve"> ve iş birliği düzeyi, </w:t>
      </w:r>
    </w:p>
    <w:p w14:paraId="0585DEAF" w14:textId="77777777" w:rsidR="00F3512A" w:rsidRPr="003F4D10" w:rsidRDefault="00F3512A" w:rsidP="00F3512A">
      <w:pPr>
        <w:pStyle w:val="ListeParagraf"/>
        <w:numPr>
          <w:ilvl w:val="0"/>
          <w:numId w:val="35"/>
        </w:numPr>
        <w:spacing w:after="0" w:line="360" w:lineRule="auto"/>
        <w:rPr>
          <w:lang w:val="tr-TR"/>
        </w:rPr>
      </w:pPr>
      <w:proofErr w:type="gramStart"/>
      <w:r w:rsidRPr="003F4D10">
        <w:rPr>
          <w:lang w:val="tr-TR"/>
        </w:rPr>
        <w:t>öne</w:t>
      </w:r>
      <w:proofErr w:type="gramEnd"/>
      <w:r w:rsidRPr="003F4D10">
        <w:rPr>
          <w:lang w:val="tr-TR"/>
        </w:rPr>
        <w:t xml:space="preserve"> çıkan ihtiyaç, sorun ve güçlü yönler, </w:t>
      </w:r>
    </w:p>
    <w:p w14:paraId="7BBC8735" w14:textId="77777777" w:rsidR="00F3512A" w:rsidRPr="003F4D10" w:rsidRDefault="00F3512A" w:rsidP="00F3512A">
      <w:pPr>
        <w:pStyle w:val="ListeParagraf"/>
        <w:numPr>
          <w:ilvl w:val="0"/>
          <w:numId w:val="35"/>
        </w:numPr>
        <w:spacing w:after="0" w:line="360" w:lineRule="auto"/>
        <w:rPr>
          <w:lang w:val="tr-TR"/>
        </w:rPr>
      </w:pPr>
      <w:proofErr w:type="gramStart"/>
      <w:r w:rsidRPr="003F4D10">
        <w:rPr>
          <w:lang w:val="tr-TR"/>
        </w:rPr>
        <w:t>görüşme</w:t>
      </w:r>
      <w:proofErr w:type="gramEnd"/>
      <w:r w:rsidRPr="003F4D10">
        <w:rPr>
          <w:lang w:val="tr-TR"/>
        </w:rPr>
        <w:t xml:space="preserve"> sürecinde dikkat çeken davranış örüntüleri, </w:t>
      </w:r>
    </w:p>
    <w:p w14:paraId="0A9BFFD5" w14:textId="77777777" w:rsidR="00F3512A" w:rsidRPr="003F4D10" w:rsidRDefault="00F3512A" w:rsidP="00F3512A">
      <w:pPr>
        <w:pStyle w:val="ListeParagraf"/>
        <w:numPr>
          <w:ilvl w:val="0"/>
          <w:numId w:val="35"/>
        </w:numPr>
        <w:spacing w:after="0" w:line="360" w:lineRule="auto"/>
        <w:rPr>
          <w:lang w:val="tr-TR"/>
        </w:rPr>
      </w:pPr>
      <w:proofErr w:type="gramStart"/>
      <w:r w:rsidRPr="003F4D10">
        <w:rPr>
          <w:lang w:val="tr-TR"/>
        </w:rPr>
        <w:t>kullanılan</w:t>
      </w:r>
      <w:proofErr w:type="gramEnd"/>
      <w:r w:rsidRPr="003F4D10">
        <w:rPr>
          <w:lang w:val="tr-TR"/>
        </w:rPr>
        <w:t xml:space="preserve"> mesleki görüşme becerileri ve bunların etkisi, </w:t>
      </w:r>
    </w:p>
    <w:p w14:paraId="1DB2405C" w14:textId="77777777" w:rsidR="00F3512A" w:rsidRPr="003F4D10" w:rsidRDefault="00F3512A" w:rsidP="00F3512A">
      <w:pPr>
        <w:pStyle w:val="ListeParagraf"/>
        <w:numPr>
          <w:ilvl w:val="0"/>
          <w:numId w:val="35"/>
        </w:numPr>
        <w:spacing w:after="0" w:line="360" w:lineRule="auto"/>
        <w:rPr>
          <w:lang w:val="tr-TR"/>
        </w:rPr>
      </w:pPr>
      <w:proofErr w:type="gramStart"/>
      <w:r w:rsidRPr="003F4D10">
        <w:rPr>
          <w:lang w:val="tr-TR"/>
        </w:rPr>
        <w:t>etik</w:t>
      </w:r>
      <w:proofErr w:type="gramEnd"/>
      <w:r w:rsidRPr="003F4D10">
        <w:rPr>
          <w:lang w:val="tr-TR"/>
        </w:rPr>
        <w:t xml:space="preserve"> açıdan dikkat edilmesi gereken hususlar.</w:t>
      </w:r>
    </w:p>
    <w:p w14:paraId="79ABA6D4" w14:textId="77777777" w:rsidR="00F3512A" w:rsidRPr="003F4D10" w:rsidRDefault="00F3512A" w:rsidP="00F3512A">
      <w:pPr>
        <w:rPr>
          <w:b/>
          <w:bCs/>
          <w:sz w:val="24"/>
          <w:szCs w:val="24"/>
          <w:lang w:val="tr-TR"/>
        </w:rPr>
      </w:pPr>
    </w:p>
    <w:p w14:paraId="4EEAB442" w14:textId="5DFACD87" w:rsidR="00F3512A" w:rsidRPr="003F4D10" w:rsidRDefault="00F3512A" w:rsidP="00F3512A">
      <w:pPr>
        <w:rPr>
          <w:b/>
          <w:bCs/>
          <w:sz w:val="24"/>
          <w:szCs w:val="24"/>
          <w:lang w:val="tr-TR"/>
        </w:rPr>
      </w:pPr>
      <w:r w:rsidRPr="003F4D10">
        <w:rPr>
          <w:b/>
          <w:bCs/>
          <w:sz w:val="24"/>
          <w:szCs w:val="24"/>
          <w:lang w:val="tr-TR"/>
        </w:rPr>
        <w:t>Görüşme Sonrası Mesleki Kanaat</w:t>
      </w:r>
    </w:p>
    <w:p w14:paraId="7D879043" w14:textId="492C1DB5" w:rsidR="00F3512A" w:rsidRPr="003F4D10" w:rsidRDefault="00F3512A" w:rsidP="00F3512A">
      <w:pPr>
        <w:pStyle w:val="NormalWeb"/>
      </w:pPr>
      <w:r w:rsidRPr="003F4D10">
        <w:t>Bu bölümde sosyal hizmet açısından görüşmenin ne ifade ettiği, hangi bilgilerin netleştiği, hangi alanların daha fazla değerlendirilmesi gerektiği ve müdahale sürecine ilişkin kısa mesleki kanaat yazılır.</w:t>
      </w:r>
    </w:p>
    <w:p w14:paraId="3B14251E" w14:textId="3DFA29B6" w:rsidR="00F7513F" w:rsidRPr="003F4D10" w:rsidRDefault="00F7513F" w:rsidP="00F7513F">
      <w:pPr>
        <w:pStyle w:val="Default"/>
        <w:spacing w:after="164"/>
      </w:pPr>
      <w:r w:rsidRPr="003F4D10">
        <w:rPr>
          <w:b/>
          <w:bCs/>
        </w:rPr>
        <w:t>Gelecek Görüşme</w:t>
      </w:r>
      <w:r w:rsidR="00F3512A" w:rsidRPr="003F4D10">
        <w:rPr>
          <w:b/>
          <w:bCs/>
        </w:rPr>
        <w:t>/İzlem</w:t>
      </w:r>
      <w:r w:rsidRPr="003F4D10">
        <w:rPr>
          <w:b/>
          <w:bCs/>
        </w:rPr>
        <w:t xml:space="preserve"> Plan</w:t>
      </w:r>
      <w:r w:rsidR="00F3512A" w:rsidRPr="003F4D10">
        <w:rPr>
          <w:b/>
          <w:bCs/>
        </w:rPr>
        <w:t>ı</w:t>
      </w:r>
      <w:r w:rsidRPr="003F4D10">
        <w:rPr>
          <w:b/>
          <w:bCs/>
        </w:rPr>
        <w:t>:</w:t>
      </w:r>
    </w:p>
    <w:p w14:paraId="0EE0CB77" w14:textId="3BEC1D11" w:rsidR="00F7513F" w:rsidRPr="003F4D10" w:rsidRDefault="00F3512A" w:rsidP="00F7513F">
      <w:pPr>
        <w:pStyle w:val="Gvde"/>
        <w:rPr>
          <w:rFonts w:ascii="Times New Roman" w:eastAsia="Times New Roman" w:hAnsi="Times New Roman" w:cs="Times New Roman"/>
          <w:sz w:val="24"/>
          <w:szCs w:val="24"/>
        </w:rPr>
      </w:pPr>
      <w:r w:rsidRPr="003F4D10">
        <w:rPr>
          <w:rFonts w:ascii="Times New Roman" w:hAnsi="Times New Roman" w:cs="Times New Roman"/>
          <w:sz w:val="24"/>
          <w:szCs w:val="24"/>
        </w:rPr>
        <w:t>Bu bölümde bir sonraki görüşmede ele alınacak konular, yapılacak hazırlıklar, görüşülecek kişi/kurumlar, olası yönlendirmeler ve planlanan müdahale adımları belirtilir.</w:t>
      </w:r>
    </w:p>
    <w:p w14:paraId="60EA465B" w14:textId="77777777" w:rsidR="00F7513F" w:rsidRPr="003F4D10" w:rsidRDefault="00F7513F" w:rsidP="00F7513F">
      <w:pPr>
        <w:pStyle w:val="Gvde"/>
        <w:rPr>
          <w:rFonts w:ascii="Times New Roman" w:eastAsia="Times New Roman" w:hAnsi="Times New Roman" w:cs="Times New Roman"/>
          <w:sz w:val="24"/>
          <w:szCs w:val="24"/>
        </w:rPr>
      </w:pPr>
    </w:p>
    <w:p w14:paraId="1699FEC2" w14:textId="77777777" w:rsidR="00F7513F" w:rsidRPr="003F4D10" w:rsidRDefault="00F7513F" w:rsidP="00F7513F">
      <w:pPr>
        <w:pStyle w:val="Gvde"/>
        <w:rPr>
          <w:rFonts w:ascii="Times New Roman" w:eastAsia="Times New Roman" w:hAnsi="Times New Roman" w:cs="Times New Roman"/>
          <w:sz w:val="24"/>
          <w:szCs w:val="24"/>
        </w:rPr>
      </w:pPr>
    </w:p>
    <w:p w14:paraId="2CCF08F5" w14:textId="77777777" w:rsidR="00F7513F" w:rsidRPr="003F4D10" w:rsidRDefault="00F7513F" w:rsidP="00F7513F">
      <w:pPr>
        <w:pStyle w:val="Gvde"/>
        <w:rPr>
          <w:rFonts w:ascii="Times New Roman" w:eastAsia="Times New Roman" w:hAnsi="Times New Roman" w:cs="Times New Roman"/>
          <w:b/>
          <w:bCs/>
          <w:sz w:val="24"/>
          <w:szCs w:val="24"/>
        </w:rPr>
      </w:pPr>
    </w:p>
    <w:p w14:paraId="1D97667D" w14:textId="77777777" w:rsidR="00F7513F" w:rsidRPr="003F4D10" w:rsidRDefault="00F7513F" w:rsidP="00F7513F">
      <w:pPr>
        <w:pStyle w:val="Gvde"/>
        <w:rPr>
          <w:rFonts w:ascii="Times New Roman" w:eastAsia="Times New Roman" w:hAnsi="Times New Roman" w:cs="Times New Roman"/>
          <w:b/>
          <w:bCs/>
          <w:sz w:val="24"/>
          <w:szCs w:val="24"/>
        </w:rPr>
      </w:pPr>
    </w:p>
    <w:p w14:paraId="544387D3" w14:textId="77777777" w:rsidR="00F7513F" w:rsidRPr="003F4D10" w:rsidRDefault="00F7513F" w:rsidP="00F7513F">
      <w:pPr>
        <w:pStyle w:val="Gvde"/>
        <w:rPr>
          <w:rFonts w:ascii="Times New Roman" w:eastAsia="Times New Roman" w:hAnsi="Times New Roman" w:cs="Times New Roman"/>
          <w:b/>
          <w:bCs/>
          <w:sz w:val="24"/>
          <w:szCs w:val="24"/>
        </w:rPr>
      </w:pPr>
    </w:p>
    <w:p w14:paraId="27AC74A1" w14:textId="77777777" w:rsidR="00F3512A" w:rsidRPr="003F4D10" w:rsidRDefault="00F3512A" w:rsidP="00F7513F">
      <w:pPr>
        <w:pStyle w:val="Gvde"/>
        <w:rPr>
          <w:rFonts w:ascii="Times New Roman" w:eastAsia="Times New Roman" w:hAnsi="Times New Roman" w:cs="Times New Roman"/>
          <w:b/>
          <w:bCs/>
          <w:sz w:val="24"/>
          <w:szCs w:val="24"/>
        </w:rPr>
      </w:pPr>
    </w:p>
    <w:p w14:paraId="78507274" w14:textId="77777777" w:rsidR="00F3512A" w:rsidRPr="003F4D10" w:rsidRDefault="00F3512A" w:rsidP="00F7513F">
      <w:pPr>
        <w:pStyle w:val="Gvde"/>
        <w:rPr>
          <w:rFonts w:ascii="Times New Roman" w:eastAsia="Times New Roman" w:hAnsi="Times New Roman" w:cs="Times New Roman"/>
          <w:b/>
          <w:bCs/>
          <w:sz w:val="24"/>
          <w:szCs w:val="24"/>
        </w:rPr>
      </w:pPr>
    </w:p>
    <w:p w14:paraId="3DBE8F41" w14:textId="77777777" w:rsidR="00F7513F" w:rsidRPr="003F4D10" w:rsidRDefault="00F7513F" w:rsidP="00F7513F">
      <w:pPr>
        <w:pStyle w:val="Gvde"/>
        <w:rPr>
          <w:rFonts w:ascii="Times New Roman" w:eastAsia="Times New Roman" w:hAnsi="Times New Roman" w:cs="Times New Roman"/>
          <w:b/>
          <w:bCs/>
          <w:sz w:val="24"/>
          <w:szCs w:val="24"/>
        </w:rPr>
      </w:pPr>
    </w:p>
    <w:p w14:paraId="528A9624" w14:textId="77777777" w:rsidR="00F7513F" w:rsidRPr="003F4D10" w:rsidRDefault="00F7513F" w:rsidP="00F7513F">
      <w:pPr>
        <w:pStyle w:val="Gvde"/>
        <w:rPr>
          <w:rFonts w:ascii="Times New Roman" w:eastAsia="Times New Roman" w:hAnsi="Times New Roman" w:cs="Times New Roman"/>
          <w:b/>
          <w:bCs/>
          <w:sz w:val="24"/>
          <w:szCs w:val="24"/>
        </w:rPr>
      </w:pPr>
    </w:p>
    <w:p w14:paraId="29AEC1A4"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lastRenderedPageBreak/>
        <w:t>T.C.</w:t>
      </w:r>
    </w:p>
    <w:p w14:paraId="30476CE6"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3F296F7F"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33A740F7"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327417CD"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2AC1E5AC"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6B94B4EC"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p>
    <w:p w14:paraId="42EDBFD7"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EK- 5: SORUN ALANI İNCELEME VE DEĞERLENDİRME FORMU</w:t>
      </w:r>
    </w:p>
    <w:p w14:paraId="35E5698E" w14:textId="77777777" w:rsidR="00F7513F" w:rsidRPr="003F4D10" w:rsidRDefault="00F7513F" w:rsidP="00F7513F">
      <w:pPr>
        <w:pStyle w:val="Gvde"/>
        <w:rPr>
          <w:rFonts w:ascii="Times New Roman" w:eastAsia="Times New Roman" w:hAnsi="Times New Roman" w:cs="Times New Roman"/>
          <w:b/>
          <w:bCs/>
          <w:sz w:val="24"/>
          <w:szCs w:val="24"/>
        </w:rPr>
      </w:pP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hAnsi="Times New Roman"/>
          <w:b/>
          <w:bCs/>
          <w:i/>
          <w:iCs/>
          <w:sz w:val="24"/>
          <w:szCs w:val="24"/>
          <w:u w:val="single"/>
        </w:rPr>
        <w:t xml:space="preserve">Tarih :     /    / </w:t>
      </w:r>
    </w:p>
    <w:p w14:paraId="3D0F4D3E" w14:textId="7C0087D8"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r>
      <w:r w:rsidRPr="003F4D10">
        <w:rPr>
          <w:rFonts w:ascii="Times New Roman" w:hAnsi="Times New Roman"/>
          <w:b/>
          <w:bCs/>
          <w:sz w:val="24"/>
          <w:szCs w:val="24"/>
        </w:rPr>
        <w:tab/>
        <w:t xml:space="preserve">: </w:t>
      </w:r>
      <w:proofErr w:type="gramStart"/>
      <w:r w:rsidRPr="003F4D10">
        <w:rPr>
          <w:rFonts w:ascii="Times New Roman" w:hAnsi="Times New Roman"/>
          <w:b/>
          <w:bCs/>
          <w:sz w:val="24"/>
          <w:szCs w:val="24"/>
        </w:rPr>
        <w:t>……………</w:t>
      </w:r>
      <w:r w:rsidR="00F3512A" w:rsidRPr="003F4D10">
        <w:rPr>
          <w:rFonts w:ascii="Times New Roman" w:hAnsi="Times New Roman"/>
          <w:b/>
          <w:bCs/>
          <w:sz w:val="24"/>
          <w:szCs w:val="24"/>
        </w:rPr>
        <w:t>…..</w:t>
      </w:r>
      <w:r w:rsidRPr="003F4D10">
        <w:rPr>
          <w:rFonts w:ascii="Times New Roman" w:hAnsi="Times New Roman"/>
          <w:b/>
          <w:bCs/>
          <w:sz w:val="24"/>
          <w:szCs w:val="24"/>
        </w:rPr>
        <w:t>…………………………………….…</w:t>
      </w:r>
      <w:proofErr w:type="gramEnd"/>
    </w:p>
    <w:p w14:paraId="0F132981" w14:textId="0E4BCBBF"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Numarası</w:t>
      </w:r>
      <w:r w:rsidRPr="003F4D10">
        <w:rPr>
          <w:rFonts w:ascii="Times New Roman" w:hAnsi="Times New Roman"/>
          <w:b/>
          <w:bCs/>
          <w:sz w:val="24"/>
          <w:szCs w:val="24"/>
        </w:rPr>
        <w:tab/>
      </w:r>
      <w:r w:rsidR="00F3512A" w:rsidRPr="003F4D10">
        <w:rPr>
          <w:rFonts w:ascii="Times New Roman" w:hAnsi="Times New Roman"/>
          <w:b/>
          <w:bCs/>
          <w:sz w:val="24"/>
          <w:szCs w:val="24"/>
        </w:rPr>
        <w:t xml:space="preserve">            </w:t>
      </w:r>
      <w:r w:rsidRPr="003F4D10">
        <w:rPr>
          <w:rFonts w:ascii="Times New Roman" w:hAnsi="Times New Roman"/>
          <w:b/>
          <w:bCs/>
          <w:sz w:val="24"/>
          <w:szCs w:val="24"/>
        </w:rPr>
        <w:t xml:space="preserve">: </w:t>
      </w:r>
      <w:proofErr w:type="gramStart"/>
      <w:r w:rsidRPr="003F4D10">
        <w:rPr>
          <w:rFonts w:ascii="Times New Roman" w:hAnsi="Times New Roman"/>
          <w:b/>
          <w:bCs/>
          <w:sz w:val="24"/>
          <w:szCs w:val="24"/>
        </w:rPr>
        <w:t>…………………………………………………………</w:t>
      </w:r>
      <w:proofErr w:type="gramEnd"/>
    </w:p>
    <w:p w14:paraId="6D2BF581"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4A76462E"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4AB9F3EC" w14:textId="5ACF7AE7" w:rsidR="00EB1FDD" w:rsidRPr="003F4D10" w:rsidRDefault="00F7513F" w:rsidP="00F7513F">
      <w:pPr>
        <w:pStyle w:val="Gvde"/>
        <w:spacing w:line="360" w:lineRule="auto"/>
        <w:rPr>
          <w:rFonts w:ascii="Times New Roman" w:hAnsi="Times New Roman" w:cs="Times New Roman"/>
          <w:b/>
          <w:bCs/>
          <w:sz w:val="24"/>
          <w:szCs w:val="24"/>
        </w:rPr>
      </w:pPr>
      <w:r w:rsidRPr="003F4D10">
        <w:rPr>
          <w:rFonts w:ascii="Times New Roman" w:hAnsi="Times New Roman" w:cs="Times New Roman"/>
          <w:b/>
          <w:bCs/>
          <w:sz w:val="24"/>
          <w:szCs w:val="24"/>
        </w:rPr>
        <w:t>Sorumlu Öğretim Elemanı</w:t>
      </w:r>
      <w:r w:rsidRPr="003F4D10">
        <w:rPr>
          <w:rFonts w:ascii="Times New Roman" w:hAnsi="Times New Roman" w:cs="Times New Roman"/>
          <w:b/>
          <w:bCs/>
          <w:sz w:val="24"/>
          <w:szCs w:val="24"/>
        </w:rPr>
        <w:tab/>
      </w:r>
      <w:r w:rsidRPr="003F4D10">
        <w:rPr>
          <w:rFonts w:ascii="Times New Roman" w:hAnsi="Times New Roman" w:cs="Times New Roman"/>
          <w:b/>
          <w:bCs/>
          <w:sz w:val="24"/>
          <w:szCs w:val="24"/>
        </w:rPr>
        <w:tab/>
      </w:r>
      <w:proofErr w:type="gramStart"/>
      <w:r w:rsidRPr="003F4D10">
        <w:rPr>
          <w:rFonts w:ascii="Times New Roman" w:hAnsi="Times New Roman" w:cs="Times New Roman"/>
          <w:b/>
          <w:bCs/>
          <w:sz w:val="24"/>
          <w:szCs w:val="24"/>
        </w:rPr>
        <w:t>:………………………………………………………….</w:t>
      </w:r>
      <w:proofErr w:type="gramEnd"/>
    </w:p>
    <w:p w14:paraId="63AADC45" w14:textId="77777777" w:rsidR="00F7513F" w:rsidRPr="003F4D10" w:rsidRDefault="00F7513F" w:rsidP="00F7513F">
      <w:pPr>
        <w:pStyle w:val="Gvde"/>
        <w:rPr>
          <w:rFonts w:ascii="Times New Roman" w:eastAsia="Times New Roman" w:hAnsi="Times New Roman" w:cs="Times New Roman"/>
          <w:sz w:val="24"/>
          <w:szCs w:val="24"/>
        </w:rPr>
      </w:pPr>
      <w:r w:rsidRPr="003F4D10">
        <w:rPr>
          <w:rFonts w:ascii="Times New Roman" w:hAnsi="Times New Roman" w:cs="Times New Roman"/>
          <w:sz w:val="24"/>
          <w:szCs w:val="24"/>
        </w:rPr>
        <w:t>1. Sorunun tanımı ve sorun alanına ilişkin tanımlar</w:t>
      </w:r>
    </w:p>
    <w:p w14:paraId="2CD130D6" w14:textId="15841715" w:rsidR="00F7513F" w:rsidRPr="003F4D10" w:rsidRDefault="00F7513F" w:rsidP="00F7513F">
      <w:pPr>
        <w:pStyle w:val="Gvde"/>
        <w:rPr>
          <w:rFonts w:ascii="Times New Roman" w:eastAsia="Times New Roman" w:hAnsi="Times New Roman" w:cs="Times New Roman"/>
          <w:sz w:val="24"/>
          <w:szCs w:val="24"/>
        </w:rPr>
      </w:pPr>
      <w:r w:rsidRPr="003F4D10">
        <w:rPr>
          <w:rFonts w:ascii="Times New Roman" w:hAnsi="Times New Roman" w:cs="Times New Roman"/>
          <w:sz w:val="24"/>
          <w:szCs w:val="24"/>
        </w:rPr>
        <w:t>2. Sorun alanı ile ilgili mevzuat (Yasalar, Yönetmelikler vb.)</w:t>
      </w:r>
      <w:r w:rsidR="00F3512A" w:rsidRPr="003F4D10">
        <w:rPr>
          <w:rFonts w:ascii="Times New Roman" w:hAnsi="Times New Roman" w:cs="Times New Roman"/>
          <w:sz w:val="24"/>
          <w:szCs w:val="24"/>
        </w:rPr>
        <w:t xml:space="preserve"> ve uygulamaya etkileri</w:t>
      </w:r>
    </w:p>
    <w:p w14:paraId="704B5F8D" w14:textId="284ADF07" w:rsidR="00F7513F" w:rsidRPr="003F4D10" w:rsidRDefault="00F7513F" w:rsidP="00F7513F">
      <w:pPr>
        <w:pStyle w:val="Gvde"/>
        <w:rPr>
          <w:rFonts w:ascii="Times New Roman" w:eastAsia="Times New Roman" w:hAnsi="Times New Roman" w:cs="Times New Roman"/>
          <w:sz w:val="24"/>
          <w:szCs w:val="24"/>
        </w:rPr>
      </w:pPr>
      <w:r w:rsidRPr="003F4D10">
        <w:rPr>
          <w:rFonts w:ascii="Times New Roman" w:hAnsi="Times New Roman" w:cs="Times New Roman"/>
          <w:sz w:val="24"/>
          <w:szCs w:val="24"/>
        </w:rPr>
        <w:t>3. Sorun alanı ile ilgili kurumsal yapı (Örgüt Yapısı)</w:t>
      </w:r>
      <w:r w:rsidR="00F3512A" w:rsidRPr="003F4D10">
        <w:rPr>
          <w:rFonts w:ascii="Times New Roman" w:hAnsi="Times New Roman" w:cs="Times New Roman"/>
          <w:sz w:val="24"/>
          <w:szCs w:val="24"/>
        </w:rPr>
        <w:t xml:space="preserve"> ve hizmet sunumu</w:t>
      </w:r>
    </w:p>
    <w:p w14:paraId="4951BF00" w14:textId="77777777" w:rsidR="00F3512A" w:rsidRPr="003F4D10" w:rsidRDefault="00F7513F" w:rsidP="00F7513F">
      <w:pPr>
        <w:pStyle w:val="Gvde"/>
        <w:rPr>
          <w:rFonts w:ascii="Times New Roman" w:hAnsi="Times New Roman" w:cs="Times New Roman"/>
          <w:sz w:val="24"/>
          <w:szCs w:val="24"/>
        </w:rPr>
      </w:pPr>
      <w:r w:rsidRPr="003F4D10">
        <w:rPr>
          <w:rFonts w:ascii="Times New Roman" w:hAnsi="Times New Roman" w:cs="Times New Roman"/>
          <w:sz w:val="24"/>
          <w:szCs w:val="24"/>
        </w:rPr>
        <w:t xml:space="preserve">4. </w:t>
      </w:r>
      <w:r w:rsidR="00F3512A" w:rsidRPr="003F4D10">
        <w:rPr>
          <w:rFonts w:ascii="Times New Roman" w:hAnsi="Times New Roman" w:cs="Times New Roman"/>
          <w:sz w:val="24"/>
          <w:szCs w:val="24"/>
        </w:rPr>
        <w:t>Başvuru sahiplerinin / müracaatçı grubunun genel özellikleri, ihtiyaçları ve güçlü yönleri</w:t>
      </w:r>
    </w:p>
    <w:p w14:paraId="355B6225" w14:textId="26F96984" w:rsidR="00F7513F" w:rsidRPr="003F4D10" w:rsidRDefault="00F7513F" w:rsidP="00F7513F">
      <w:pPr>
        <w:pStyle w:val="Gvde"/>
        <w:rPr>
          <w:rFonts w:ascii="Times New Roman" w:eastAsia="Times New Roman" w:hAnsi="Times New Roman" w:cs="Times New Roman"/>
          <w:sz w:val="24"/>
          <w:szCs w:val="24"/>
        </w:rPr>
      </w:pPr>
      <w:r w:rsidRPr="003F4D10">
        <w:rPr>
          <w:rFonts w:ascii="Times New Roman" w:hAnsi="Times New Roman" w:cs="Times New Roman"/>
          <w:sz w:val="24"/>
          <w:szCs w:val="24"/>
        </w:rPr>
        <w:t>5. Sorunlar ve bu sorunların sosyal hizmet mesleği ile ilişkisi</w:t>
      </w:r>
    </w:p>
    <w:p w14:paraId="226606CB" w14:textId="5609B71E" w:rsidR="00F7513F" w:rsidRPr="003F4D10" w:rsidRDefault="00F7513F" w:rsidP="00F7513F">
      <w:pPr>
        <w:pStyle w:val="Gvde"/>
        <w:rPr>
          <w:rFonts w:ascii="Times New Roman" w:eastAsia="Times New Roman" w:hAnsi="Times New Roman" w:cs="Times New Roman"/>
          <w:sz w:val="24"/>
          <w:szCs w:val="24"/>
        </w:rPr>
      </w:pPr>
      <w:r w:rsidRPr="003F4D10">
        <w:rPr>
          <w:rFonts w:ascii="Times New Roman" w:hAnsi="Times New Roman" w:cs="Times New Roman"/>
          <w:sz w:val="24"/>
          <w:szCs w:val="24"/>
        </w:rPr>
        <w:t xml:space="preserve">6. </w:t>
      </w:r>
      <w:r w:rsidR="00F3512A" w:rsidRPr="003F4D10">
        <w:rPr>
          <w:rFonts w:ascii="Times New Roman" w:hAnsi="Times New Roman" w:cs="Times New Roman"/>
          <w:sz w:val="24"/>
          <w:szCs w:val="24"/>
        </w:rPr>
        <w:t>Sorunların çözümüne yönelik mevcut hizmetler, karşılaşılan güçlükler ve sosyal hizmet açısından değerlendirme</w:t>
      </w:r>
    </w:p>
    <w:p w14:paraId="3F1F5431" w14:textId="77777777" w:rsidR="00F7513F" w:rsidRPr="003F4D10" w:rsidRDefault="00F7513F" w:rsidP="00F7513F">
      <w:pPr>
        <w:pStyle w:val="Gvde"/>
        <w:rPr>
          <w:rFonts w:ascii="Times New Roman" w:eastAsia="Times New Roman" w:hAnsi="Times New Roman" w:cs="Times New Roman"/>
          <w:sz w:val="24"/>
          <w:szCs w:val="24"/>
        </w:rPr>
      </w:pPr>
    </w:p>
    <w:p w14:paraId="2FEDA95A" w14:textId="77777777" w:rsidR="00F7513F" w:rsidRPr="003F4D10" w:rsidRDefault="00F7513F" w:rsidP="00F7513F">
      <w:pPr>
        <w:pStyle w:val="Gvde"/>
        <w:rPr>
          <w:rFonts w:ascii="Times New Roman" w:eastAsia="Times New Roman" w:hAnsi="Times New Roman" w:cs="Times New Roman"/>
          <w:sz w:val="24"/>
          <w:szCs w:val="24"/>
        </w:rPr>
      </w:pPr>
    </w:p>
    <w:p w14:paraId="4B86BB76" w14:textId="77777777" w:rsidR="00F7513F" w:rsidRPr="003F4D10" w:rsidRDefault="00F7513F" w:rsidP="00F7513F">
      <w:pPr>
        <w:pStyle w:val="Gvde"/>
        <w:rPr>
          <w:rFonts w:ascii="Times New Roman" w:eastAsia="Times New Roman" w:hAnsi="Times New Roman" w:cs="Times New Roman"/>
          <w:sz w:val="24"/>
          <w:szCs w:val="24"/>
        </w:rPr>
      </w:pPr>
    </w:p>
    <w:p w14:paraId="0AD26893" w14:textId="77777777" w:rsidR="00F7513F" w:rsidRPr="003F4D10" w:rsidRDefault="00F7513F" w:rsidP="00F7513F">
      <w:pPr>
        <w:pStyle w:val="Gvde"/>
        <w:rPr>
          <w:rFonts w:ascii="Times New Roman" w:eastAsia="Times New Roman" w:hAnsi="Times New Roman" w:cs="Times New Roman"/>
          <w:sz w:val="24"/>
          <w:szCs w:val="24"/>
        </w:rPr>
      </w:pPr>
    </w:p>
    <w:p w14:paraId="4502868D" w14:textId="77777777" w:rsidR="00F7513F" w:rsidRPr="003F4D10" w:rsidRDefault="00F7513F" w:rsidP="00F7513F">
      <w:pPr>
        <w:pStyle w:val="Gvde"/>
        <w:rPr>
          <w:rFonts w:ascii="Times New Roman" w:eastAsia="Times New Roman" w:hAnsi="Times New Roman" w:cs="Times New Roman"/>
          <w:sz w:val="24"/>
          <w:szCs w:val="24"/>
        </w:rPr>
      </w:pPr>
    </w:p>
    <w:p w14:paraId="0CF09D14" w14:textId="77777777" w:rsidR="00F7513F" w:rsidRPr="003F4D10" w:rsidRDefault="00F7513F" w:rsidP="00F7513F">
      <w:pPr>
        <w:pStyle w:val="Gvde"/>
        <w:rPr>
          <w:rFonts w:ascii="Times New Roman" w:eastAsia="Times New Roman" w:hAnsi="Times New Roman" w:cs="Times New Roman"/>
          <w:sz w:val="24"/>
          <w:szCs w:val="24"/>
        </w:rPr>
      </w:pPr>
    </w:p>
    <w:p w14:paraId="05C6B12E" w14:textId="77777777" w:rsidR="00F7513F" w:rsidRPr="003F4D10" w:rsidRDefault="00F7513F" w:rsidP="00F7513F">
      <w:pPr>
        <w:pStyle w:val="Gvde"/>
        <w:rPr>
          <w:rFonts w:ascii="Times New Roman" w:eastAsia="Times New Roman" w:hAnsi="Times New Roman" w:cs="Times New Roman"/>
          <w:sz w:val="24"/>
          <w:szCs w:val="24"/>
        </w:rPr>
      </w:pPr>
    </w:p>
    <w:p w14:paraId="3287EBEE" w14:textId="77777777" w:rsidR="00F7513F" w:rsidRPr="003F4D10" w:rsidRDefault="00F7513F" w:rsidP="00F7513F">
      <w:pPr>
        <w:pStyle w:val="Gvde"/>
        <w:rPr>
          <w:rFonts w:ascii="Times New Roman" w:eastAsia="Times New Roman" w:hAnsi="Times New Roman" w:cs="Times New Roman"/>
          <w:sz w:val="24"/>
          <w:szCs w:val="24"/>
        </w:rPr>
      </w:pPr>
    </w:p>
    <w:p w14:paraId="2372E879" w14:textId="77777777" w:rsidR="00F7513F" w:rsidRPr="003F4D10" w:rsidRDefault="00F7513F" w:rsidP="00F7513F">
      <w:pPr>
        <w:pStyle w:val="Gvde"/>
        <w:rPr>
          <w:rFonts w:ascii="Times New Roman" w:eastAsia="Times New Roman" w:hAnsi="Times New Roman" w:cs="Times New Roman"/>
          <w:sz w:val="24"/>
          <w:szCs w:val="24"/>
        </w:rPr>
      </w:pPr>
    </w:p>
    <w:p w14:paraId="0A4D29BA" w14:textId="77777777" w:rsidR="00F7513F" w:rsidRPr="003F4D10" w:rsidRDefault="00F7513F" w:rsidP="00F7513F">
      <w:pPr>
        <w:pStyle w:val="Gvde"/>
        <w:rPr>
          <w:rFonts w:ascii="Times New Roman" w:eastAsia="Times New Roman" w:hAnsi="Times New Roman" w:cs="Times New Roman"/>
          <w:sz w:val="24"/>
          <w:szCs w:val="24"/>
        </w:rPr>
      </w:pPr>
    </w:p>
    <w:p w14:paraId="4D4667C9"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lastRenderedPageBreak/>
        <w:t>T.C.</w:t>
      </w:r>
    </w:p>
    <w:p w14:paraId="21087219"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5C0DE80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1C8AF7D6"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1A52956D"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6D3B316A"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12E39FE7"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EK-6: HAFTALIK/GÜNLÜK FAALİYET FORMU</w:t>
      </w:r>
    </w:p>
    <w:p w14:paraId="417A2614" w14:textId="77777777" w:rsidR="00F7513F" w:rsidRPr="003F4D10" w:rsidRDefault="00F7513F" w:rsidP="00F7513F">
      <w:pPr>
        <w:pStyle w:val="Gvde"/>
        <w:spacing w:after="0"/>
        <w:rPr>
          <w:rFonts w:ascii="Times New Roman" w:eastAsia="Times New Roman" w:hAnsi="Times New Roman" w:cs="Times New Roman"/>
          <w:sz w:val="24"/>
          <w:szCs w:val="24"/>
        </w:rPr>
      </w:pPr>
    </w:p>
    <w:p w14:paraId="061399D9" w14:textId="77777777" w:rsidR="00F7513F" w:rsidRPr="003F4D10" w:rsidRDefault="00F7513F" w:rsidP="00F7513F">
      <w:pPr>
        <w:pStyle w:val="Gvde"/>
        <w:spacing w:after="0"/>
        <w:rPr>
          <w:rFonts w:ascii="Times New Roman" w:eastAsia="Times New Roman" w:hAnsi="Times New Roman" w:cs="Times New Roman"/>
          <w:b/>
          <w:bCs/>
          <w:i/>
          <w:iCs/>
          <w:sz w:val="24"/>
          <w:szCs w:val="24"/>
          <w:u w:val="single"/>
        </w:rPr>
      </w:pP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eastAsia="Times New Roman" w:hAnsi="Times New Roman" w:cs="Times New Roman"/>
          <w:sz w:val="24"/>
          <w:szCs w:val="24"/>
        </w:rPr>
        <w:tab/>
      </w:r>
      <w:r w:rsidRPr="003F4D10">
        <w:rPr>
          <w:rFonts w:ascii="Times New Roman" w:hAnsi="Times New Roman"/>
          <w:b/>
          <w:bCs/>
          <w:i/>
          <w:iCs/>
          <w:sz w:val="24"/>
          <w:szCs w:val="24"/>
          <w:u w:val="single"/>
        </w:rPr>
        <w:t>Tarih:   /  /</w:t>
      </w:r>
    </w:p>
    <w:p w14:paraId="3901BF5F"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r>
      <w:r w:rsidRPr="003F4D10">
        <w:rPr>
          <w:rFonts w:ascii="Times New Roman" w:hAnsi="Times New Roman"/>
          <w:b/>
          <w:bCs/>
          <w:sz w:val="24"/>
          <w:szCs w:val="24"/>
        </w:rPr>
        <w:tab/>
        <w:t>: ………………………………………………………</w:t>
      </w:r>
    </w:p>
    <w:p w14:paraId="1317796E"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 Numarası</w:t>
      </w:r>
      <w:r w:rsidRPr="003F4D10">
        <w:rPr>
          <w:rFonts w:ascii="Times New Roman" w:hAnsi="Times New Roman"/>
          <w:b/>
          <w:bCs/>
          <w:sz w:val="24"/>
          <w:szCs w:val="24"/>
        </w:rPr>
        <w:tab/>
        <w:t>: …………………………………………………………</w:t>
      </w:r>
    </w:p>
    <w:p w14:paraId="069A233E"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6246B06D"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4CEB3A8F" w14:textId="77777777" w:rsidR="00F7513F" w:rsidRPr="003F4D10" w:rsidRDefault="00F7513F" w:rsidP="00F7513F">
      <w:pPr>
        <w:pStyle w:val="Gvde"/>
        <w:spacing w:line="360" w:lineRule="auto"/>
        <w:rPr>
          <w:rFonts w:ascii="Times New Roman" w:eastAsia="Times New Roman" w:hAnsi="Times New Roman" w:cs="Times New Roman"/>
          <w:b/>
          <w:bCs/>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tbl>
      <w:tblPr>
        <w:tblStyle w:val="TableNormal"/>
        <w:tblW w:w="90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03"/>
        <w:gridCol w:w="7963"/>
      </w:tblGrid>
      <w:tr w:rsidR="00F7513F" w:rsidRPr="003F4D10" w14:paraId="451E8E64" w14:textId="77777777" w:rsidTr="00031B1B">
        <w:trPr>
          <w:trHeight w:val="3321"/>
        </w:trPr>
        <w:tc>
          <w:tcPr>
            <w:tcW w:w="110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326E8A" w14:textId="77777777" w:rsidR="00F7513F" w:rsidRPr="003F4D10" w:rsidRDefault="00F7513F" w:rsidP="00031B1B">
            <w:pPr>
              <w:pStyle w:val="Gvde"/>
              <w:rPr>
                <w:rFonts w:ascii="Times New Roman" w:eastAsia="Times New Roman" w:hAnsi="Times New Roman" w:cs="Times New Roman"/>
                <w:sz w:val="24"/>
                <w:szCs w:val="24"/>
              </w:rPr>
            </w:pPr>
          </w:p>
          <w:p w14:paraId="64C7A83B"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A8DC243"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0B627496"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B1F55B7"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C28224C"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0AB8AF21"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A233F9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54B129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0C1608E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44611130"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ADD34E7" w14:textId="77777777" w:rsidR="00F7513F" w:rsidRPr="003F4D10" w:rsidRDefault="00F7513F" w:rsidP="00031B1B">
            <w:pPr>
              <w:pStyle w:val="Gvde"/>
              <w:jc w:val="center"/>
              <w:rPr>
                <w:rFonts w:ascii="Times New Roman" w:eastAsia="Times New Roman" w:hAnsi="Times New Roman" w:cs="Times New Roman"/>
                <w:b/>
                <w:bCs/>
                <w:sz w:val="24"/>
                <w:szCs w:val="24"/>
              </w:rPr>
            </w:pPr>
            <w:r w:rsidRPr="003F4D10">
              <w:rPr>
                <w:rFonts w:ascii="Times New Roman" w:hAnsi="Times New Roman"/>
                <w:b/>
                <w:bCs/>
                <w:sz w:val="24"/>
                <w:szCs w:val="24"/>
              </w:rPr>
              <w:t>1.</w:t>
            </w:r>
          </w:p>
          <w:p w14:paraId="73437348" w14:textId="77777777" w:rsidR="00F7513F" w:rsidRPr="003F4D10" w:rsidRDefault="00F7513F" w:rsidP="00031B1B">
            <w:pPr>
              <w:pStyle w:val="Gvde"/>
              <w:jc w:val="center"/>
              <w:rPr>
                <w:rFonts w:ascii="Times New Roman" w:eastAsia="Times New Roman" w:hAnsi="Times New Roman" w:cs="Times New Roman"/>
                <w:sz w:val="24"/>
                <w:szCs w:val="24"/>
              </w:rPr>
            </w:pPr>
            <w:r w:rsidRPr="003F4D10">
              <w:rPr>
                <w:rFonts w:ascii="Times New Roman" w:hAnsi="Times New Roman"/>
                <w:b/>
                <w:bCs/>
                <w:sz w:val="24"/>
                <w:szCs w:val="24"/>
              </w:rPr>
              <w:t>HAFTA</w:t>
            </w:r>
          </w:p>
          <w:p w14:paraId="7DAA8A89" w14:textId="77777777" w:rsidR="00F7513F" w:rsidRPr="003F4D10" w:rsidRDefault="00F7513F" w:rsidP="00031B1B">
            <w:pPr>
              <w:pStyle w:val="Gvde"/>
              <w:rPr>
                <w:rFonts w:ascii="Times New Roman" w:eastAsia="Times New Roman" w:hAnsi="Times New Roman" w:cs="Times New Roman"/>
                <w:sz w:val="24"/>
                <w:szCs w:val="24"/>
              </w:rPr>
            </w:pPr>
          </w:p>
          <w:p w14:paraId="1291B3DE"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AADF621"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EC84FD0"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5AADA1E"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67E9EF7"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22A5636B"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DE3B2BF"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34D3009"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2338C3A1"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3B5C2B7"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EFBCE67"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1D2A4326"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95EDAB3"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46F8F352"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79B7903"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027E5B55"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44828D4B" w14:textId="77777777" w:rsidR="00F7513F" w:rsidRPr="003F4D10" w:rsidRDefault="00F7513F" w:rsidP="00031B1B">
            <w:pPr>
              <w:pStyle w:val="Gvde"/>
              <w:jc w:val="center"/>
            </w:pPr>
          </w:p>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733FA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35EC0FD" w14:textId="77777777" w:rsidR="00F7513F" w:rsidRPr="003F4D10" w:rsidRDefault="00F7513F" w:rsidP="00031B1B">
            <w:pPr>
              <w:pStyle w:val="Gvde"/>
              <w:jc w:val="center"/>
            </w:pPr>
            <w:r w:rsidRPr="003F4D10">
              <w:rPr>
                <w:rFonts w:ascii="Times New Roman" w:hAnsi="Times New Roman"/>
                <w:b/>
                <w:bCs/>
                <w:sz w:val="24"/>
                <w:szCs w:val="24"/>
              </w:rPr>
              <w:t>…./…./……….</w:t>
            </w:r>
          </w:p>
        </w:tc>
      </w:tr>
      <w:tr w:rsidR="00F7513F" w:rsidRPr="003F4D10" w14:paraId="3710EAAD" w14:textId="77777777" w:rsidTr="00031B1B">
        <w:trPr>
          <w:trHeight w:val="2426"/>
        </w:trPr>
        <w:tc>
          <w:tcPr>
            <w:tcW w:w="1103" w:type="dxa"/>
            <w:vMerge/>
            <w:tcBorders>
              <w:top w:val="single" w:sz="4" w:space="0" w:color="000000"/>
              <w:left w:val="single" w:sz="4" w:space="0" w:color="000000"/>
              <w:bottom w:val="single" w:sz="4" w:space="0" w:color="000000"/>
              <w:right w:val="single" w:sz="4" w:space="0" w:color="000000"/>
            </w:tcBorders>
          </w:tcPr>
          <w:p w14:paraId="40495C0F"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D7B19"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2484B2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A7794D8"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8960A8C"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F1F5BCC"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21119121" w14:textId="77777777" w:rsidR="00F7513F" w:rsidRPr="003F4D10" w:rsidRDefault="00F7513F" w:rsidP="00031B1B">
            <w:pPr>
              <w:pStyle w:val="Gvde"/>
              <w:rPr>
                <w:rFonts w:ascii="Times New Roman" w:eastAsia="Times New Roman" w:hAnsi="Times New Roman" w:cs="Times New Roman"/>
                <w:b/>
                <w:bCs/>
                <w:sz w:val="24"/>
                <w:szCs w:val="24"/>
              </w:rPr>
            </w:pPr>
          </w:p>
          <w:p w14:paraId="39F967BF"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00DCC2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1C5EA042" w14:textId="77777777" w:rsidR="00F7513F" w:rsidRPr="003F4D10" w:rsidRDefault="00F7513F" w:rsidP="00031B1B">
            <w:pPr>
              <w:pStyle w:val="Gvde"/>
              <w:rPr>
                <w:rFonts w:ascii="Times New Roman" w:eastAsia="Times New Roman" w:hAnsi="Times New Roman" w:cs="Times New Roman"/>
                <w:b/>
                <w:bCs/>
                <w:sz w:val="24"/>
                <w:szCs w:val="24"/>
              </w:rPr>
            </w:pPr>
          </w:p>
          <w:p w14:paraId="7536C982"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1DD6FA5" w14:textId="77777777" w:rsidR="00F7513F" w:rsidRPr="003F4D10" w:rsidRDefault="00F7513F" w:rsidP="00031B1B">
            <w:pPr>
              <w:pStyle w:val="Gvde"/>
              <w:jc w:val="center"/>
            </w:pPr>
          </w:p>
        </w:tc>
      </w:tr>
      <w:tr w:rsidR="00F7513F" w:rsidRPr="003F4D10" w14:paraId="37A6EF2B" w14:textId="77777777" w:rsidTr="00031B1B">
        <w:trPr>
          <w:trHeight w:val="807"/>
        </w:trPr>
        <w:tc>
          <w:tcPr>
            <w:tcW w:w="1103" w:type="dxa"/>
            <w:vMerge/>
            <w:tcBorders>
              <w:top w:val="single" w:sz="4" w:space="0" w:color="000000"/>
              <w:left w:val="single" w:sz="4" w:space="0" w:color="000000"/>
              <w:bottom w:val="single" w:sz="4" w:space="0" w:color="000000"/>
              <w:right w:val="single" w:sz="4" w:space="0" w:color="000000"/>
            </w:tcBorders>
          </w:tcPr>
          <w:p w14:paraId="1F07D19B"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00EA39"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026480C" w14:textId="77777777" w:rsidR="00F7513F" w:rsidRPr="003F4D10" w:rsidRDefault="00F7513F" w:rsidP="00031B1B">
            <w:pPr>
              <w:pStyle w:val="Gvde"/>
              <w:jc w:val="center"/>
            </w:pPr>
            <w:r w:rsidRPr="003F4D10">
              <w:rPr>
                <w:rFonts w:ascii="Times New Roman" w:hAnsi="Times New Roman"/>
                <w:b/>
                <w:bCs/>
                <w:sz w:val="24"/>
                <w:szCs w:val="24"/>
              </w:rPr>
              <w:t>…./…./………</w:t>
            </w:r>
            <w:r w:rsidRPr="003F4D10">
              <w:rPr>
                <w:rFonts w:ascii="Times New Roman" w:hAnsi="Times New Roman"/>
                <w:b/>
                <w:bCs/>
                <w:sz w:val="24"/>
                <w:szCs w:val="24"/>
              </w:rPr>
              <w:tab/>
            </w:r>
          </w:p>
        </w:tc>
      </w:tr>
      <w:tr w:rsidR="00F7513F" w:rsidRPr="003F4D10" w14:paraId="1F1F094D" w14:textId="77777777" w:rsidTr="00031B1B">
        <w:trPr>
          <w:trHeight w:val="4200"/>
        </w:trPr>
        <w:tc>
          <w:tcPr>
            <w:tcW w:w="1103" w:type="dxa"/>
            <w:vMerge/>
            <w:tcBorders>
              <w:top w:val="single" w:sz="4" w:space="0" w:color="000000"/>
              <w:left w:val="single" w:sz="4" w:space="0" w:color="000000"/>
              <w:bottom w:val="single" w:sz="4" w:space="0" w:color="000000"/>
              <w:right w:val="single" w:sz="4" w:space="0" w:color="000000"/>
            </w:tcBorders>
          </w:tcPr>
          <w:p w14:paraId="1A32134C"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B19D0"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40B9F3D0"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8CB55B2"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BA34D0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2CFDF2F"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2BB20AD5"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856517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2810685"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AE3FB8D" w14:textId="77777777" w:rsidR="00F7513F" w:rsidRPr="003F4D10" w:rsidRDefault="00F7513F" w:rsidP="00031B1B">
            <w:pPr>
              <w:pStyle w:val="Gvde"/>
              <w:rPr>
                <w:rFonts w:ascii="Times New Roman" w:eastAsia="Times New Roman" w:hAnsi="Times New Roman" w:cs="Times New Roman"/>
                <w:b/>
                <w:bCs/>
                <w:sz w:val="24"/>
                <w:szCs w:val="24"/>
              </w:rPr>
            </w:pPr>
          </w:p>
          <w:p w14:paraId="573624E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3322268"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455ED8FB"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2B6EFEC" w14:textId="77777777" w:rsidR="00F7513F" w:rsidRPr="003F4D10" w:rsidRDefault="00F7513F" w:rsidP="00031B1B">
            <w:pPr>
              <w:pStyle w:val="Gvde"/>
              <w:jc w:val="center"/>
            </w:pPr>
          </w:p>
        </w:tc>
      </w:tr>
      <w:tr w:rsidR="00F7513F" w:rsidRPr="003F4D10" w14:paraId="791EC86F" w14:textId="77777777" w:rsidTr="00031B1B">
        <w:trPr>
          <w:trHeight w:val="661"/>
        </w:trPr>
        <w:tc>
          <w:tcPr>
            <w:tcW w:w="1103" w:type="dxa"/>
            <w:vMerge/>
            <w:tcBorders>
              <w:top w:val="single" w:sz="4" w:space="0" w:color="000000"/>
              <w:left w:val="single" w:sz="4" w:space="0" w:color="000000"/>
              <w:bottom w:val="single" w:sz="4" w:space="0" w:color="000000"/>
              <w:right w:val="single" w:sz="4" w:space="0" w:color="000000"/>
            </w:tcBorders>
          </w:tcPr>
          <w:p w14:paraId="04B49D47"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25927"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1522F507" w14:textId="77777777" w:rsidR="00F7513F" w:rsidRPr="003F4D10" w:rsidRDefault="00F7513F" w:rsidP="00031B1B">
            <w:pPr>
              <w:pStyle w:val="Gvde"/>
              <w:jc w:val="center"/>
            </w:pPr>
            <w:r w:rsidRPr="003F4D10">
              <w:rPr>
                <w:rFonts w:ascii="Times New Roman" w:hAnsi="Times New Roman"/>
                <w:b/>
                <w:bCs/>
                <w:sz w:val="24"/>
                <w:szCs w:val="24"/>
              </w:rPr>
              <w:t>…./…./……….</w:t>
            </w:r>
          </w:p>
        </w:tc>
      </w:tr>
      <w:tr w:rsidR="00F7513F" w:rsidRPr="003F4D10" w14:paraId="410EE06A" w14:textId="77777777" w:rsidTr="00031B1B">
        <w:trPr>
          <w:trHeight w:val="1935"/>
        </w:trPr>
        <w:tc>
          <w:tcPr>
            <w:tcW w:w="1103" w:type="dxa"/>
            <w:vMerge/>
            <w:tcBorders>
              <w:top w:val="single" w:sz="4" w:space="0" w:color="000000"/>
              <w:left w:val="single" w:sz="4" w:space="0" w:color="000000"/>
              <w:bottom w:val="single" w:sz="4" w:space="0" w:color="000000"/>
              <w:right w:val="single" w:sz="4" w:space="0" w:color="000000"/>
            </w:tcBorders>
          </w:tcPr>
          <w:p w14:paraId="2CFC41B0"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0BE0C"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437CCA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BB29A33"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0DD2829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FE8186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5FCB01C" w14:textId="77777777" w:rsidR="00F7513F" w:rsidRPr="003F4D10" w:rsidRDefault="00F7513F" w:rsidP="00031B1B">
            <w:pPr>
              <w:pStyle w:val="Gvde"/>
              <w:rPr>
                <w:rFonts w:ascii="Times New Roman" w:eastAsia="Times New Roman" w:hAnsi="Times New Roman" w:cs="Times New Roman"/>
                <w:b/>
                <w:bCs/>
                <w:sz w:val="24"/>
                <w:szCs w:val="24"/>
              </w:rPr>
            </w:pPr>
          </w:p>
          <w:p w14:paraId="29FCFEB6"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9C44C1B"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2AA8864B" w14:textId="77777777" w:rsidR="00F7513F" w:rsidRPr="003F4D10" w:rsidRDefault="00F7513F" w:rsidP="00031B1B">
            <w:pPr>
              <w:pStyle w:val="Gvde"/>
              <w:rPr>
                <w:rFonts w:ascii="Times New Roman" w:eastAsia="Times New Roman" w:hAnsi="Times New Roman" w:cs="Times New Roman"/>
                <w:b/>
                <w:bCs/>
                <w:sz w:val="24"/>
                <w:szCs w:val="24"/>
              </w:rPr>
            </w:pPr>
          </w:p>
          <w:p w14:paraId="1E34C6F6"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9C18B6E" w14:textId="77777777" w:rsidR="00F7513F" w:rsidRPr="003F4D10" w:rsidRDefault="00F7513F" w:rsidP="00031B1B">
            <w:pPr>
              <w:pStyle w:val="Gvde"/>
              <w:jc w:val="center"/>
            </w:pPr>
          </w:p>
        </w:tc>
      </w:tr>
      <w:tr w:rsidR="00F7513F" w:rsidRPr="003F4D10" w14:paraId="7090EB41" w14:textId="77777777" w:rsidTr="00031B1B">
        <w:trPr>
          <w:trHeight w:val="807"/>
        </w:trPr>
        <w:tc>
          <w:tcPr>
            <w:tcW w:w="1103" w:type="dxa"/>
            <w:vMerge/>
            <w:tcBorders>
              <w:top w:val="single" w:sz="4" w:space="0" w:color="000000"/>
              <w:left w:val="single" w:sz="4" w:space="0" w:color="000000"/>
              <w:bottom w:val="single" w:sz="4" w:space="0" w:color="000000"/>
              <w:right w:val="single" w:sz="4" w:space="0" w:color="000000"/>
            </w:tcBorders>
          </w:tcPr>
          <w:p w14:paraId="72C41A19"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A17E2"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1E31B09" w14:textId="77777777" w:rsidR="00F7513F" w:rsidRPr="003F4D10" w:rsidRDefault="00F7513F" w:rsidP="00031B1B">
            <w:pPr>
              <w:pStyle w:val="Gvde"/>
              <w:jc w:val="center"/>
            </w:pPr>
            <w:r w:rsidRPr="003F4D10">
              <w:rPr>
                <w:rFonts w:ascii="Times New Roman" w:hAnsi="Times New Roman"/>
                <w:b/>
                <w:bCs/>
                <w:sz w:val="24"/>
                <w:szCs w:val="24"/>
              </w:rPr>
              <w:t>…./…./………</w:t>
            </w:r>
            <w:r w:rsidRPr="003F4D10">
              <w:rPr>
                <w:rFonts w:ascii="Times New Roman" w:hAnsi="Times New Roman"/>
                <w:b/>
                <w:bCs/>
                <w:sz w:val="24"/>
                <w:szCs w:val="24"/>
              </w:rPr>
              <w:tab/>
            </w:r>
          </w:p>
        </w:tc>
      </w:tr>
      <w:tr w:rsidR="00F7513F" w:rsidRPr="003F4D10" w14:paraId="3B25DA2A" w14:textId="77777777" w:rsidTr="00031B1B">
        <w:trPr>
          <w:trHeight w:val="3900"/>
        </w:trPr>
        <w:tc>
          <w:tcPr>
            <w:tcW w:w="1103" w:type="dxa"/>
            <w:vMerge/>
            <w:tcBorders>
              <w:top w:val="single" w:sz="4" w:space="0" w:color="000000"/>
              <w:left w:val="single" w:sz="4" w:space="0" w:color="000000"/>
              <w:bottom w:val="single" w:sz="4" w:space="0" w:color="000000"/>
              <w:right w:val="single" w:sz="4" w:space="0" w:color="000000"/>
            </w:tcBorders>
          </w:tcPr>
          <w:p w14:paraId="029E054B" w14:textId="77777777" w:rsidR="00F7513F" w:rsidRPr="003F4D10" w:rsidRDefault="00F7513F" w:rsidP="00031B1B"/>
        </w:tc>
        <w:tc>
          <w:tcPr>
            <w:tcW w:w="79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DB849"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1D3782C"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58B634E7"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61185CF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EB2F113"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1D77072"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10199B6"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25729BDB"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8D1F800" w14:textId="77777777" w:rsidR="00F7513F" w:rsidRPr="003F4D10" w:rsidRDefault="00F7513F" w:rsidP="00031B1B">
            <w:pPr>
              <w:pStyle w:val="Gvde"/>
              <w:rPr>
                <w:rFonts w:ascii="Times New Roman" w:eastAsia="Times New Roman" w:hAnsi="Times New Roman" w:cs="Times New Roman"/>
                <w:b/>
                <w:bCs/>
                <w:sz w:val="24"/>
                <w:szCs w:val="24"/>
              </w:rPr>
            </w:pPr>
          </w:p>
          <w:p w14:paraId="6A23F0DD"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7FDC3874" w14:textId="77777777" w:rsidR="00F7513F" w:rsidRPr="003F4D10" w:rsidRDefault="00F7513F" w:rsidP="00031B1B">
            <w:pPr>
              <w:pStyle w:val="Gvde"/>
              <w:jc w:val="center"/>
              <w:rPr>
                <w:rFonts w:ascii="Times New Roman" w:eastAsia="Times New Roman" w:hAnsi="Times New Roman" w:cs="Times New Roman"/>
                <w:b/>
                <w:bCs/>
                <w:sz w:val="24"/>
                <w:szCs w:val="24"/>
              </w:rPr>
            </w:pPr>
          </w:p>
          <w:p w14:paraId="3E6EC91B" w14:textId="77777777" w:rsidR="00F7513F" w:rsidRPr="003F4D10" w:rsidRDefault="00F7513F" w:rsidP="00031B1B">
            <w:pPr>
              <w:pStyle w:val="Gvde"/>
              <w:jc w:val="center"/>
            </w:pPr>
          </w:p>
        </w:tc>
      </w:tr>
    </w:tbl>
    <w:p w14:paraId="362F506E"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502D5743"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T.C.</w:t>
      </w:r>
    </w:p>
    <w:p w14:paraId="7679943B"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3138950B"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SEYDİKEMER UYGULAMALI BİLİMLER YÜKSEKOKULU</w:t>
      </w:r>
    </w:p>
    <w:p w14:paraId="62BA9957"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SOSYAL HİZMET BÖLÜMÜ</w:t>
      </w:r>
    </w:p>
    <w:p w14:paraId="2B999059"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SOSYAL HİZMET KURULUŞUNDA MESLEKİ EĞİTİM DERSİ</w:t>
      </w:r>
    </w:p>
    <w:p w14:paraId="3D4375D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600C3B80" w14:textId="77777777" w:rsidR="00F7513F" w:rsidRPr="003F4D10" w:rsidRDefault="00F7513F" w:rsidP="00F7513F">
      <w:pPr>
        <w:pStyle w:val="Gvde"/>
        <w:ind w:left="2124" w:firstLine="708"/>
        <w:rPr>
          <w:rFonts w:ascii="Times New Roman" w:eastAsia="Times New Roman" w:hAnsi="Times New Roman" w:cs="Times New Roman"/>
          <w:b/>
          <w:bCs/>
          <w:sz w:val="24"/>
          <w:szCs w:val="24"/>
        </w:rPr>
      </w:pPr>
      <w:r w:rsidRPr="003F4D10">
        <w:rPr>
          <w:rFonts w:ascii="Times New Roman" w:hAnsi="Times New Roman"/>
          <w:b/>
          <w:bCs/>
          <w:sz w:val="24"/>
          <w:szCs w:val="24"/>
        </w:rPr>
        <w:t>EK-7: MÜDAHALE PLANI FORMU</w:t>
      </w:r>
    </w:p>
    <w:p w14:paraId="50539682" w14:textId="77777777" w:rsidR="00F7513F" w:rsidRPr="003F4D10" w:rsidRDefault="00F7513F" w:rsidP="00F7513F">
      <w:pPr>
        <w:pStyle w:val="Gvde"/>
        <w:spacing w:after="0" w:line="240" w:lineRule="auto"/>
        <w:jc w:val="both"/>
        <w:rPr>
          <w:rFonts w:ascii="Times New Roman" w:eastAsia="Times New Roman" w:hAnsi="Times New Roman" w:cs="Times New Roman"/>
          <w:b/>
          <w:bCs/>
          <w:i/>
          <w:iCs/>
          <w:sz w:val="24"/>
          <w:szCs w:val="24"/>
          <w:u w:val="single"/>
        </w:rPr>
      </w:pP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hAnsi="Times New Roman"/>
          <w:b/>
          <w:bCs/>
          <w:i/>
          <w:iCs/>
          <w:sz w:val="24"/>
          <w:szCs w:val="24"/>
          <w:u w:val="single"/>
        </w:rPr>
        <w:t xml:space="preserve">Tarih :    /     /   </w:t>
      </w:r>
    </w:p>
    <w:p w14:paraId="31C1E07B" w14:textId="77777777" w:rsidR="00F7513F" w:rsidRPr="003F4D10" w:rsidRDefault="00F7513F" w:rsidP="00F7513F">
      <w:pPr>
        <w:pStyle w:val="Gvde"/>
        <w:spacing w:after="0"/>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r>
      <w:r w:rsidRPr="003F4D10">
        <w:rPr>
          <w:rFonts w:ascii="Times New Roman" w:hAnsi="Times New Roman"/>
          <w:b/>
          <w:bCs/>
          <w:sz w:val="24"/>
          <w:szCs w:val="24"/>
        </w:rPr>
        <w:tab/>
        <w:t xml:space="preserve">: </w:t>
      </w:r>
      <w:proofErr w:type="gramStart"/>
      <w:r w:rsidRPr="003F4D10">
        <w:rPr>
          <w:rFonts w:ascii="Times New Roman" w:hAnsi="Times New Roman"/>
          <w:b/>
          <w:bCs/>
          <w:sz w:val="24"/>
          <w:szCs w:val="24"/>
        </w:rPr>
        <w:t>………………………………………………….…</w:t>
      </w:r>
      <w:proofErr w:type="gramEnd"/>
    </w:p>
    <w:p w14:paraId="75CD8DB2" w14:textId="3AF581D6" w:rsidR="00F7513F" w:rsidRPr="003F4D10" w:rsidRDefault="00F7513F" w:rsidP="00F7513F">
      <w:pPr>
        <w:pStyle w:val="Gvde"/>
        <w:spacing w:after="0"/>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Numarası</w:t>
      </w:r>
      <w:r w:rsidRPr="003F4D10">
        <w:rPr>
          <w:rFonts w:ascii="Times New Roman" w:hAnsi="Times New Roman"/>
          <w:b/>
          <w:bCs/>
          <w:sz w:val="24"/>
          <w:szCs w:val="24"/>
        </w:rPr>
        <w:tab/>
        <w:t>: …………………………………………………………</w:t>
      </w:r>
    </w:p>
    <w:p w14:paraId="69C1DCA6" w14:textId="77777777" w:rsidR="00F7513F" w:rsidRPr="003F4D10" w:rsidRDefault="00F7513F" w:rsidP="00F7513F">
      <w:pPr>
        <w:pStyle w:val="Gvde"/>
        <w:spacing w:after="0"/>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4D3AB73A" w14:textId="77777777" w:rsidR="00F7513F" w:rsidRPr="003F4D10" w:rsidRDefault="00F7513F" w:rsidP="00F7513F">
      <w:pPr>
        <w:pStyle w:val="Gvde"/>
        <w:spacing w:after="0"/>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60940DA0" w14:textId="77777777" w:rsidR="00F7513F" w:rsidRPr="003F4D10" w:rsidRDefault="00F7513F" w:rsidP="00F7513F">
      <w:pPr>
        <w:pStyle w:val="Gvde"/>
        <w:rPr>
          <w:rFonts w:ascii="Times New Roman" w:eastAsia="Times New Roman" w:hAnsi="Times New Roman" w:cs="Times New Roman"/>
          <w:b/>
          <w:bCs/>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p w14:paraId="2ADB9FFF" w14:textId="77777777" w:rsidR="00F7513F" w:rsidRPr="003F4D10" w:rsidRDefault="00F7513F" w:rsidP="00F7513F">
      <w:pPr>
        <w:pStyle w:val="Gvde"/>
        <w:jc w:val="both"/>
        <w:rPr>
          <w:rFonts w:ascii="Times New Roman" w:hAnsi="Times New Roman"/>
          <w:b/>
          <w:bCs/>
          <w:sz w:val="24"/>
          <w:szCs w:val="24"/>
        </w:rPr>
      </w:pPr>
      <w:r w:rsidRPr="003F4D10">
        <w:rPr>
          <w:rFonts w:ascii="Times New Roman" w:hAnsi="Times New Roman"/>
          <w:b/>
          <w:bCs/>
          <w:sz w:val="24"/>
          <w:szCs w:val="24"/>
        </w:rPr>
        <w:t>1. TANIŞMA (KARŞILAŞMA)</w:t>
      </w:r>
    </w:p>
    <w:p w14:paraId="6F6CCCC3" w14:textId="086318EC" w:rsidR="00EB1FDD" w:rsidRPr="003F4D10" w:rsidRDefault="00EB1FDD" w:rsidP="00EB1FDD">
      <w:pPr>
        <w:jc w:val="both"/>
        <w:rPr>
          <w:rFonts w:cs="Times New Roman"/>
          <w:sz w:val="24"/>
          <w:szCs w:val="24"/>
          <w:lang w:val="tr-TR" w:eastAsia="tr-TR"/>
        </w:rPr>
      </w:pPr>
      <w:r w:rsidRPr="003F4D10">
        <w:rPr>
          <w:rFonts w:cs="Times New Roman"/>
          <w:b/>
          <w:bCs/>
          <w:sz w:val="24"/>
          <w:szCs w:val="24"/>
          <w:lang w:val="tr-TR"/>
        </w:rPr>
        <w:tab/>
      </w:r>
      <w:r w:rsidRPr="003F4D10">
        <w:rPr>
          <w:rFonts w:cs="Times New Roman"/>
          <w:sz w:val="24"/>
          <w:szCs w:val="24"/>
          <w:lang w:val="tr-TR" w:eastAsia="tr-TR"/>
        </w:rPr>
        <w:t xml:space="preserve">Müracaatçı ile ilk temas nasıl kuruldu, </w:t>
      </w:r>
      <w:r w:rsidRPr="00EB1FDD">
        <w:rPr>
          <w:rFonts w:cs="Times New Roman"/>
          <w:sz w:val="24"/>
          <w:szCs w:val="24"/>
          <w:lang w:val="tr-TR" w:eastAsia="tr-TR"/>
        </w:rPr>
        <w:t>başvuru / yönlendirme nedeni neydi, müracaatçı sisteminin ilk görünümü nasıldı,</w:t>
      </w:r>
      <w:r w:rsidRPr="003F4D10">
        <w:rPr>
          <w:rFonts w:cs="Times New Roman"/>
          <w:sz w:val="24"/>
          <w:szCs w:val="24"/>
          <w:lang w:val="tr-TR"/>
        </w:rPr>
        <w:t xml:space="preserve"> başlangıçta hangi ihtiyaç ya da sorun alanı öne çıktı.</w:t>
      </w:r>
    </w:p>
    <w:p w14:paraId="4695D08E" w14:textId="77777777" w:rsidR="00F7513F" w:rsidRPr="003F4D10" w:rsidRDefault="00F7513F" w:rsidP="00F7513F">
      <w:pPr>
        <w:pStyle w:val="Gvde"/>
        <w:jc w:val="both"/>
        <w:rPr>
          <w:rFonts w:ascii="Times New Roman" w:eastAsia="Times New Roman" w:hAnsi="Times New Roman" w:cs="Times New Roman"/>
          <w:b/>
          <w:bCs/>
          <w:sz w:val="24"/>
          <w:szCs w:val="24"/>
        </w:rPr>
      </w:pPr>
      <w:r w:rsidRPr="003F4D10">
        <w:rPr>
          <w:rFonts w:ascii="Times New Roman" w:hAnsi="Times New Roman"/>
          <w:b/>
          <w:bCs/>
          <w:sz w:val="24"/>
          <w:szCs w:val="24"/>
        </w:rPr>
        <w:t xml:space="preserve">2. ÖN DEĞERLENDİRME </w:t>
      </w:r>
    </w:p>
    <w:p w14:paraId="7C6EA608" w14:textId="77777777" w:rsidR="00F7513F" w:rsidRPr="003F4D10" w:rsidRDefault="00F7513F" w:rsidP="00F7513F">
      <w:pPr>
        <w:pStyle w:val="ListeParagraf"/>
        <w:numPr>
          <w:ilvl w:val="0"/>
          <w:numId w:val="24"/>
        </w:numPr>
        <w:pBdr>
          <w:top w:val="nil"/>
          <w:left w:val="nil"/>
          <w:bottom w:val="nil"/>
          <w:right w:val="nil"/>
          <w:between w:val="nil"/>
          <w:bar w:val="nil"/>
        </w:pBdr>
        <w:contextualSpacing w:val="0"/>
        <w:jc w:val="both"/>
        <w:rPr>
          <w:sz w:val="24"/>
          <w:szCs w:val="24"/>
          <w:lang w:val="tr-TR"/>
        </w:rPr>
      </w:pPr>
      <w:r w:rsidRPr="003F4D10">
        <w:rPr>
          <w:sz w:val="24"/>
          <w:szCs w:val="24"/>
          <w:lang w:val="tr-TR"/>
        </w:rPr>
        <w:t>Adım: Müracaatçı sistemini belirleme</w:t>
      </w:r>
    </w:p>
    <w:p w14:paraId="3BE487ED" w14:textId="77777777" w:rsidR="00F7513F" w:rsidRPr="003F4D10" w:rsidRDefault="00F7513F" w:rsidP="00F7513F">
      <w:pPr>
        <w:pStyle w:val="ListeParagraf"/>
        <w:numPr>
          <w:ilvl w:val="0"/>
          <w:numId w:val="24"/>
        </w:numPr>
        <w:pBdr>
          <w:top w:val="nil"/>
          <w:left w:val="nil"/>
          <w:bottom w:val="nil"/>
          <w:right w:val="nil"/>
          <w:between w:val="nil"/>
          <w:bar w:val="nil"/>
        </w:pBdr>
        <w:contextualSpacing w:val="0"/>
        <w:jc w:val="both"/>
        <w:rPr>
          <w:sz w:val="24"/>
          <w:szCs w:val="24"/>
          <w:lang w:val="tr-TR"/>
        </w:rPr>
      </w:pPr>
      <w:r w:rsidRPr="003F4D10">
        <w:rPr>
          <w:sz w:val="24"/>
          <w:szCs w:val="24"/>
          <w:lang w:val="tr-TR"/>
        </w:rPr>
        <w:t xml:space="preserve">Adım: Müracaatçı sisteminin içinde bulunduğu durum, (mikro, </w:t>
      </w:r>
      <w:proofErr w:type="spellStart"/>
      <w:r w:rsidRPr="003F4D10">
        <w:rPr>
          <w:sz w:val="24"/>
          <w:szCs w:val="24"/>
          <w:lang w:val="tr-TR"/>
        </w:rPr>
        <w:t>mezzo</w:t>
      </w:r>
      <w:proofErr w:type="spellEnd"/>
      <w:r w:rsidRPr="003F4D10">
        <w:rPr>
          <w:sz w:val="24"/>
          <w:szCs w:val="24"/>
          <w:lang w:val="tr-TR"/>
        </w:rPr>
        <w:t xml:space="preserve"> ve makro farklılıklar) </w:t>
      </w:r>
    </w:p>
    <w:p w14:paraId="493F7513" w14:textId="77777777" w:rsidR="00F7513F" w:rsidRPr="003F4D10" w:rsidRDefault="00F7513F" w:rsidP="00F7513F">
      <w:pPr>
        <w:pStyle w:val="ListeParagraf"/>
        <w:numPr>
          <w:ilvl w:val="0"/>
          <w:numId w:val="24"/>
        </w:numPr>
        <w:pBdr>
          <w:top w:val="nil"/>
          <w:left w:val="nil"/>
          <w:bottom w:val="nil"/>
          <w:right w:val="nil"/>
          <w:between w:val="nil"/>
          <w:bar w:val="nil"/>
        </w:pBdr>
        <w:contextualSpacing w:val="0"/>
        <w:jc w:val="both"/>
        <w:rPr>
          <w:sz w:val="24"/>
          <w:szCs w:val="24"/>
          <w:lang w:val="tr-TR"/>
        </w:rPr>
      </w:pPr>
      <w:r w:rsidRPr="003F4D10">
        <w:rPr>
          <w:sz w:val="24"/>
          <w:szCs w:val="24"/>
          <w:lang w:val="tr-TR"/>
        </w:rPr>
        <w:t>Adım: Müracaatçı sisteminin sorun ve ihtiyaçlarını belirleme</w:t>
      </w:r>
    </w:p>
    <w:p w14:paraId="227B3BE9" w14:textId="77777777" w:rsidR="00F7513F" w:rsidRPr="003F4D10" w:rsidRDefault="00F7513F" w:rsidP="00F7513F">
      <w:pPr>
        <w:pStyle w:val="ListeParagraf"/>
        <w:numPr>
          <w:ilvl w:val="0"/>
          <w:numId w:val="24"/>
        </w:numPr>
        <w:pBdr>
          <w:top w:val="nil"/>
          <w:left w:val="nil"/>
          <w:bottom w:val="nil"/>
          <w:right w:val="nil"/>
          <w:between w:val="nil"/>
          <w:bar w:val="nil"/>
        </w:pBdr>
        <w:contextualSpacing w:val="0"/>
        <w:jc w:val="both"/>
        <w:rPr>
          <w:sz w:val="24"/>
          <w:szCs w:val="24"/>
          <w:lang w:val="tr-TR"/>
        </w:rPr>
      </w:pPr>
      <w:r w:rsidRPr="003F4D10">
        <w:rPr>
          <w:sz w:val="24"/>
          <w:szCs w:val="24"/>
          <w:lang w:val="tr-TR"/>
        </w:rPr>
        <w:t xml:space="preserve">Adım: Müracaatçı sisteminin güçlü yanlarını belirleme </w:t>
      </w:r>
    </w:p>
    <w:p w14:paraId="43691BDE" w14:textId="250D5110" w:rsidR="00EB1FDD" w:rsidRPr="003F4D10" w:rsidRDefault="00EB1FDD" w:rsidP="00F7513F">
      <w:pPr>
        <w:pStyle w:val="ListeParagraf"/>
        <w:numPr>
          <w:ilvl w:val="0"/>
          <w:numId w:val="24"/>
        </w:numPr>
        <w:pBdr>
          <w:top w:val="nil"/>
          <w:left w:val="nil"/>
          <w:bottom w:val="nil"/>
          <w:right w:val="nil"/>
          <w:between w:val="nil"/>
          <w:bar w:val="nil"/>
        </w:pBdr>
        <w:contextualSpacing w:val="0"/>
        <w:jc w:val="both"/>
        <w:rPr>
          <w:sz w:val="24"/>
          <w:szCs w:val="24"/>
          <w:lang w:val="tr-TR"/>
        </w:rPr>
      </w:pPr>
      <w:r w:rsidRPr="003F4D10">
        <w:rPr>
          <w:sz w:val="24"/>
          <w:szCs w:val="24"/>
          <w:lang w:val="tr-TR"/>
        </w:rPr>
        <w:t>Adım: Müracaatçının değişi</w:t>
      </w:r>
      <w:r w:rsidR="00022BB2">
        <w:rPr>
          <w:sz w:val="24"/>
          <w:szCs w:val="24"/>
          <w:lang w:val="tr-TR"/>
        </w:rPr>
        <w:t>me</w:t>
      </w:r>
      <w:r w:rsidRPr="003F4D10">
        <w:rPr>
          <w:sz w:val="24"/>
          <w:szCs w:val="24"/>
          <w:lang w:val="tr-TR"/>
        </w:rPr>
        <w:t xml:space="preserve"> açıklığını belirleme</w:t>
      </w:r>
    </w:p>
    <w:p w14:paraId="6CB62399" w14:textId="77777777" w:rsidR="00F7513F" w:rsidRPr="003F4D10" w:rsidRDefault="00F7513F" w:rsidP="00F7513F">
      <w:pPr>
        <w:pStyle w:val="ListeParagraf"/>
        <w:numPr>
          <w:ilvl w:val="1"/>
          <w:numId w:val="25"/>
        </w:numPr>
        <w:pBdr>
          <w:top w:val="nil"/>
          <w:left w:val="nil"/>
          <w:bottom w:val="nil"/>
          <w:right w:val="nil"/>
          <w:between w:val="nil"/>
          <w:bar w:val="nil"/>
        </w:pBdr>
        <w:contextualSpacing w:val="0"/>
        <w:jc w:val="both"/>
        <w:rPr>
          <w:b/>
          <w:bCs/>
          <w:sz w:val="24"/>
          <w:szCs w:val="24"/>
          <w:lang w:val="tr-TR"/>
        </w:rPr>
      </w:pPr>
      <w:r w:rsidRPr="003F4D10">
        <w:rPr>
          <w:b/>
          <w:bCs/>
          <w:sz w:val="24"/>
          <w:szCs w:val="24"/>
          <w:lang w:val="tr-TR"/>
        </w:rPr>
        <w:t xml:space="preserve">PLANLAMA </w:t>
      </w:r>
    </w:p>
    <w:p w14:paraId="22808923" w14:textId="77777777"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t xml:space="preserve">Adım: Müracaatçı ile çalışma </w:t>
      </w:r>
    </w:p>
    <w:p w14:paraId="3819D46A" w14:textId="77777777"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t xml:space="preserve">Adım: Sorunu öncelik sırasına koyma (Birinci, ikinci ve üçüncü sorun) </w:t>
      </w:r>
    </w:p>
    <w:p w14:paraId="51F6B209" w14:textId="77777777"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t xml:space="preserve">Adım: Sorunları ihtiyaçlara çevirme (Birinci, ikinci ve üçüncü ihtiyaç) </w:t>
      </w:r>
    </w:p>
    <w:p w14:paraId="0018E0B6" w14:textId="77777777"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t xml:space="preserve">Adım: Her ihtiyaç için müdahaleleri değerlendirme (İhtiyaç 1 için, mikro, </w:t>
      </w:r>
      <w:proofErr w:type="spellStart"/>
      <w:r w:rsidRPr="003F4D10">
        <w:rPr>
          <w:sz w:val="24"/>
          <w:szCs w:val="24"/>
          <w:lang w:val="tr-TR"/>
        </w:rPr>
        <w:t>mezzo</w:t>
      </w:r>
      <w:proofErr w:type="spellEnd"/>
      <w:r w:rsidRPr="003F4D10">
        <w:rPr>
          <w:sz w:val="24"/>
          <w:szCs w:val="24"/>
          <w:lang w:val="tr-TR"/>
        </w:rPr>
        <w:t xml:space="preserve"> ve makro düzeyde a- Alternatifleri tanımlama, b- Çözümleri belirleme, c- Değerlendirme. </w:t>
      </w:r>
    </w:p>
    <w:p w14:paraId="557146A3" w14:textId="77777777"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t>Adım: Amaçlar oluşturma</w:t>
      </w:r>
    </w:p>
    <w:p w14:paraId="75AFAE9C" w14:textId="226DB11B"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t>Adım: Hedefler belirleme (kim, ne için, ne zaman, nasıl yapacak ve ba</w:t>
      </w:r>
      <w:r w:rsidR="00EB1FDD" w:rsidRPr="003F4D10">
        <w:rPr>
          <w:sz w:val="24"/>
          <w:szCs w:val="24"/>
          <w:lang w:val="tr-TR"/>
        </w:rPr>
        <w:t>şarı</w:t>
      </w:r>
      <w:r w:rsidRPr="003F4D10">
        <w:rPr>
          <w:sz w:val="24"/>
          <w:szCs w:val="24"/>
          <w:lang w:val="tr-TR"/>
        </w:rPr>
        <w:t xml:space="preserve"> nasıl ölçülecek?) </w:t>
      </w:r>
    </w:p>
    <w:p w14:paraId="6FCA8484" w14:textId="37C75F0E" w:rsidR="00F7513F" w:rsidRPr="003F4D10" w:rsidRDefault="00F7513F" w:rsidP="00F7513F">
      <w:pPr>
        <w:pStyle w:val="ListeParagraf"/>
        <w:numPr>
          <w:ilvl w:val="0"/>
          <w:numId w:val="27"/>
        </w:numPr>
        <w:pBdr>
          <w:top w:val="nil"/>
          <w:left w:val="nil"/>
          <w:bottom w:val="nil"/>
          <w:right w:val="nil"/>
          <w:between w:val="nil"/>
          <w:bar w:val="nil"/>
        </w:pBdr>
        <w:contextualSpacing w:val="0"/>
        <w:jc w:val="both"/>
        <w:rPr>
          <w:sz w:val="24"/>
          <w:szCs w:val="24"/>
          <w:lang w:val="tr-TR"/>
        </w:rPr>
      </w:pPr>
      <w:r w:rsidRPr="003F4D10">
        <w:rPr>
          <w:sz w:val="24"/>
          <w:szCs w:val="24"/>
          <w:lang w:val="tr-TR"/>
        </w:rPr>
        <w:lastRenderedPageBreak/>
        <w:t>Adım: Kontrat oluşturma</w:t>
      </w:r>
      <w:r w:rsidR="00EB1FDD" w:rsidRPr="003F4D10">
        <w:rPr>
          <w:sz w:val="24"/>
          <w:szCs w:val="24"/>
          <w:lang w:val="tr-TR"/>
        </w:rPr>
        <w:t xml:space="preserve"> (</w:t>
      </w:r>
      <w:r w:rsidR="00EB1FDD" w:rsidRPr="003F4D10">
        <w:rPr>
          <w:lang w:val="tr-TR"/>
        </w:rPr>
        <w:t>müdahale çerçevesinin belirlenmesi)</w:t>
      </w:r>
    </w:p>
    <w:p w14:paraId="474AA0BB" w14:textId="2B52F37E" w:rsidR="00F7513F" w:rsidRPr="003F4D10" w:rsidRDefault="00F7513F" w:rsidP="003F4D10">
      <w:pPr>
        <w:pStyle w:val="Gvde"/>
        <w:numPr>
          <w:ilvl w:val="1"/>
          <w:numId w:val="25"/>
        </w:numPr>
        <w:jc w:val="both"/>
        <w:rPr>
          <w:rFonts w:ascii="Times New Roman" w:eastAsia="Times New Roman" w:hAnsi="Times New Roman" w:cs="Times New Roman"/>
          <w:b/>
          <w:bCs/>
          <w:sz w:val="24"/>
          <w:szCs w:val="24"/>
        </w:rPr>
      </w:pPr>
      <w:r w:rsidRPr="003F4D10">
        <w:rPr>
          <w:rFonts w:ascii="Times New Roman" w:hAnsi="Times New Roman"/>
          <w:b/>
          <w:bCs/>
          <w:sz w:val="24"/>
          <w:szCs w:val="24"/>
        </w:rPr>
        <w:t xml:space="preserve">GERÇEKLEŞTİRME/ UYGULAMA </w:t>
      </w:r>
    </w:p>
    <w:p w14:paraId="0EC03F75" w14:textId="314C52FC" w:rsidR="00EB1FDD" w:rsidRPr="003F4D10" w:rsidRDefault="003F4D10" w:rsidP="003F4D10">
      <w:pPr>
        <w:pStyle w:val="ListeParagraf"/>
        <w:numPr>
          <w:ilvl w:val="0"/>
          <w:numId w:val="36"/>
        </w:numPr>
        <w:spacing w:after="0" w:line="240" w:lineRule="auto"/>
        <w:ind w:left="993"/>
        <w:rPr>
          <w:rFonts w:cs="Times New Roman"/>
          <w:sz w:val="24"/>
          <w:szCs w:val="24"/>
          <w:lang w:val="tr-TR" w:eastAsia="tr-TR"/>
        </w:rPr>
      </w:pPr>
      <w:r w:rsidRPr="003F4D10">
        <w:rPr>
          <w:rFonts w:cs="Times New Roman"/>
          <w:sz w:val="24"/>
          <w:szCs w:val="24"/>
          <w:lang w:val="tr-TR" w:eastAsia="tr-TR"/>
        </w:rPr>
        <w:t>Uygulanan</w:t>
      </w:r>
      <w:r w:rsidR="00EB1FDD" w:rsidRPr="003F4D10">
        <w:rPr>
          <w:rFonts w:cs="Times New Roman"/>
          <w:sz w:val="24"/>
          <w:szCs w:val="24"/>
          <w:lang w:val="tr-TR" w:eastAsia="tr-TR"/>
        </w:rPr>
        <w:t xml:space="preserve"> müdahaleler </w:t>
      </w:r>
    </w:p>
    <w:p w14:paraId="004F2727" w14:textId="3C2BE829" w:rsidR="00EB1FDD" w:rsidRPr="003F4D10" w:rsidRDefault="003F4D10" w:rsidP="003F4D10">
      <w:pPr>
        <w:pStyle w:val="ListeParagraf"/>
        <w:numPr>
          <w:ilvl w:val="0"/>
          <w:numId w:val="36"/>
        </w:numPr>
        <w:spacing w:after="0" w:line="240" w:lineRule="auto"/>
        <w:ind w:left="993"/>
        <w:rPr>
          <w:rFonts w:cs="Times New Roman"/>
          <w:sz w:val="24"/>
          <w:szCs w:val="24"/>
          <w:lang w:val="tr-TR" w:eastAsia="tr-TR"/>
        </w:rPr>
      </w:pPr>
      <w:r w:rsidRPr="003F4D10">
        <w:rPr>
          <w:rFonts w:cs="Times New Roman"/>
          <w:sz w:val="24"/>
          <w:szCs w:val="24"/>
          <w:lang w:val="tr-TR" w:eastAsia="tr-TR"/>
        </w:rPr>
        <w:t>Kullanılan</w:t>
      </w:r>
      <w:r w:rsidR="00EB1FDD" w:rsidRPr="003F4D10">
        <w:rPr>
          <w:rFonts w:cs="Times New Roman"/>
          <w:sz w:val="24"/>
          <w:szCs w:val="24"/>
          <w:lang w:val="tr-TR" w:eastAsia="tr-TR"/>
        </w:rPr>
        <w:t xml:space="preserve"> yöntem ve teknikler </w:t>
      </w:r>
    </w:p>
    <w:p w14:paraId="779DA6C1" w14:textId="052AF8F6" w:rsidR="00EB1FDD" w:rsidRPr="003F4D10" w:rsidRDefault="003F4D10" w:rsidP="003F4D10">
      <w:pPr>
        <w:pStyle w:val="ListeParagraf"/>
        <w:numPr>
          <w:ilvl w:val="0"/>
          <w:numId w:val="36"/>
        </w:numPr>
        <w:spacing w:after="0" w:line="240" w:lineRule="auto"/>
        <w:ind w:left="993"/>
        <w:rPr>
          <w:rFonts w:cs="Times New Roman"/>
          <w:sz w:val="24"/>
          <w:szCs w:val="24"/>
          <w:lang w:val="tr-TR" w:eastAsia="tr-TR"/>
        </w:rPr>
      </w:pPr>
      <w:r w:rsidRPr="003F4D10">
        <w:rPr>
          <w:rFonts w:cs="Times New Roman"/>
          <w:sz w:val="24"/>
          <w:szCs w:val="24"/>
          <w:lang w:val="tr-TR" w:eastAsia="tr-TR"/>
        </w:rPr>
        <w:t>Müracaatçının</w:t>
      </w:r>
      <w:r w:rsidR="00EB1FDD" w:rsidRPr="003F4D10">
        <w:rPr>
          <w:rFonts w:cs="Times New Roman"/>
          <w:sz w:val="24"/>
          <w:szCs w:val="24"/>
          <w:lang w:val="tr-TR" w:eastAsia="tr-TR"/>
        </w:rPr>
        <w:t xml:space="preserve"> tepkisi </w:t>
      </w:r>
    </w:p>
    <w:p w14:paraId="76134507" w14:textId="28886AF3" w:rsidR="00EB1FDD" w:rsidRPr="003F4D10" w:rsidRDefault="003F4D10" w:rsidP="003F4D10">
      <w:pPr>
        <w:pStyle w:val="ListeParagraf"/>
        <w:numPr>
          <w:ilvl w:val="0"/>
          <w:numId w:val="36"/>
        </w:numPr>
        <w:spacing w:after="0" w:line="240" w:lineRule="auto"/>
        <w:ind w:left="993"/>
        <w:rPr>
          <w:rFonts w:cs="Times New Roman"/>
          <w:sz w:val="24"/>
          <w:szCs w:val="24"/>
          <w:lang w:val="tr-TR" w:eastAsia="tr-TR"/>
        </w:rPr>
      </w:pPr>
      <w:r w:rsidRPr="003F4D10">
        <w:rPr>
          <w:rFonts w:cs="Times New Roman"/>
          <w:sz w:val="24"/>
          <w:szCs w:val="24"/>
          <w:lang w:val="tr-TR" w:eastAsia="tr-TR"/>
        </w:rPr>
        <w:t>İş</w:t>
      </w:r>
      <w:r w:rsidR="00EB1FDD" w:rsidRPr="003F4D10">
        <w:rPr>
          <w:rFonts w:cs="Times New Roman"/>
          <w:sz w:val="24"/>
          <w:szCs w:val="24"/>
          <w:lang w:val="tr-TR" w:eastAsia="tr-TR"/>
        </w:rPr>
        <w:t xml:space="preserve"> birliği yapılan kişi/kurumlar </w:t>
      </w:r>
    </w:p>
    <w:p w14:paraId="15050B9D" w14:textId="6B9A3C80" w:rsidR="00F7513F" w:rsidRPr="003F4D10" w:rsidRDefault="003F4D10" w:rsidP="003F4D10">
      <w:pPr>
        <w:pStyle w:val="Gvde"/>
        <w:numPr>
          <w:ilvl w:val="0"/>
          <w:numId w:val="36"/>
        </w:numPr>
        <w:spacing w:after="0" w:line="240" w:lineRule="auto"/>
        <w:ind w:left="993"/>
        <w:jc w:val="both"/>
        <w:rPr>
          <w:rFonts w:ascii="Times New Roman" w:hAnsi="Times New Roman"/>
          <w:b/>
          <w:bCs/>
          <w:sz w:val="24"/>
          <w:szCs w:val="24"/>
        </w:rPr>
      </w:pPr>
      <w:r w:rsidRPr="003F4D1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Ortaya</w:t>
      </w:r>
      <w:r w:rsidR="00EB1FDD" w:rsidRPr="003F4D1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çıkan değişimler / güçlükler</w:t>
      </w:r>
    </w:p>
    <w:p w14:paraId="7D9B4C2A" w14:textId="77777777" w:rsidR="00F7513F" w:rsidRPr="003F4D10" w:rsidRDefault="00F7513F" w:rsidP="003F4D10">
      <w:pPr>
        <w:pStyle w:val="Gvde"/>
        <w:spacing w:after="0" w:line="240" w:lineRule="auto"/>
        <w:ind w:left="993"/>
        <w:jc w:val="both"/>
        <w:rPr>
          <w:rFonts w:ascii="Times New Roman" w:hAnsi="Times New Roman"/>
          <w:b/>
          <w:bCs/>
          <w:sz w:val="24"/>
          <w:szCs w:val="24"/>
        </w:rPr>
      </w:pPr>
    </w:p>
    <w:p w14:paraId="49C5E80F" w14:textId="6521C492" w:rsidR="00F7513F" w:rsidRPr="003F4D10" w:rsidRDefault="00F7513F" w:rsidP="003F4D10">
      <w:pPr>
        <w:pStyle w:val="Gvde"/>
        <w:numPr>
          <w:ilvl w:val="1"/>
          <w:numId w:val="25"/>
        </w:numPr>
        <w:spacing w:after="0" w:line="240" w:lineRule="auto"/>
        <w:jc w:val="both"/>
        <w:rPr>
          <w:rFonts w:ascii="Times New Roman" w:hAnsi="Times New Roman"/>
          <w:b/>
          <w:bCs/>
          <w:sz w:val="24"/>
          <w:szCs w:val="24"/>
        </w:rPr>
      </w:pPr>
      <w:r w:rsidRPr="003F4D10">
        <w:rPr>
          <w:rFonts w:ascii="Times New Roman" w:hAnsi="Times New Roman"/>
          <w:b/>
          <w:bCs/>
          <w:sz w:val="24"/>
          <w:szCs w:val="24"/>
        </w:rPr>
        <w:t xml:space="preserve">İZLEME PLANI (mikro, </w:t>
      </w:r>
      <w:proofErr w:type="spellStart"/>
      <w:r w:rsidRPr="003F4D10">
        <w:rPr>
          <w:rFonts w:ascii="Times New Roman" w:hAnsi="Times New Roman"/>
          <w:b/>
          <w:bCs/>
          <w:sz w:val="24"/>
          <w:szCs w:val="24"/>
        </w:rPr>
        <w:t>mezzo</w:t>
      </w:r>
      <w:proofErr w:type="spellEnd"/>
      <w:r w:rsidRPr="003F4D10">
        <w:rPr>
          <w:rFonts w:ascii="Times New Roman" w:hAnsi="Times New Roman"/>
          <w:b/>
          <w:bCs/>
          <w:sz w:val="24"/>
          <w:szCs w:val="24"/>
        </w:rPr>
        <w:t xml:space="preserve"> ve makro) </w:t>
      </w:r>
    </w:p>
    <w:p w14:paraId="2967EB9D" w14:textId="77777777" w:rsidR="003F4D10" w:rsidRPr="003F4D10" w:rsidRDefault="003F4D10" w:rsidP="003F4D10">
      <w:pPr>
        <w:pStyle w:val="Gvde"/>
        <w:spacing w:after="0" w:line="240" w:lineRule="auto"/>
        <w:ind w:left="360"/>
        <w:jc w:val="both"/>
        <w:rPr>
          <w:rFonts w:ascii="Times New Roman" w:eastAsia="Times New Roman" w:hAnsi="Times New Roman" w:cs="Times New Roman"/>
          <w:b/>
          <w:bCs/>
          <w:sz w:val="24"/>
          <w:szCs w:val="24"/>
        </w:rPr>
      </w:pPr>
    </w:p>
    <w:p w14:paraId="48646A94" w14:textId="77777777" w:rsidR="00F7513F" w:rsidRPr="003F4D10" w:rsidRDefault="00F7513F" w:rsidP="00F7513F">
      <w:pPr>
        <w:pStyle w:val="ListeParagraf"/>
        <w:numPr>
          <w:ilvl w:val="0"/>
          <w:numId w:val="29"/>
        </w:numPr>
        <w:pBdr>
          <w:top w:val="nil"/>
          <w:left w:val="nil"/>
          <w:bottom w:val="nil"/>
          <w:right w:val="nil"/>
          <w:between w:val="nil"/>
          <w:bar w:val="nil"/>
        </w:pBdr>
        <w:spacing w:after="0" w:line="240" w:lineRule="auto"/>
        <w:contextualSpacing w:val="0"/>
        <w:jc w:val="both"/>
        <w:rPr>
          <w:sz w:val="24"/>
          <w:szCs w:val="24"/>
          <w:lang w:val="tr-TR"/>
        </w:rPr>
      </w:pPr>
      <w:r w:rsidRPr="003F4D10">
        <w:rPr>
          <w:sz w:val="24"/>
          <w:szCs w:val="24"/>
          <w:lang w:val="tr-TR"/>
        </w:rPr>
        <w:t xml:space="preserve">Gelişim Süreci (mikro, </w:t>
      </w:r>
      <w:proofErr w:type="spellStart"/>
      <w:r w:rsidRPr="003F4D10">
        <w:rPr>
          <w:sz w:val="24"/>
          <w:szCs w:val="24"/>
          <w:lang w:val="tr-TR"/>
        </w:rPr>
        <w:t>mezzo</w:t>
      </w:r>
      <w:proofErr w:type="spellEnd"/>
      <w:r w:rsidRPr="003F4D10">
        <w:rPr>
          <w:sz w:val="24"/>
          <w:szCs w:val="24"/>
          <w:lang w:val="tr-TR"/>
        </w:rPr>
        <w:t xml:space="preserve"> ve makro) </w:t>
      </w:r>
    </w:p>
    <w:p w14:paraId="35EDCB3F" w14:textId="3EFA5A16" w:rsidR="00EB1FDD" w:rsidRPr="003F4D10" w:rsidRDefault="00EB1FDD" w:rsidP="00F7513F">
      <w:pPr>
        <w:pStyle w:val="ListeParagraf"/>
        <w:numPr>
          <w:ilvl w:val="0"/>
          <w:numId w:val="29"/>
        </w:numPr>
        <w:pBdr>
          <w:top w:val="nil"/>
          <w:left w:val="nil"/>
          <w:bottom w:val="nil"/>
          <w:right w:val="nil"/>
          <w:between w:val="nil"/>
          <w:bar w:val="nil"/>
        </w:pBdr>
        <w:spacing w:after="0" w:line="240" w:lineRule="auto"/>
        <w:contextualSpacing w:val="0"/>
        <w:jc w:val="both"/>
        <w:rPr>
          <w:sz w:val="24"/>
          <w:szCs w:val="24"/>
          <w:lang w:val="tr-TR"/>
        </w:rPr>
      </w:pPr>
      <w:r w:rsidRPr="003F4D10">
        <w:rPr>
          <w:sz w:val="24"/>
          <w:szCs w:val="24"/>
          <w:lang w:val="tr-TR"/>
        </w:rPr>
        <w:t>İzlem bulguları</w:t>
      </w:r>
    </w:p>
    <w:p w14:paraId="4F599585" w14:textId="77777777" w:rsidR="00F7513F" w:rsidRPr="003F4D10" w:rsidRDefault="00F7513F" w:rsidP="00F7513F">
      <w:pPr>
        <w:pStyle w:val="ListeParagraf"/>
        <w:numPr>
          <w:ilvl w:val="0"/>
          <w:numId w:val="29"/>
        </w:numPr>
        <w:pBdr>
          <w:top w:val="nil"/>
          <w:left w:val="nil"/>
          <w:bottom w:val="nil"/>
          <w:right w:val="nil"/>
          <w:between w:val="nil"/>
          <w:bar w:val="nil"/>
        </w:pBdr>
        <w:spacing w:after="0" w:line="240" w:lineRule="auto"/>
        <w:contextualSpacing w:val="0"/>
        <w:jc w:val="both"/>
        <w:rPr>
          <w:sz w:val="24"/>
          <w:szCs w:val="24"/>
          <w:lang w:val="tr-TR"/>
        </w:rPr>
      </w:pPr>
      <w:r w:rsidRPr="003F4D10">
        <w:rPr>
          <w:sz w:val="24"/>
          <w:szCs w:val="24"/>
          <w:lang w:val="tr-TR"/>
        </w:rPr>
        <w:t xml:space="preserve">Planı Gözden Geçirme (mikro, </w:t>
      </w:r>
      <w:proofErr w:type="spellStart"/>
      <w:r w:rsidRPr="003F4D10">
        <w:rPr>
          <w:sz w:val="24"/>
          <w:szCs w:val="24"/>
          <w:lang w:val="tr-TR"/>
        </w:rPr>
        <w:t>mezzo</w:t>
      </w:r>
      <w:proofErr w:type="spellEnd"/>
      <w:r w:rsidRPr="003F4D10">
        <w:rPr>
          <w:sz w:val="24"/>
          <w:szCs w:val="24"/>
          <w:lang w:val="tr-TR"/>
        </w:rPr>
        <w:t xml:space="preserve"> ve makro) </w:t>
      </w:r>
    </w:p>
    <w:p w14:paraId="17BB3BDF" w14:textId="78963F7C" w:rsidR="00EB1FDD" w:rsidRPr="003F4D10" w:rsidRDefault="00EB1FDD" w:rsidP="00F7513F">
      <w:pPr>
        <w:pStyle w:val="ListeParagraf"/>
        <w:numPr>
          <w:ilvl w:val="0"/>
          <w:numId w:val="29"/>
        </w:numPr>
        <w:pBdr>
          <w:top w:val="nil"/>
          <w:left w:val="nil"/>
          <w:bottom w:val="nil"/>
          <w:right w:val="nil"/>
          <w:between w:val="nil"/>
          <w:bar w:val="nil"/>
        </w:pBdr>
        <w:spacing w:after="0" w:line="240" w:lineRule="auto"/>
        <w:contextualSpacing w:val="0"/>
        <w:jc w:val="both"/>
        <w:rPr>
          <w:sz w:val="24"/>
          <w:szCs w:val="24"/>
          <w:lang w:val="tr-TR"/>
        </w:rPr>
      </w:pPr>
      <w:r w:rsidRPr="003F4D10">
        <w:rPr>
          <w:sz w:val="24"/>
          <w:szCs w:val="24"/>
          <w:lang w:val="tr-TR"/>
        </w:rPr>
        <w:t>Gerekirse yeni hedefler</w:t>
      </w:r>
    </w:p>
    <w:p w14:paraId="798C2D5C" w14:textId="77777777" w:rsidR="00EB1FDD" w:rsidRPr="003F4D10" w:rsidRDefault="00EB1FDD" w:rsidP="00EB1FDD">
      <w:pPr>
        <w:pStyle w:val="ListeParagraf"/>
        <w:pBdr>
          <w:top w:val="nil"/>
          <w:left w:val="nil"/>
          <w:bottom w:val="nil"/>
          <w:right w:val="nil"/>
          <w:between w:val="nil"/>
          <w:bar w:val="nil"/>
        </w:pBdr>
        <w:spacing w:after="0" w:line="240" w:lineRule="auto"/>
        <w:ind w:left="1080"/>
        <w:contextualSpacing w:val="0"/>
        <w:jc w:val="both"/>
        <w:rPr>
          <w:sz w:val="24"/>
          <w:szCs w:val="24"/>
          <w:lang w:val="tr-TR"/>
        </w:rPr>
      </w:pPr>
    </w:p>
    <w:p w14:paraId="2B23CDB8" w14:textId="1C82F90F" w:rsidR="003F4D10" w:rsidRPr="003F4D10" w:rsidRDefault="003F4D10" w:rsidP="003F4D10">
      <w:pPr>
        <w:pStyle w:val="NormalWeb"/>
        <w:numPr>
          <w:ilvl w:val="1"/>
          <w:numId w:val="25"/>
        </w:numPr>
        <w:spacing w:after="0" w:afterAutospacing="0"/>
      </w:pPr>
      <w:r w:rsidRPr="003F4D10">
        <w:rPr>
          <w:rStyle w:val="Gl"/>
        </w:rPr>
        <w:t xml:space="preserve">MÜDAHALENİN SONLANDIRILMASI / TAMAMLANMASI </w:t>
      </w:r>
      <w:r w:rsidR="00F7513F" w:rsidRPr="003F4D10">
        <w:rPr>
          <w:b/>
          <w:bCs/>
        </w:rPr>
        <w:t xml:space="preserve">(mikro, </w:t>
      </w:r>
      <w:proofErr w:type="spellStart"/>
      <w:r w:rsidR="00F7513F" w:rsidRPr="003F4D10">
        <w:rPr>
          <w:b/>
          <w:bCs/>
        </w:rPr>
        <w:t>mezzo</w:t>
      </w:r>
      <w:proofErr w:type="spellEnd"/>
      <w:r w:rsidR="00F7513F" w:rsidRPr="003F4D10">
        <w:rPr>
          <w:b/>
          <w:bCs/>
        </w:rPr>
        <w:t xml:space="preserve"> ve makro)</w:t>
      </w:r>
    </w:p>
    <w:p w14:paraId="5E51FF3E" w14:textId="56DE8D81" w:rsidR="003F4D10" w:rsidRPr="003F4D10" w:rsidRDefault="003F4D10" w:rsidP="003F4D10">
      <w:pPr>
        <w:pStyle w:val="ListeParagraf"/>
        <w:numPr>
          <w:ilvl w:val="3"/>
          <w:numId w:val="25"/>
        </w:numPr>
        <w:spacing w:before="240" w:after="0" w:line="240" w:lineRule="auto"/>
        <w:ind w:left="993" w:hanging="315"/>
        <w:rPr>
          <w:rFonts w:cs="Times New Roman"/>
          <w:sz w:val="24"/>
          <w:szCs w:val="24"/>
          <w:lang w:val="tr-TR" w:eastAsia="tr-TR"/>
        </w:rPr>
      </w:pPr>
      <w:r w:rsidRPr="003F4D10">
        <w:rPr>
          <w:rFonts w:cs="Times New Roman"/>
          <w:sz w:val="24"/>
          <w:szCs w:val="24"/>
          <w:lang w:val="tr-TR" w:eastAsia="tr-TR"/>
        </w:rPr>
        <w:t xml:space="preserve">Sonlandırma gerekçesi </w:t>
      </w:r>
    </w:p>
    <w:p w14:paraId="0AB9CCD6" w14:textId="747EFF2B" w:rsidR="003F4D10" w:rsidRPr="003F4D10" w:rsidRDefault="003F4D10" w:rsidP="003F4D10">
      <w:pPr>
        <w:pStyle w:val="ListeParagraf"/>
        <w:numPr>
          <w:ilvl w:val="3"/>
          <w:numId w:val="25"/>
        </w:numPr>
        <w:spacing w:before="240" w:after="0" w:line="240" w:lineRule="auto"/>
        <w:ind w:left="993" w:hanging="315"/>
        <w:rPr>
          <w:rFonts w:cs="Times New Roman"/>
          <w:sz w:val="24"/>
          <w:szCs w:val="24"/>
          <w:lang w:val="tr-TR" w:eastAsia="tr-TR"/>
        </w:rPr>
      </w:pPr>
      <w:r w:rsidRPr="003F4D10">
        <w:rPr>
          <w:rFonts w:cs="Times New Roman"/>
          <w:sz w:val="24"/>
          <w:szCs w:val="24"/>
          <w:lang w:val="tr-TR" w:eastAsia="tr-TR"/>
        </w:rPr>
        <w:t xml:space="preserve">Sonlandırma zamanı </w:t>
      </w:r>
    </w:p>
    <w:p w14:paraId="14F3E305" w14:textId="4ED65601" w:rsidR="003F4D10" w:rsidRPr="003F4D10" w:rsidRDefault="003F4D10" w:rsidP="003F4D10">
      <w:pPr>
        <w:pStyle w:val="ListeParagraf"/>
        <w:numPr>
          <w:ilvl w:val="3"/>
          <w:numId w:val="25"/>
        </w:numPr>
        <w:spacing w:before="240" w:after="0" w:line="240" w:lineRule="auto"/>
        <w:ind w:left="993" w:hanging="315"/>
        <w:rPr>
          <w:rFonts w:cs="Times New Roman"/>
          <w:sz w:val="24"/>
          <w:szCs w:val="24"/>
          <w:lang w:val="tr-TR" w:eastAsia="tr-TR"/>
        </w:rPr>
      </w:pPr>
      <w:r w:rsidRPr="003F4D10">
        <w:rPr>
          <w:rFonts w:cs="Times New Roman"/>
          <w:sz w:val="24"/>
          <w:szCs w:val="24"/>
          <w:lang w:val="tr-TR" w:eastAsia="tr-TR"/>
        </w:rPr>
        <w:t xml:space="preserve">Kalan ihtiyaçlar </w:t>
      </w:r>
    </w:p>
    <w:p w14:paraId="6B58EFE9" w14:textId="2CCB6916" w:rsidR="003F4D10" w:rsidRPr="003F4D10" w:rsidRDefault="003F4D10" w:rsidP="003F4D10">
      <w:pPr>
        <w:pStyle w:val="ListeParagraf"/>
        <w:numPr>
          <w:ilvl w:val="3"/>
          <w:numId w:val="25"/>
        </w:numPr>
        <w:spacing w:before="240" w:after="0" w:line="240" w:lineRule="auto"/>
        <w:ind w:left="993" w:hanging="315"/>
        <w:rPr>
          <w:rFonts w:cs="Times New Roman"/>
          <w:sz w:val="24"/>
          <w:szCs w:val="24"/>
          <w:lang w:val="tr-TR" w:eastAsia="tr-TR"/>
        </w:rPr>
      </w:pPr>
      <w:r w:rsidRPr="003F4D10">
        <w:rPr>
          <w:rFonts w:cs="Times New Roman"/>
          <w:sz w:val="24"/>
          <w:szCs w:val="24"/>
          <w:lang w:val="tr-TR" w:eastAsia="tr-TR"/>
        </w:rPr>
        <w:t>Yönlendirme gereksinimi</w:t>
      </w:r>
    </w:p>
    <w:p w14:paraId="799AAB90" w14:textId="77777777" w:rsidR="003F4D10" w:rsidRPr="003F4D10" w:rsidRDefault="003F4D10" w:rsidP="003F4D10">
      <w:pPr>
        <w:pStyle w:val="ListeParagraf"/>
        <w:spacing w:after="0" w:line="240" w:lineRule="auto"/>
        <w:rPr>
          <w:rFonts w:cs="Times New Roman"/>
          <w:sz w:val="24"/>
          <w:szCs w:val="24"/>
          <w:lang w:val="tr-TR" w:eastAsia="tr-TR"/>
        </w:rPr>
      </w:pPr>
    </w:p>
    <w:p w14:paraId="66DACCA0" w14:textId="77777777" w:rsidR="003F4D10" w:rsidRPr="003F4D10" w:rsidRDefault="003F4D10" w:rsidP="003F4D10">
      <w:pPr>
        <w:pStyle w:val="ListeParagraf"/>
        <w:spacing w:after="0" w:line="240" w:lineRule="auto"/>
        <w:rPr>
          <w:rFonts w:cs="Times New Roman"/>
          <w:sz w:val="24"/>
          <w:szCs w:val="24"/>
          <w:lang w:val="tr-TR" w:eastAsia="tr-TR"/>
        </w:rPr>
      </w:pPr>
    </w:p>
    <w:p w14:paraId="6D19CB30" w14:textId="7FB88A79" w:rsidR="00F7513F" w:rsidRPr="003F4D10" w:rsidRDefault="00F7513F" w:rsidP="003F4D10">
      <w:pPr>
        <w:pStyle w:val="Gvde"/>
        <w:numPr>
          <w:ilvl w:val="1"/>
          <w:numId w:val="25"/>
        </w:numPr>
        <w:spacing w:after="0" w:line="24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DEĞERLENDİRME</w:t>
      </w:r>
      <w:r w:rsidRPr="003F4D10">
        <w:rPr>
          <w:rFonts w:ascii="Times New Roman" w:hAnsi="Times New Roman"/>
          <w:sz w:val="24"/>
          <w:szCs w:val="24"/>
        </w:rPr>
        <w:t xml:space="preserve"> </w:t>
      </w:r>
    </w:p>
    <w:p w14:paraId="0509FAE7" w14:textId="03C2CA91" w:rsidR="003F4D10" w:rsidRPr="003F4D10" w:rsidRDefault="003F4D10" w:rsidP="003F4D10">
      <w:pPr>
        <w:pStyle w:val="ListeParagraf"/>
        <w:numPr>
          <w:ilvl w:val="3"/>
          <w:numId w:val="25"/>
        </w:numPr>
        <w:spacing w:before="240" w:after="0" w:line="240" w:lineRule="auto"/>
        <w:ind w:left="993" w:hanging="284"/>
        <w:rPr>
          <w:rFonts w:cs="Times New Roman"/>
          <w:sz w:val="24"/>
          <w:szCs w:val="24"/>
          <w:lang w:val="tr-TR" w:eastAsia="tr-TR"/>
        </w:rPr>
      </w:pPr>
      <w:r w:rsidRPr="003F4D10">
        <w:rPr>
          <w:rFonts w:cs="Times New Roman"/>
          <w:sz w:val="24"/>
          <w:szCs w:val="24"/>
          <w:lang w:val="tr-TR" w:eastAsia="tr-TR"/>
        </w:rPr>
        <w:t xml:space="preserve">Amaçlara ulaşma düzeyi </w:t>
      </w:r>
    </w:p>
    <w:p w14:paraId="6AEB2F01" w14:textId="096337B8" w:rsidR="003F4D10" w:rsidRPr="003F4D10" w:rsidRDefault="003F4D10" w:rsidP="003F4D10">
      <w:pPr>
        <w:pStyle w:val="ListeParagraf"/>
        <w:numPr>
          <w:ilvl w:val="3"/>
          <w:numId w:val="25"/>
        </w:numPr>
        <w:spacing w:before="240" w:after="0" w:line="240" w:lineRule="auto"/>
        <w:ind w:left="993" w:hanging="284"/>
        <w:rPr>
          <w:rFonts w:cs="Times New Roman"/>
          <w:sz w:val="24"/>
          <w:szCs w:val="24"/>
          <w:lang w:val="tr-TR" w:eastAsia="tr-TR"/>
        </w:rPr>
      </w:pPr>
      <w:r w:rsidRPr="003F4D10">
        <w:rPr>
          <w:rFonts w:cs="Times New Roman"/>
          <w:sz w:val="24"/>
          <w:szCs w:val="24"/>
          <w:lang w:val="tr-TR" w:eastAsia="tr-TR"/>
        </w:rPr>
        <w:t xml:space="preserve">Hangi hedeflerin gerçekleştiği </w:t>
      </w:r>
    </w:p>
    <w:p w14:paraId="5B773751" w14:textId="197D6587" w:rsidR="003F4D10" w:rsidRPr="003F4D10" w:rsidRDefault="003F4D10" w:rsidP="003F4D10">
      <w:pPr>
        <w:pStyle w:val="ListeParagraf"/>
        <w:numPr>
          <w:ilvl w:val="3"/>
          <w:numId w:val="25"/>
        </w:numPr>
        <w:spacing w:before="240" w:after="0" w:line="240" w:lineRule="auto"/>
        <w:ind w:left="993" w:hanging="284"/>
        <w:rPr>
          <w:rFonts w:cs="Times New Roman"/>
          <w:sz w:val="24"/>
          <w:szCs w:val="24"/>
          <w:lang w:val="tr-TR" w:eastAsia="tr-TR"/>
        </w:rPr>
      </w:pPr>
      <w:r w:rsidRPr="003F4D10">
        <w:rPr>
          <w:rFonts w:cs="Times New Roman"/>
          <w:sz w:val="24"/>
          <w:szCs w:val="24"/>
          <w:lang w:val="tr-TR" w:eastAsia="tr-TR"/>
        </w:rPr>
        <w:t xml:space="preserve">Hangi hedeflerin gerçekleşmediği </w:t>
      </w:r>
    </w:p>
    <w:p w14:paraId="0792054E" w14:textId="4A81EDB9" w:rsidR="003F4D10" w:rsidRPr="003F4D10" w:rsidRDefault="003F4D10" w:rsidP="003F4D10">
      <w:pPr>
        <w:pStyle w:val="ListeParagraf"/>
        <w:numPr>
          <w:ilvl w:val="3"/>
          <w:numId w:val="25"/>
        </w:numPr>
        <w:spacing w:before="240" w:after="0" w:line="240" w:lineRule="auto"/>
        <w:ind w:left="993" w:hanging="284"/>
        <w:rPr>
          <w:rFonts w:cs="Times New Roman"/>
          <w:sz w:val="24"/>
          <w:szCs w:val="24"/>
          <w:lang w:val="tr-TR" w:eastAsia="tr-TR"/>
        </w:rPr>
      </w:pPr>
      <w:r w:rsidRPr="003F4D10">
        <w:rPr>
          <w:rFonts w:cs="Times New Roman"/>
          <w:sz w:val="24"/>
          <w:szCs w:val="24"/>
          <w:lang w:val="tr-TR" w:eastAsia="tr-TR"/>
        </w:rPr>
        <w:t xml:space="preserve">Nedenleri </w:t>
      </w:r>
    </w:p>
    <w:p w14:paraId="3A3D1F33" w14:textId="3D10203D" w:rsidR="003F4D10" w:rsidRPr="003F4D10" w:rsidRDefault="003F4D10" w:rsidP="003F4D10">
      <w:pPr>
        <w:pStyle w:val="ListeParagraf"/>
        <w:numPr>
          <w:ilvl w:val="3"/>
          <w:numId w:val="25"/>
        </w:numPr>
        <w:spacing w:before="240" w:after="0" w:line="240" w:lineRule="auto"/>
        <w:ind w:left="993" w:hanging="284"/>
        <w:rPr>
          <w:rFonts w:cs="Times New Roman"/>
          <w:sz w:val="24"/>
          <w:szCs w:val="24"/>
          <w:lang w:val="tr-TR" w:eastAsia="tr-TR"/>
        </w:rPr>
      </w:pPr>
      <w:r w:rsidRPr="003F4D10">
        <w:rPr>
          <w:rFonts w:cs="Times New Roman"/>
          <w:sz w:val="24"/>
          <w:szCs w:val="24"/>
          <w:lang w:val="tr-TR" w:eastAsia="tr-TR"/>
        </w:rPr>
        <w:t xml:space="preserve">Yeniden planlama gereksinimi </w:t>
      </w:r>
    </w:p>
    <w:p w14:paraId="4048032C" w14:textId="6FDBEE19" w:rsidR="00F7513F" w:rsidRPr="003F4D10" w:rsidRDefault="003F4D10" w:rsidP="003F4D10">
      <w:pPr>
        <w:pStyle w:val="ListeParagraf"/>
        <w:numPr>
          <w:ilvl w:val="3"/>
          <w:numId w:val="25"/>
        </w:numPr>
        <w:spacing w:before="240" w:after="0" w:line="240" w:lineRule="auto"/>
        <w:ind w:left="993" w:hanging="284"/>
        <w:rPr>
          <w:rFonts w:cs="Times New Roman"/>
          <w:sz w:val="24"/>
          <w:szCs w:val="24"/>
          <w:lang w:val="tr-TR" w:eastAsia="tr-TR"/>
        </w:rPr>
      </w:pPr>
      <w:r w:rsidRPr="003F4D10">
        <w:rPr>
          <w:rFonts w:cs="Times New Roman"/>
          <w:sz w:val="24"/>
          <w:szCs w:val="24"/>
          <w:lang w:val="tr-TR"/>
        </w:rPr>
        <w:t>Mesleki değerlendirme</w:t>
      </w:r>
    </w:p>
    <w:p w14:paraId="25AE8800"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33A439B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3E4834B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731C4D7D"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1FD5A6E7"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6270B45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18C49328"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484E158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769DF958" w14:textId="77777777" w:rsidR="00F7513F" w:rsidRDefault="00F7513F" w:rsidP="00EB1FDD">
      <w:pPr>
        <w:pStyle w:val="Gvde"/>
        <w:spacing w:after="0"/>
        <w:jc w:val="center"/>
        <w:rPr>
          <w:rFonts w:ascii="Times New Roman" w:eastAsia="Times New Roman" w:hAnsi="Times New Roman" w:cs="Times New Roman"/>
          <w:b/>
          <w:bCs/>
          <w:sz w:val="24"/>
          <w:szCs w:val="24"/>
        </w:rPr>
      </w:pPr>
    </w:p>
    <w:p w14:paraId="0C966800" w14:textId="77777777" w:rsidR="00022BB2" w:rsidRDefault="00022BB2" w:rsidP="00EB1FDD">
      <w:pPr>
        <w:pStyle w:val="Gvde"/>
        <w:spacing w:after="0"/>
        <w:jc w:val="center"/>
        <w:rPr>
          <w:rFonts w:ascii="Times New Roman" w:eastAsia="Times New Roman" w:hAnsi="Times New Roman" w:cs="Times New Roman"/>
          <w:b/>
          <w:bCs/>
          <w:sz w:val="24"/>
          <w:szCs w:val="24"/>
        </w:rPr>
      </w:pPr>
    </w:p>
    <w:p w14:paraId="57FF740A" w14:textId="77777777" w:rsidR="00022BB2" w:rsidRPr="003F4D10" w:rsidRDefault="00022BB2" w:rsidP="00EB1FDD">
      <w:pPr>
        <w:pStyle w:val="Gvde"/>
        <w:spacing w:after="0"/>
        <w:jc w:val="center"/>
        <w:rPr>
          <w:rFonts w:ascii="Times New Roman" w:eastAsia="Times New Roman" w:hAnsi="Times New Roman" w:cs="Times New Roman"/>
          <w:b/>
          <w:bCs/>
          <w:sz w:val="24"/>
          <w:szCs w:val="24"/>
        </w:rPr>
      </w:pPr>
    </w:p>
    <w:p w14:paraId="3482B43B" w14:textId="77777777" w:rsidR="00F7513F" w:rsidRPr="003F4D10" w:rsidRDefault="00F7513F" w:rsidP="003F4D10">
      <w:pPr>
        <w:pStyle w:val="Gvde"/>
        <w:spacing w:after="0"/>
        <w:rPr>
          <w:rFonts w:ascii="Times New Roman" w:eastAsia="Times New Roman" w:hAnsi="Times New Roman" w:cs="Times New Roman"/>
          <w:b/>
          <w:bCs/>
          <w:sz w:val="24"/>
          <w:szCs w:val="24"/>
        </w:rPr>
      </w:pPr>
    </w:p>
    <w:p w14:paraId="332AF988" w14:textId="687CD813" w:rsidR="00F7513F" w:rsidRPr="003F4D10" w:rsidRDefault="003F4D10" w:rsidP="003F4D10">
      <w:pPr>
        <w:pStyle w:val="Gvde"/>
        <w:spacing w:after="0" w:line="240" w:lineRule="auto"/>
        <w:ind w:left="1440"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F7513F" w:rsidRPr="003F4D10">
        <w:rPr>
          <w:rFonts w:ascii="Times New Roman" w:hAnsi="Times New Roman"/>
          <w:b/>
          <w:bCs/>
          <w:sz w:val="24"/>
          <w:szCs w:val="24"/>
        </w:rPr>
        <w:t>T.C.</w:t>
      </w:r>
    </w:p>
    <w:p w14:paraId="12B3A16A" w14:textId="77777777" w:rsidR="00F7513F" w:rsidRPr="003F4D10" w:rsidRDefault="00F7513F" w:rsidP="00EB1FDD">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10440C2B" w14:textId="77777777" w:rsidR="00F7513F" w:rsidRPr="003F4D10" w:rsidRDefault="00F7513F" w:rsidP="00EB1FDD">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1D938AFD" w14:textId="77777777" w:rsidR="00F7513F" w:rsidRPr="003F4D10" w:rsidRDefault="00F7513F" w:rsidP="00EB1FDD">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4047DCAF" w14:textId="77777777" w:rsidR="00F7513F" w:rsidRPr="003F4D10" w:rsidRDefault="00F7513F" w:rsidP="00EB1FDD">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1FE9F813" w14:textId="77777777" w:rsidR="00F7513F" w:rsidRPr="003F4D10" w:rsidRDefault="00F7513F" w:rsidP="00EB1FDD">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6DDEA3DA" w14:textId="77777777" w:rsidR="00F7513F" w:rsidRPr="003F4D10" w:rsidRDefault="00F7513F" w:rsidP="00EB1FDD">
      <w:pPr>
        <w:pStyle w:val="Gvde"/>
        <w:spacing w:after="0" w:line="240" w:lineRule="auto"/>
        <w:jc w:val="center"/>
        <w:rPr>
          <w:rFonts w:ascii="Times New Roman" w:eastAsia="Times New Roman" w:hAnsi="Times New Roman" w:cs="Times New Roman"/>
          <w:b/>
          <w:bCs/>
          <w:sz w:val="24"/>
          <w:szCs w:val="24"/>
        </w:rPr>
      </w:pPr>
    </w:p>
    <w:p w14:paraId="1140CFD2" w14:textId="77777777" w:rsidR="00F7513F" w:rsidRPr="003F4D10" w:rsidRDefault="00F7513F" w:rsidP="00EB1FDD">
      <w:pPr>
        <w:pStyle w:val="Gvde"/>
        <w:jc w:val="center"/>
        <w:rPr>
          <w:rFonts w:ascii="Times New Roman" w:eastAsia="Times New Roman" w:hAnsi="Times New Roman" w:cs="Times New Roman"/>
          <w:b/>
          <w:bCs/>
          <w:sz w:val="24"/>
          <w:szCs w:val="24"/>
        </w:rPr>
      </w:pPr>
      <w:r w:rsidRPr="003F4D10">
        <w:rPr>
          <w:rFonts w:ascii="Times New Roman" w:hAnsi="Times New Roman"/>
          <w:b/>
          <w:bCs/>
          <w:sz w:val="24"/>
          <w:szCs w:val="24"/>
        </w:rPr>
        <w:t>EK-8: GRUBU VE ÜYELERİ TANITMA FORMU</w:t>
      </w:r>
    </w:p>
    <w:p w14:paraId="6BB9060E" w14:textId="1A321D54" w:rsidR="00454C6A" w:rsidRDefault="00F7513F" w:rsidP="00454C6A">
      <w:pPr>
        <w:pStyle w:val="NormalWeb"/>
      </w:pPr>
      <w:r w:rsidRPr="003F4D10">
        <w:rPr>
          <w:b/>
          <w:bCs/>
        </w:rPr>
        <w:tab/>
      </w:r>
      <w:r w:rsidRPr="003F4D10">
        <w:rPr>
          <w:b/>
          <w:bCs/>
        </w:rPr>
        <w:tab/>
      </w:r>
      <w:r w:rsidRPr="003F4D10">
        <w:rPr>
          <w:b/>
          <w:bCs/>
        </w:rPr>
        <w:tab/>
      </w:r>
      <w:r w:rsidRPr="003F4D10">
        <w:rPr>
          <w:b/>
          <w:bCs/>
        </w:rPr>
        <w:tab/>
      </w:r>
      <w:r w:rsidR="00022BB2">
        <w:rPr>
          <w:b/>
          <w:bCs/>
        </w:rPr>
        <w:tab/>
      </w:r>
      <w:r w:rsidR="00022BB2">
        <w:rPr>
          <w:b/>
          <w:bCs/>
        </w:rPr>
        <w:tab/>
      </w:r>
      <w:r w:rsidR="00022BB2">
        <w:rPr>
          <w:b/>
          <w:bCs/>
        </w:rPr>
        <w:tab/>
      </w:r>
      <w:r w:rsidR="00022BB2">
        <w:rPr>
          <w:b/>
          <w:bCs/>
        </w:rPr>
        <w:tab/>
      </w:r>
      <w:r w:rsidR="00022BB2">
        <w:rPr>
          <w:b/>
          <w:bCs/>
        </w:rPr>
        <w:tab/>
      </w:r>
      <w:r w:rsidR="00454C6A">
        <w:rPr>
          <w:rStyle w:val="Gl"/>
        </w:rPr>
        <w:t>Tarih:</w:t>
      </w:r>
      <w:r w:rsidR="00454C6A">
        <w:t xml:space="preserve"> </w:t>
      </w:r>
      <w:proofErr w:type="gramStart"/>
      <w:r w:rsidR="00454C6A">
        <w:t>…..</w:t>
      </w:r>
      <w:proofErr w:type="gramEnd"/>
      <w:r w:rsidR="00454C6A">
        <w:t>/…../……..</w:t>
      </w:r>
      <w:r w:rsidR="00454C6A">
        <w:br/>
      </w:r>
      <w:r w:rsidR="00454C6A">
        <w:rPr>
          <w:rStyle w:val="Gl"/>
        </w:rPr>
        <w:t>Öğrencinin Adı Soyadı:</w:t>
      </w:r>
      <w:r w:rsidR="00454C6A">
        <w:t xml:space="preserve"> ……………………………………</w:t>
      </w:r>
      <w:r w:rsidR="00022BB2">
        <w:t>…………………</w:t>
      </w:r>
      <w:r w:rsidR="00454C6A">
        <w:t>……………</w:t>
      </w:r>
      <w:r w:rsidR="00454C6A">
        <w:br/>
      </w:r>
      <w:r w:rsidR="00454C6A">
        <w:rPr>
          <w:rStyle w:val="Gl"/>
        </w:rPr>
        <w:t>Öğrenci Numarası:</w:t>
      </w:r>
      <w:r w:rsidR="00454C6A">
        <w:t xml:space="preserve"> …………………………………………………</w:t>
      </w:r>
      <w:r w:rsidR="00022BB2">
        <w:t>………………………</w:t>
      </w:r>
      <w:r w:rsidR="00454C6A">
        <w:br/>
      </w:r>
      <w:r w:rsidR="00454C6A">
        <w:rPr>
          <w:rStyle w:val="Gl"/>
        </w:rPr>
        <w:t>Mesleki Eğitim Yapılan Kurum/Kuruluş:</w:t>
      </w:r>
      <w:r w:rsidR="00454C6A">
        <w:t xml:space="preserve"> …………………………………………………</w:t>
      </w:r>
      <w:r w:rsidR="00454C6A">
        <w:br/>
      </w:r>
      <w:r w:rsidR="00454C6A">
        <w:rPr>
          <w:rStyle w:val="Gl"/>
        </w:rPr>
        <w:t>Eğitici Personel / Kurum Danışmanı:</w:t>
      </w:r>
      <w:r w:rsidR="00454C6A">
        <w:t xml:space="preserve"> …………………………………………………</w:t>
      </w:r>
      <w:r w:rsidR="00454C6A">
        <w:br/>
      </w:r>
      <w:r w:rsidR="00454C6A">
        <w:rPr>
          <w:rStyle w:val="Gl"/>
        </w:rPr>
        <w:t>Sorumlu Öğretim Elemanı:</w:t>
      </w:r>
      <w:r w:rsidR="00454C6A">
        <w:t xml:space="preserve"> …………………………………………………</w:t>
      </w:r>
      <w:r w:rsidR="00454C6A">
        <w:br/>
      </w:r>
      <w:r w:rsidR="00454C6A">
        <w:rPr>
          <w:rStyle w:val="Gl"/>
        </w:rPr>
        <w:t>Form No:</w:t>
      </w:r>
      <w:r w:rsidR="00454C6A">
        <w:t xml:space="preserve"> …………………………………………………</w:t>
      </w:r>
      <w:r w:rsidR="00022BB2">
        <w:t>.</w:t>
      </w:r>
    </w:p>
    <w:p w14:paraId="342A298B" w14:textId="77777777" w:rsidR="00454C6A" w:rsidRPr="00454C6A" w:rsidRDefault="00454C6A" w:rsidP="00454C6A">
      <w:pPr>
        <w:rPr>
          <w:b/>
          <w:bCs/>
          <w:sz w:val="24"/>
          <w:szCs w:val="24"/>
        </w:rPr>
      </w:pPr>
      <w:r w:rsidRPr="00454C6A">
        <w:rPr>
          <w:b/>
          <w:bCs/>
          <w:sz w:val="24"/>
          <w:szCs w:val="24"/>
        </w:rPr>
        <w:t xml:space="preserve">I. </w:t>
      </w:r>
      <w:proofErr w:type="spellStart"/>
      <w:r w:rsidRPr="00454C6A">
        <w:rPr>
          <w:b/>
          <w:bCs/>
          <w:sz w:val="24"/>
          <w:szCs w:val="24"/>
        </w:rPr>
        <w:t>Grup</w:t>
      </w:r>
      <w:proofErr w:type="spellEnd"/>
      <w:r w:rsidRPr="00454C6A">
        <w:rPr>
          <w:b/>
          <w:bCs/>
          <w:sz w:val="24"/>
          <w:szCs w:val="24"/>
        </w:rPr>
        <w:t xml:space="preserve"> </w:t>
      </w:r>
      <w:proofErr w:type="spellStart"/>
      <w:r w:rsidRPr="00454C6A">
        <w:rPr>
          <w:b/>
          <w:bCs/>
          <w:sz w:val="24"/>
          <w:szCs w:val="24"/>
        </w:rPr>
        <w:t>Düzeyinde</w:t>
      </w:r>
      <w:proofErr w:type="spellEnd"/>
      <w:r w:rsidRPr="00454C6A">
        <w:rPr>
          <w:b/>
          <w:bCs/>
          <w:sz w:val="24"/>
          <w:szCs w:val="24"/>
        </w:rPr>
        <w:t xml:space="preserve"> </w:t>
      </w:r>
      <w:proofErr w:type="spellStart"/>
      <w:r w:rsidRPr="00454C6A">
        <w:rPr>
          <w:b/>
          <w:bCs/>
          <w:sz w:val="24"/>
          <w:szCs w:val="24"/>
        </w:rPr>
        <w:t>Tanıtıcı</w:t>
      </w:r>
      <w:proofErr w:type="spellEnd"/>
      <w:r w:rsidRPr="00454C6A">
        <w:rPr>
          <w:b/>
          <w:bCs/>
          <w:sz w:val="24"/>
          <w:szCs w:val="24"/>
        </w:rPr>
        <w:t xml:space="preserve"> </w:t>
      </w:r>
      <w:proofErr w:type="spellStart"/>
      <w:r w:rsidRPr="00454C6A">
        <w:rPr>
          <w:b/>
          <w:bCs/>
          <w:sz w:val="24"/>
          <w:szCs w:val="24"/>
        </w:rPr>
        <w:t>Bilgiler</w:t>
      </w:r>
      <w:proofErr w:type="spellEnd"/>
    </w:p>
    <w:p w14:paraId="508886E5" w14:textId="77777777" w:rsidR="00454C6A" w:rsidRDefault="00454C6A" w:rsidP="00454C6A">
      <w:pPr>
        <w:pStyle w:val="NormalWeb"/>
      </w:pPr>
      <w:r>
        <w:rPr>
          <w:rStyle w:val="Gl"/>
        </w:rPr>
        <w:t>1. Grubun Ana Teması / Çalışma Konusu</w:t>
      </w:r>
      <w:r>
        <w:br/>
        <w:t>Grubun temel konusu ve çalışma odağı kısaca açıklanır.</w:t>
      </w:r>
    </w:p>
    <w:p w14:paraId="20ABF162" w14:textId="77777777" w:rsidR="00454C6A" w:rsidRDefault="00454C6A" w:rsidP="00454C6A">
      <w:pPr>
        <w:pStyle w:val="NormalWeb"/>
      </w:pPr>
      <w:r>
        <w:rPr>
          <w:rStyle w:val="Gl"/>
        </w:rPr>
        <w:t>2. Grubun Genel Amacı ve Alt Amaçları</w:t>
      </w:r>
      <w:r>
        <w:br/>
        <w:t>Grubun hangi ihtiyaçlara yanıt vermek üzere planlandığı, grup türü ve hedefleri belirtilir.</w:t>
      </w:r>
    </w:p>
    <w:p w14:paraId="7F580F8B" w14:textId="77777777" w:rsidR="00454C6A" w:rsidRDefault="00454C6A" w:rsidP="00454C6A">
      <w:pPr>
        <w:pStyle w:val="NormalWeb"/>
      </w:pPr>
      <w:r>
        <w:rPr>
          <w:rStyle w:val="Gl"/>
        </w:rPr>
        <w:t>3. Kurumsal Bağlam ve Kaynaklar</w:t>
      </w:r>
      <w:r>
        <w:br/>
        <w:t>Grubun yürütüldüğü kurumun grup çalışmasına sunabildiği fiziksel, kurumsal ve mesleki kaynaklar açıklanır.</w:t>
      </w:r>
    </w:p>
    <w:p w14:paraId="70594A9E" w14:textId="77777777" w:rsidR="00454C6A" w:rsidRDefault="00454C6A" w:rsidP="00454C6A">
      <w:pPr>
        <w:pStyle w:val="NormalWeb"/>
      </w:pPr>
      <w:r>
        <w:rPr>
          <w:rStyle w:val="Gl"/>
        </w:rPr>
        <w:t>4. Grup Üyeleri ve Seçilme Gerekçeleri</w:t>
      </w:r>
      <w:r>
        <w:br/>
        <w:t>Grup üyelerinin genel özellikleri ve üyelerin hangi gerekçeyle gruba dâhil edildiği belirtilir.</w:t>
      </w:r>
    </w:p>
    <w:p w14:paraId="5AACE6FF" w14:textId="76E07E02" w:rsidR="00454C6A" w:rsidRDefault="00454C6A" w:rsidP="00454C6A">
      <w:pPr>
        <w:pStyle w:val="NormalWeb"/>
      </w:pPr>
      <w:r>
        <w:rPr>
          <w:rStyle w:val="Gl"/>
        </w:rPr>
        <w:t>5. Grup Yapısı</w:t>
      </w:r>
      <w:r>
        <w:br/>
        <w:t>Bu bölümde: üyelerin gruba alınma kriterleri, grubun büyüklüğü, açık ya da kapalı grup oluşu, homojen ya da heterojen yapısı, üyelerin temel demografik özellikleri açıklanır.</w:t>
      </w:r>
    </w:p>
    <w:p w14:paraId="3626A645" w14:textId="77777777" w:rsidR="00454C6A" w:rsidRDefault="00454C6A" w:rsidP="00454C6A">
      <w:pPr>
        <w:pStyle w:val="NormalWeb"/>
      </w:pPr>
      <w:r>
        <w:rPr>
          <w:rStyle w:val="Gl"/>
        </w:rPr>
        <w:t>6. Grup Çalışmasının İşleyiş Esasları</w:t>
      </w:r>
      <w:r>
        <w:br/>
        <w:t>Toplantıların zamanı, süresi, sıklığı, katılım beklentileri, grup içi kurallar ve gerekli durumlarda gizlilik esasları belirtilir.</w:t>
      </w:r>
    </w:p>
    <w:p w14:paraId="03C5728C" w14:textId="77777777" w:rsidR="00454C6A" w:rsidRDefault="00454C6A" w:rsidP="00454C6A">
      <w:pPr>
        <w:pStyle w:val="NormalWeb"/>
      </w:pPr>
      <w:r>
        <w:rPr>
          <w:rStyle w:val="Gl"/>
        </w:rPr>
        <w:t>7. Fiziksel Çevre ve Düzenlemeler</w:t>
      </w:r>
      <w:r>
        <w:br/>
        <w:t>Grup çalışmasının yürütüleceği fiziksel ortam, oda düzeni, materyaller, mali kaynaklar ve gerekli özel düzenlemeler açıklanır.</w:t>
      </w:r>
    </w:p>
    <w:p w14:paraId="0F7748B3" w14:textId="77777777" w:rsidR="00454C6A" w:rsidRPr="00454C6A" w:rsidRDefault="00454C6A" w:rsidP="00454C6A">
      <w:pPr>
        <w:rPr>
          <w:b/>
          <w:bCs/>
          <w:sz w:val="24"/>
          <w:szCs w:val="24"/>
        </w:rPr>
      </w:pPr>
      <w:r w:rsidRPr="00454C6A">
        <w:rPr>
          <w:b/>
          <w:bCs/>
          <w:sz w:val="24"/>
          <w:szCs w:val="24"/>
        </w:rPr>
        <w:t xml:space="preserve">II. </w:t>
      </w:r>
      <w:proofErr w:type="spellStart"/>
      <w:r w:rsidRPr="00454C6A">
        <w:rPr>
          <w:b/>
          <w:bCs/>
          <w:sz w:val="24"/>
          <w:szCs w:val="24"/>
        </w:rPr>
        <w:t>Üye</w:t>
      </w:r>
      <w:proofErr w:type="spellEnd"/>
      <w:r w:rsidRPr="00454C6A">
        <w:rPr>
          <w:b/>
          <w:bCs/>
          <w:sz w:val="24"/>
          <w:szCs w:val="24"/>
        </w:rPr>
        <w:t xml:space="preserve"> </w:t>
      </w:r>
      <w:proofErr w:type="spellStart"/>
      <w:r w:rsidRPr="00454C6A">
        <w:rPr>
          <w:b/>
          <w:bCs/>
          <w:sz w:val="24"/>
          <w:szCs w:val="24"/>
        </w:rPr>
        <w:t>Düzeyinde</w:t>
      </w:r>
      <w:proofErr w:type="spellEnd"/>
      <w:r w:rsidRPr="00454C6A">
        <w:rPr>
          <w:b/>
          <w:bCs/>
          <w:sz w:val="24"/>
          <w:szCs w:val="24"/>
        </w:rPr>
        <w:t xml:space="preserve"> </w:t>
      </w:r>
      <w:proofErr w:type="spellStart"/>
      <w:r w:rsidRPr="00454C6A">
        <w:rPr>
          <w:b/>
          <w:bCs/>
          <w:sz w:val="24"/>
          <w:szCs w:val="24"/>
        </w:rPr>
        <w:t>Tanıtıcı</w:t>
      </w:r>
      <w:proofErr w:type="spellEnd"/>
      <w:r w:rsidRPr="00454C6A">
        <w:rPr>
          <w:b/>
          <w:bCs/>
          <w:sz w:val="24"/>
          <w:szCs w:val="24"/>
        </w:rPr>
        <w:t xml:space="preserve"> </w:t>
      </w:r>
      <w:proofErr w:type="spellStart"/>
      <w:r w:rsidRPr="00454C6A">
        <w:rPr>
          <w:b/>
          <w:bCs/>
          <w:sz w:val="24"/>
          <w:szCs w:val="24"/>
        </w:rPr>
        <w:t>ve</w:t>
      </w:r>
      <w:proofErr w:type="spellEnd"/>
      <w:r w:rsidRPr="00454C6A">
        <w:rPr>
          <w:b/>
          <w:bCs/>
          <w:sz w:val="24"/>
          <w:szCs w:val="24"/>
        </w:rPr>
        <w:t xml:space="preserve"> </w:t>
      </w:r>
      <w:proofErr w:type="spellStart"/>
      <w:r w:rsidRPr="00454C6A">
        <w:rPr>
          <w:b/>
          <w:bCs/>
          <w:sz w:val="24"/>
          <w:szCs w:val="24"/>
        </w:rPr>
        <w:t>Değerlendirici</w:t>
      </w:r>
      <w:proofErr w:type="spellEnd"/>
      <w:r w:rsidRPr="00454C6A">
        <w:rPr>
          <w:b/>
          <w:bCs/>
          <w:sz w:val="24"/>
          <w:szCs w:val="24"/>
        </w:rPr>
        <w:t xml:space="preserve"> </w:t>
      </w:r>
      <w:proofErr w:type="spellStart"/>
      <w:r w:rsidRPr="00454C6A">
        <w:rPr>
          <w:b/>
          <w:bCs/>
          <w:sz w:val="24"/>
          <w:szCs w:val="24"/>
        </w:rPr>
        <w:t>Bilgiler</w:t>
      </w:r>
      <w:proofErr w:type="spellEnd"/>
    </w:p>
    <w:p w14:paraId="5FBDBCDF" w14:textId="77777777" w:rsidR="00454C6A" w:rsidRDefault="00454C6A" w:rsidP="00454C6A">
      <w:pPr>
        <w:pStyle w:val="NormalWeb"/>
        <w:jc w:val="both"/>
      </w:pPr>
      <w:r>
        <w:rPr>
          <w:rStyle w:val="Gl"/>
        </w:rPr>
        <w:t>1. Üyenin Genel Tanıtımı</w:t>
      </w:r>
    </w:p>
    <w:p w14:paraId="45882182" w14:textId="00809416" w:rsidR="00454C6A" w:rsidRPr="00454C6A" w:rsidRDefault="00454C6A" w:rsidP="00454C6A">
      <w:pPr>
        <w:pStyle w:val="NormalWeb"/>
        <w:jc w:val="both"/>
        <w:rPr>
          <w:b/>
          <w:bCs/>
        </w:rPr>
      </w:pPr>
      <w:r>
        <w:lastRenderedPageBreak/>
        <w:t>Bu bölümde üyenin genel özellikleri, yaşam öyküsüne ilişkin gerekli bilgiler ve grup çalışması açısından anlamlı görülen tanıtıcı hususlar yer alır.</w:t>
      </w:r>
      <w:r>
        <w:rPr>
          <w:rStyle w:val="Gl"/>
        </w:rPr>
        <w:t xml:space="preserve"> </w:t>
      </w:r>
      <w:r w:rsidRPr="00454C6A">
        <w:rPr>
          <w:rStyle w:val="Gl"/>
          <w:b w:val="0"/>
          <w:bCs w:val="0"/>
        </w:rPr>
        <w:t>Genel yaşam bilgileri</w:t>
      </w:r>
      <w:r w:rsidRPr="00454C6A">
        <w:rPr>
          <w:b/>
          <w:bCs/>
        </w:rPr>
        <w:t xml:space="preserve">, </w:t>
      </w:r>
      <w:r w:rsidRPr="00454C6A">
        <w:rPr>
          <w:rStyle w:val="Gl"/>
          <w:b w:val="0"/>
          <w:bCs w:val="0"/>
        </w:rPr>
        <w:t>içinde bulunduğu sosyal, kültürel ve ekonomik durum</w:t>
      </w:r>
      <w:r w:rsidRPr="00454C6A">
        <w:rPr>
          <w:b/>
          <w:bCs/>
        </w:rPr>
        <w:t xml:space="preserve">, </w:t>
      </w:r>
      <w:r w:rsidRPr="00454C6A">
        <w:rPr>
          <w:rStyle w:val="Gl"/>
          <w:b w:val="0"/>
          <w:bCs w:val="0"/>
        </w:rPr>
        <w:t>çevresi ile ilişkileri tanıtılır.</w:t>
      </w:r>
    </w:p>
    <w:p w14:paraId="127A4063" w14:textId="77777777" w:rsidR="00454C6A" w:rsidRDefault="00454C6A" w:rsidP="00454C6A">
      <w:pPr>
        <w:pStyle w:val="NormalWeb"/>
      </w:pPr>
      <w:r>
        <w:rPr>
          <w:rStyle w:val="Gl"/>
        </w:rPr>
        <w:t>2. Üyenin Gruba Alınma Gerekçesi</w:t>
      </w:r>
      <w:r>
        <w:br/>
        <w:t>Üyenin hangi ihtiyaç, sorun ya da gelişim alanı nedeniyle gruba dâhil edildiği açıklanır.</w:t>
      </w:r>
    </w:p>
    <w:p w14:paraId="7704C65E" w14:textId="77777777" w:rsidR="00454C6A" w:rsidRDefault="00454C6A" w:rsidP="00454C6A">
      <w:pPr>
        <w:pStyle w:val="NormalWeb"/>
      </w:pPr>
      <w:r>
        <w:rPr>
          <w:rStyle w:val="Gl"/>
        </w:rPr>
        <w:t>3. Grup Çalışmasının Üye Açısından Olası Katkısı</w:t>
      </w:r>
      <w:r>
        <w:br/>
        <w:t>Grup çalışmasının, üyenin ihtiyaç ve sorunlarının giderilmesine hangi yönlerden ve ne ölçüde katkı sağlayabileceği değerlendirilir.</w:t>
      </w:r>
    </w:p>
    <w:p w14:paraId="0D3AEB07" w14:textId="77777777" w:rsidR="00454C6A" w:rsidRDefault="00454C6A" w:rsidP="00454C6A">
      <w:pPr>
        <w:pStyle w:val="NormalWeb"/>
      </w:pPr>
      <w:r>
        <w:rPr>
          <w:rStyle w:val="Gl"/>
        </w:rPr>
        <w:t>4. Üyenin Güçlü Yönleri ve Gruba Katkı Potansiyeli</w:t>
      </w:r>
      <w:r>
        <w:br/>
        <w:t>Üyenin kişisel özellikleri, kaynakları, güçlü yönleri ve grubun gelişimine sunabileceği katkılar belirtilir.</w:t>
      </w:r>
    </w:p>
    <w:p w14:paraId="37CAC2AD" w14:textId="77777777" w:rsidR="00454C6A" w:rsidRDefault="00454C6A" w:rsidP="00454C6A">
      <w:pPr>
        <w:pStyle w:val="Gvde"/>
        <w:spacing w:after="0" w:line="360" w:lineRule="auto"/>
        <w:jc w:val="both"/>
        <w:rPr>
          <w:rFonts w:ascii="Times New Roman" w:hAnsi="Times New Roman"/>
          <w:b/>
          <w:bCs/>
          <w:sz w:val="24"/>
          <w:szCs w:val="24"/>
        </w:rPr>
      </w:pPr>
    </w:p>
    <w:p w14:paraId="755E4501" w14:textId="77777777" w:rsidR="00454C6A" w:rsidRDefault="00454C6A" w:rsidP="00454C6A">
      <w:pPr>
        <w:pStyle w:val="Gvde"/>
        <w:spacing w:after="0" w:line="360" w:lineRule="auto"/>
        <w:jc w:val="both"/>
        <w:rPr>
          <w:rFonts w:ascii="Times New Roman" w:hAnsi="Times New Roman"/>
          <w:b/>
          <w:bCs/>
          <w:sz w:val="24"/>
          <w:szCs w:val="24"/>
        </w:rPr>
      </w:pPr>
    </w:p>
    <w:p w14:paraId="1E1800B3" w14:textId="77777777" w:rsidR="00454C6A" w:rsidRDefault="00454C6A" w:rsidP="00454C6A">
      <w:pPr>
        <w:pStyle w:val="Gvde"/>
        <w:spacing w:after="0" w:line="360" w:lineRule="auto"/>
        <w:jc w:val="both"/>
        <w:rPr>
          <w:rFonts w:ascii="Times New Roman" w:hAnsi="Times New Roman"/>
          <w:b/>
          <w:bCs/>
          <w:sz w:val="24"/>
          <w:szCs w:val="24"/>
        </w:rPr>
      </w:pPr>
    </w:p>
    <w:p w14:paraId="32934DDE" w14:textId="77777777" w:rsidR="00454C6A" w:rsidRDefault="00454C6A" w:rsidP="00454C6A">
      <w:pPr>
        <w:pStyle w:val="Gvde"/>
        <w:spacing w:after="0" w:line="360" w:lineRule="auto"/>
        <w:jc w:val="both"/>
        <w:rPr>
          <w:rFonts w:ascii="Times New Roman" w:hAnsi="Times New Roman"/>
          <w:b/>
          <w:bCs/>
          <w:sz w:val="24"/>
          <w:szCs w:val="24"/>
        </w:rPr>
      </w:pPr>
    </w:p>
    <w:p w14:paraId="743D7B7C" w14:textId="77777777" w:rsidR="00454C6A" w:rsidRDefault="00454C6A" w:rsidP="00454C6A">
      <w:pPr>
        <w:pStyle w:val="Gvde"/>
        <w:spacing w:after="0" w:line="360" w:lineRule="auto"/>
        <w:jc w:val="both"/>
        <w:rPr>
          <w:rFonts w:ascii="Times New Roman" w:hAnsi="Times New Roman"/>
          <w:b/>
          <w:bCs/>
          <w:sz w:val="24"/>
          <w:szCs w:val="24"/>
        </w:rPr>
      </w:pPr>
    </w:p>
    <w:p w14:paraId="12FB9A6A" w14:textId="77777777" w:rsidR="00454C6A" w:rsidRDefault="00454C6A" w:rsidP="00454C6A">
      <w:pPr>
        <w:pStyle w:val="Gvde"/>
        <w:spacing w:after="0" w:line="360" w:lineRule="auto"/>
        <w:jc w:val="both"/>
        <w:rPr>
          <w:rFonts w:ascii="Times New Roman" w:hAnsi="Times New Roman"/>
          <w:b/>
          <w:bCs/>
          <w:sz w:val="24"/>
          <w:szCs w:val="24"/>
        </w:rPr>
      </w:pPr>
    </w:p>
    <w:p w14:paraId="41131EAB" w14:textId="77777777" w:rsidR="00454C6A" w:rsidRDefault="00454C6A" w:rsidP="00454C6A">
      <w:pPr>
        <w:pStyle w:val="Gvde"/>
        <w:spacing w:after="0" w:line="360" w:lineRule="auto"/>
        <w:jc w:val="both"/>
        <w:rPr>
          <w:rFonts w:ascii="Times New Roman" w:hAnsi="Times New Roman"/>
          <w:b/>
          <w:bCs/>
          <w:sz w:val="24"/>
          <w:szCs w:val="24"/>
        </w:rPr>
      </w:pPr>
    </w:p>
    <w:p w14:paraId="438F85F5" w14:textId="77777777" w:rsidR="00454C6A" w:rsidRDefault="00454C6A" w:rsidP="00454C6A">
      <w:pPr>
        <w:pStyle w:val="Gvde"/>
        <w:spacing w:after="0" w:line="360" w:lineRule="auto"/>
        <w:jc w:val="both"/>
        <w:rPr>
          <w:rFonts w:ascii="Times New Roman" w:hAnsi="Times New Roman"/>
          <w:b/>
          <w:bCs/>
          <w:sz w:val="24"/>
          <w:szCs w:val="24"/>
        </w:rPr>
      </w:pPr>
    </w:p>
    <w:p w14:paraId="10BD0C2F" w14:textId="77777777" w:rsidR="00454C6A" w:rsidRDefault="00454C6A" w:rsidP="00454C6A">
      <w:pPr>
        <w:pStyle w:val="Gvde"/>
        <w:spacing w:after="0" w:line="360" w:lineRule="auto"/>
        <w:jc w:val="both"/>
        <w:rPr>
          <w:rFonts w:ascii="Times New Roman" w:hAnsi="Times New Roman"/>
          <w:b/>
          <w:bCs/>
          <w:sz w:val="24"/>
          <w:szCs w:val="24"/>
        </w:rPr>
      </w:pPr>
    </w:p>
    <w:p w14:paraId="08793429" w14:textId="77777777" w:rsidR="00454C6A" w:rsidRDefault="00454C6A" w:rsidP="00454C6A">
      <w:pPr>
        <w:pStyle w:val="Gvde"/>
        <w:spacing w:after="0" w:line="360" w:lineRule="auto"/>
        <w:jc w:val="both"/>
        <w:rPr>
          <w:rFonts w:ascii="Times New Roman" w:hAnsi="Times New Roman"/>
          <w:b/>
          <w:bCs/>
          <w:sz w:val="24"/>
          <w:szCs w:val="24"/>
        </w:rPr>
      </w:pPr>
    </w:p>
    <w:p w14:paraId="29A2F06E" w14:textId="77777777" w:rsidR="00454C6A" w:rsidRDefault="00454C6A" w:rsidP="00454C6A">
      <w:pPr>
        <w:pStyle w:val="Gvde"/>
        <w:spacing w:after="0" w:line="360" w:lineRule="auto"/>
        <w:jc w:val="both"/>
        <w:rPr>
          <w:rFonts w:ascii="Times New Roman" w:hAnsi="Times New Roman"/>
          <w:b/>
          <w:bCs/>
          <w:sz w:val="24"/>
          <w:szCs w:val="24"/>
        </w:rPr>
      </w:pPr>
    </w:p>
    <w:p w14:paraId="587C3E94" w14:textId="77777777" w:rsidR="00454C6A" w:rsidRDefault="00454C6A" w:rsidP="00454C6A">
      <w:pPr>
        <w:pStyle w:val="Gvde"/>
        <w:spacing w:after="0" w:line="360" w:lineRule="auto"/>
        <w:jc w:val="both"/>
        <w:rPr>
          <w:rFonts w:ascii="Times New Roman" w:hAnsi="Times New Roman"/>
          <w:b/>
          <w:bCs/>
          <w:sz w:val="24"/>
          <w:szCs w:val="24"/>
        </w:rPr>
      </w:pPr>
    </w:p>
    <w:p w14:paraId="21A7290C" w14:textId="77777777" w:rsidR="00454C6A" w:rsidRDefault="00454C6A" w:rsidP="00454C6A">
      <w:pPr>
        <w:pStyle w:val="Gvde"/>
        <w:spacing w:after="0" w:line="360" w:lineRule="auto"/>
        <w:jc w:val="both"/>
        <w:rPr>
          <w:rFonts w:ascii="Times New Roman" w:hAnsi="Times New Roman"/>
          <w:b/>
          <w:bCs/>
          <w:sz w:val="24"/>
          <w:szCs w:val="24"/>
        </w:rPr>
      </w:pPr>
    </w:p>
    <w:p w14:paraId="0752C36E" w14:textId="77777777" w:rsidR="00454C6A" w:rsidRDefault="00454C6A" w:rsidP="00454C6A">
      <w:pPr>
        <w:pStyle w:val="Gvde"/>
        <w:spacing w:after="0" w:line="360" w:lineRule="auto"/>
        <w:jc w:val="both"/>
        <w:rPr>
          <w:rFonts w:ascii="Times New Roman" w:hAnsi="Times New Roman"/>
          <w:b/>
          <w:bCs/>
          <w:sz w:val="24"/>
          <w:szCs w:val="24"/>
        </w:rPr>
      </w:pPr>
    </w:p>
    <w:p w14:paraId="1F84554B" w14:textId="77777777" w:rsidR="00454C6A" w:rsidRDefault="00454C6A" w:rsidP="00454C6A">
      <w:pPr>
        <w:pStyle w:val="Gvde"/>
        <w:spacing w:after="0" w:line="360" w:lineRule="auto"/>
        <w:jc w:val="both"/>
        <w:rPr>
          <w:rFonts w:ascii="Times New Roman" w:hAnsi="Times New Roman"/>
          <w:b/>
          <w:bCs/>
          <w:sz w:val="24"/>
          <w:szCs w:val="24"/>
        </w:rPr>
      </w:pPr>
    </w:p>
    <w:p w14:paraId="61558782" w14:textId="77777777" w:rsidR="00454C6A" w:rsidRDefault="00454C6A" w:rsidP="00454C6A">
      <w:pPr>
        <w:pStyle w:val="Gvde"/>
        <w:spacing w:after="0" w:line="360" w:lineRule="auto"/>
        <w:jc w:val="both"/>
        <w:rPr>
          <w:rFonts w:ascii="Times New Roman" w:hAnsi="Times New Roman"/>
          <w:b/>
          <w:bCs/>
          <w:sz w:val="24"/>
          <w:szCs w:val="24"/>
        </w:rPr>
      </w:pPr>
    </w:p>
    <w:p w14:paraId="10EA080D" w14:textId="77777777" w:rsidR="00454C6A" w:rsidRDefault="00454C6A" w:rsidP="00454C6A">
      <w:pPr>
        <w:pStyle w:val="Gvde"/>
        <w:spacing w:after="0" w:line="360" w:lineRule="auto"/>
        <w:jc w:val="both"/>
        <w:rPr>
          <w:rFonts w:ascii="Times New Roman" w:hAnsi="Times New Roman"/>
          <w:b/>
          <w:bCs/>
          <w:sz w:val="24"/>
          <w:szCs w:val="24"/>
        </w:rPr>
      </w:pPr>
    </w:p>
    <w:p w14:paraId="256DB849" w14:textId="77777777" w:rsidR="00454C6A" w:rsidRDefault="00454C6A" w:rsidP="00454C6A">
      <w:pPr>
        <w:pStyle w:val="Gvde"/>
        <w:spacing w:after="0" w:line="360" w:lineRule="auto"/>
        <w:jc w:val="both"/>
        <w:rPr>
          <w:rFonts w:ascii="Times New Roman" w:hAnsi="Times New Roman"/>
          <w:b/>
          <w:bCs/>
          <w:sz w:val="24"/>
          <w:szCs w:val="24"/>
        </w:rPr>
      </w:pPr>
    </w:p>
    <w:p w14:paraId="238819D3" w14:textId="77777777" w:rsidR="00454C6A" w:rsidRDefault="00454C6A" w:rsidP="00454C6A">
      <w:pPr>
        <w:pStyle w:val="Gvde"/>
        <w:spacing w:after="0" w:line="360" w:lineRule="auto"/>
        <w:jc w:val="both"/>
        <w:rPr>
          <w:rFonts w:ascii="Times New Roman" w:hAnsi="Times New Roman"/>
          <w:b/>
          <w:bCs/>
          <w:sz w:val="24"/>
          <w:szCs w:val="24"/>
        </w:rPr>
      </w:pPr>
    </w:p>
    <w:p w14:paraId="18824DD0" w14:textId="77777777" w:rsidR="00454C6A" w:rsidRDefault="00454C6A" w:rsidP="00454C6A">
      <w:pPr>
        <w:pStyle w:val="Gvde"/>
        <w:spacing w:after="0" w:line="360" w:lineRule="auto"/>
        <w:jc w:val="both"/>
        <w:rPr>
          <w:rFonts w:ascii="Times New Roman" w:hAnsi="Times New Roman"/>
          <w:b/>
          <w:bCs/>
          <w:sz w:val="24"/>
          <w:szCs w:val="24"/>
        </w:rPr>
      </w:pPr>
    </w:p>
    <w:p w14:paraId="654A9ABF" w14:textId="77777777" w:rsidR="00454C6A" w:rsidRDefault="00454C6A" w:rsidP="00454C6A">
      <w:pPr>
        <w:pStyle w:val="Gvde"/>
        <w:spacing w:after="0" w:line="360" w:lineRule="auto"/>
        <w:jc w:val="both"/>
        <w:rPr>
          <w:rFonts w:ascii="Times New Roman" w:hAnsi="Times New Roman"/>
          <w:b/>
          <w:bCs/>
          <w:sz w:val="24"/>
          <w:szCs w:val="24"/>
        </w:rPr>
      </w:pPr>
    </w:p>
    <w:p w14:paraId="24330CCB" w14:textId="77777777" w:rsidR="00454C6A" w:rsidRDefault="00454C6A" w:rsidP="00454C6A">
      <w:pPr>
        <w:pStyle w:val="Gvde"/>
        <w:spacing w:after="0" w:line="360" w:lineRule="auto"/>
        <w:jc w:val="both"/>
        <w:rPr>
          <w:rFonts w:ascii="Times New Roman" w:hAnsi="Times New Roman"/>
          <w:b/>
          <w:bCs/>
          <w:sz w:val="24"/>
          <w:szCs w:val="24"/>
        </w:rPr>
      </w:pPr>
    </w:p>
    <w:p w14:paraId="73A86494" w14:textId="77777777" w:rsidR="00454C6A" w:rsidRDefault="00454C6A" w:rsidP="00454C6A">
      <w:pPr>
        <w:pStyle w:val="Gvde"/>
        <w:spacing w:after="0" w:line="360" w:lineRule="auto"/>
        <w:jc w:val="center"/>
        <w:rPr>
          <w:rFonts w:ascii="Times New Roman" w:hAnsi="Times New Roman"/>
          <w:b/>
          <w:bCs/>
          <w:sz w:val="24"/>
          <w:szCs w:val="24"/>
        </w:rPr>
      </w:pPr>
    </w:p>
    <w:p w14:paraId="3191CE27" w14:textId="19DF9CE9" w:rsidR="00F7513F" w:rsidRPr="003F4D10" w:rsidRDefault="00F7513F" w:rsidP="00454C6A">
      <w:pPr>
        <w:pStyle w:val="Gvde"/>
        <w:spacing w:after="0" w:line="36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lastRenderedPageBreak/>
        <w:t>T.C.</w:t>
      </w:r>
    </w:p>
    <w:p w14:paraId="419E743A"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76DDA88A"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30979D4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437ABE2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56DEECC9"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412EC172"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39C017DE" w14:textId="77777777" w:rsidR="00F7513F" w:rsidRPr="003F4D10" w:rsidRDefault="00F7513F" w:rsidP="00EB1FDD">
      <w:pPr>
        <w:pStyle w:val="Gvde"/>
        <w:jc w:val="center"/>
        <w:rPr>
          <w:rFonts w:ascii="Times New Roman" w:eastAsia="Times New Roman" w:hAnsi="Times New Roman" w:cs="Times New Roman"/>
          <w:b/>
          <w:bCs/>
          <w:sz w:val="24"/>
          <w:szCs w:val="24"/>
        </w:rPr>
      </w:pPr>
      <w:r w:rsidRPr="003F4D10">
        <w:rPr>
          <w:rFonts w:ascii="Times New Roman" w:hAnsi="Times New Roman"/>
          <w:b/>
          <w:bCs/>
          <w:sz w:val="24"/>
          <w:szCs w:val="24"/>
        </w:rPr>
        <w:t>EK-9: GRUP ÇALIŞMASI FORMU</w:t>
      </w:r>
    </w:p>
    <w:p w14:paraId="65B18634" w14:textId="77777777" w:rsidR="00454C6A" w:rsidRPr="00454C6A" w:rsidRDefault="00F7513F" w:rsidP="00A466AC">
      <w:pPr>
        <w:pStyle w:val="NormalWeb"/>
        <w:spacing w:before="0" w:beforeAutospacing="0" w:after="0" w:afterAutospacing="0"/>
        <w:rPr>
          <w:color w:val="000000" w:themeColor="text1"/>
        </w:rPr>
      </w:pP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Pr="00454C6A">
        <w:rPr>
          <w:b/>
          <w:bCs/>
          <w:color w:val="000000" w:themeColor="text1"/>
        </w:rPr>
        <w:tab/>
      </w:r>
      <w:r w:rsidR="00454C6A" w:rsidRPr="00454C6A">
        <w:rPr>
          <w:rStyle w:val="Gl"/>
          <w:color w:val="000000" w:themeColor="text1"/>
        </w:rPr>
        <w:t>Tarih:</w:t>
      </w:r>
      <w:r w:rsidR="00454C6A" w:rsidRPr="00454C6A">
        <w:rPr>
          <w:color w:val="000000" w:themeColor="text1"/>
        </w:rPr>
        <w:t xml:space="preserve"> </w:t>
      </w:r>
      <w:proofErr w:type="gramStart"/>
      <w:r w:rsidR="00454C6A" w:rsidRPr="00454C6A">
        <w:rPr>
          <w:color w:val="000000" w:themeColor="text1"/>
        </w:rPr>
        <w:t>…..</w:t>
      </w:r>
      <w:proofErr w:type="gramEnd"/>
      <w:r w:rsidR="00454C6A" w:rsidRPr="00454C6A">
        <w:rPr>
          <w:color w:val="000000" w:themeColor="text1"/>
        </w:rPr>
        <w:t>/…../……..</w:t>
      </w:r>
      <w:r w:rsidR="00454C6A" w:rsidRPr="00454C6A">
        <w:rPr>
          <w:color w:val="000000" w:themeColor="text1"/>
        </w:rPr>
        <w:br/>
      </w:r>
      <w:r w:rsidR="00454C6A" w:rsidRPr="00454C6A">
        <w:rPr>
          <w:rStyle w:val="Gl"/>
          <w:color w:val="000000" w:themeColor="text1"/>
        </w:rPr>
        <w:t>Öğrencinin Adı Soyadı:</w:t>
      </w:r>
      <w:r w:rsidR="00454C6A" w:rsidRPr="00454C6A">
        <w:rPr>
          <w:color w:val="000000" w:themeColor="text1"/>
        </w:rPr>
        <w:t xml:space="preserve"> ………………………………………………………</w:t>
      </w:r>
      <w:r w:rsidR="00454C6A" w:rsidRPr="00454C6A">
        <w:rPr>
          <w:color w:val="000000" w:themeColor="text1"/>
        </w:rPr>
        <w:br/>
      </w:r>
      <w:r w:rsidR="00454C6A" w:rsidRPr="00454C6A">
        <w:rPr>
          <w:rStyle w:val="Gl"/>
          <w:color w:val="000000" w:themeColor="text1"/>
        </w:rPr>
        <w:t>Öğrenci Numarası:</w:t>
      </w:r>
      <w:r w:rsidR="00454C6A" w:rsidRPr="00454C6A">
        <w:rPr>
          <w:color w:val="000000" w:themeColor="text1"/>
        </w:rPr>
        <w:t xml:space="preserve"> ………………………………………………………</w:t>
      </w:r>
      <w:r w:rsidR="00454C6A" w:rsidRPr="00454C6A">
        <w:rPr>
          <w:color w:val="000000" w:themeColor="text1"/>
        </w:rPr>
        <w:br/>
      </w:r>
      <w:r w:rsidR="00454C6A" w:rsidRPr="00454C6A">
        <w:rPr>
          <w:rStyle w:val="Gl"/>
          <w:color w:val="000000" w:themeColor="text1"/>
        </w:rPr>
        <w:t>Mesleki Eğitim Yapılan Kurum/Kuruluş:</w:t>
      </w:r>
      <w:r w:rsidR="00454C6A" w:rsidRPr="00454C6A">
        <w:rPr>
          <w:color w:val="000000" w:themeColor="text1"/>
        </w:rPr>
        <w:t xml:space="preserve"> …………………………………………………</w:t>
      </w:r>
      <w:r w:rsidR="00454C6A" w:rsidRPr="00454C6A">
        <w:rPr>
          <w:color w:val="000000" w:themeColor="text1"/>
        </w:rPr>
        <w:br/>
      </w:r>
      <w:r w:rsidR="00454C6A" w:rsidRPr="00454C6A">
        <w:rPr>
          <w:rStyle w:val="Gl"/>
          <w:color w:val="000000" w:themeColor="text1"/>
        </w:rPr>
        <w:t>Eğitici Personel / Kurum Danışmanı:</w:t>
      </w:r>
      <w:r w:rsidR="00454C6A" w:rsidRPr="00454C6A">
        <w:rPr>
          <w:color w:val="000000" w:themeColor="text1"/>
        </w:rPr>
        <w:t xml:space="preserve"> ………………………………………………………</w:t>
      </w:r>
      <w:r w:rsidR="00454C6A" w:rsidRPr="00454C6A">
        <w:rPr>
          <w:color w:val="000000" w:themeColor="text1"/>
        </w:rPr>
        <w:br/>
      </w:r>
      <w:r w:rsidR="00454C6A" w:rsidRPr="00454C6A">
        <w:rPr>
          <w:rStyle w:val="Gl"/>
          <w:color w:val="000000" w:themeColor="text1"/>
        </w:rPr>
        <w:t>Sorumlu Öğretim Elemanı:</w:t>
      </w:r>
      <w:r w:rsidR="00454C6A" w:rsidRPr="00454C6A">
        <w:rPr>
          <w:color w:val="000000" w:themeColor="text1"/>
        </w:rPr>
        <w:t xml:space="preserve"> ………………………………………………………</w:t>
      </w:r>
      <w:r w:rsidR="00454C6A" w:rsidRPr="00454C6A">
        <w:rPr>
          <w:color w:val="000000" w:themeColor="text1"/>
        </w:rPr>
        <w:br/>
      </w:r>
      <w:r w:rsidR="00454C6A" w:rsidRPr="00454C6A">
        <w:rPr>
          <w:rStyle w:val="Gl"/>
          <w:color w:val="000000" w:themeColor="text1"/>
        </w:rPr>
        <w:t>Form No:</w:t>
      </w:r>
      <w:r w:rsidR="00454C6A" w:rsidRPr="00454C6A">
        <w:rPr>
          <w:color w:val="000000" w:themeColor="text1"/>
        </w:rPr>
        <w:t xml:space="preserve"> ………………………………………………………</w:t>
      </w:r>
      <w:r w:rsidR="00454C6A" w:rsidRPr="00454C6A">
        <w:rPr>
          <w:color w:val="000000" w:themeColor="text1"/>
        </w:rPr>
        <w:br/>
      </w:r>
      <w:r w:rsidR="00454C6A" w:rsidRPr="00454C6A">
        <w:rPr>
          <w:rStyle w:val="Gl"/>
          <w:color w:val="000000" w:themeColor="text1"/>
        </w:rPr>
        <w:t>Grubun Adı / Türü:</w:t>
      </w:r>
      <w:r w:rsidR="00454C6A" w:rsidRPr="00454C6A">
        <w:rPr>
          <w:color w:val="000000" w:themeColor="text1"/>
        </w:rPr>
        <w:t xml:space="preserve"> ………………………………………………………</w:t>
      </w:r>
    </w:p>
    <w:p w14:paraId="667664A3" w14:textId="77777777" w:rsidR="00454C6A" w:rsidRPr="00454C6A" w:rsidRDefault="00454C6A" w:rsidP="00A466AC">
      <w:pPr>
        <w:pStyle w:val="NormalWeb"/>
        <w:spacing w:before="0" w:beforeAutospacing="0" w:after="0" w:afterAutospacing="0"/>
        <w:rPr>
          <w:color w:val="000000" w:themeColor="text1"/>
        </w:rPr>
      </w:pPr>
      <w:r w:rsidRPr="00454C6A">
        <w:rPr>
          <w:rStyle w:val="Gl"/>
          <w:color w:val="000000" w:themeColor="text1"/>
        </w:rPr>
        <w:t>Toplantı Sırası:</w:t>
      </w:r>
      <w:r w:rsidRPr="00454C6A">
        <w:rPr>
          <w:color w:val="000000" w:themeColor="text1"/>
        </w:rPr>
        <w:t xml:space="preserve"> ………………………………………………………</w:t>
      </w:r>
      <w:r w:rsidRPr="00454C6A">
        <w:rPr>
          <w:color w:val="000000" w:themeColor="text1"/>
        </w:rPr>
        <w:br/>
      </w:r>
      <w:r w:rsidRPr="00454C6A">
        <w:rPr>
          <w:rStyle w:val="Gl"/>
          <w:color w:val="000000" w:themeColor="text1"/>
        </w:rPr>
        <w:t>Toplantı Süresi:</w:t>
      </w:r>
      <w:r w:rsidRPr="00454C6A">
        <w:rPr>
          <w:color w:val="000000" w:themeColor="text1"/>
        </w:rPr>
        <w:t xml:space="preserve"> ………………………………………………………</w:t>
      </w:r>
      <w:r w:rsidRPr="00454C6A">
        <w:rPr>
          <w:color w:val="000000" w:themeColor="text1"/>
        </w:rPr>
        <w:br/>
      </w:r>
      <w:r w:rsidRPr="00454C6A">
        <w:rPr>
          <w:rStyle w:val="Gl"/>
          <w:color w:val="000000" w:themeColor="text1"/>
        </w:rPr>
        <w:t>Toplantının Yapıldığı Yer:</w:t>
      </w:r>
      <w:r w:rsidRPr="00454C6A">
        <w:rPr>
          <w:color w:val="000000" w:themeColor="text1"/>
        </w:rPr>
        <w:t xml:space="preserve"> ………………………………………………………</w:t>
      </w:r>
      <w:r w:rsidRPr="00454C6A">
        <w:rPr>
          <w:color w:val="000000" w:themeColor="text1"/>
        </w:rPr>
        <w:br/>
      </w:r>
      <w:r w:rsidRPr="00454C6A">
        <w:rPr>
          <w:rStyle w:val="Gl"/>
          <w:color w:val="000000" w:themeColor="text1"/>
        </w:rPr>
        <w:t>Katılan Üye Sayısı:</w:t>
      </w:r>
      <w:r w:rsidRPr="00454C6A">
        <w:rPr>
          <w:color w:val="000000" w:themeColor="text1"/>
        </w:rPr>
        <w:t xml:space="preserve"> ………………………………………………………</w:t>
      </w:r>
      <w:r w:rsidRPr="00454C6A">
        <w:rPr>
          <w:color w:val="000000" w:themeColor="text1"/>
        </w:rPr>
        <w:br/>
      </w:r>
      <w:r w:rsidRPr="00454C6A">
        <w:rPr>
          <w:rStyle w:val="Gl"/>
          <w:color w:val="000000" w:themeColor="text1"/>
        </w:rPr>
        <w:t>Katılmayan Üyeler / Devamsızlık Durumu:</w:t>
      </w:r>
      <w:r w:rsidRPr="00454C6A">
        <w:rPr>
          <w:color w:val="000000" w:themeColor="text1"/>
        </w:rPr>
        <w:t xml:space="preserve"> ………………………………………………………</w:t>
      </w:r>
    </w:p>
    <w:p w14:paraId="66FFA2B2" w14:textId="77777777" w:rsidR="00454C6A" w:rsidRPr="00454C6A" w:rsidRDefault="00454C6A" w:rsidP="00454C6A">
      <w:pPr>
        <w:pStyle w:val="Balk3"/>
        <w:rPr>
          <w:rFonts w:ascii="Times New Roman" w:hAnsi="Times New Roman" w:cs="Times New Roman"/>
          <w:color w:val="000000" w:themeColor="text1"/>
          <w:sz w:val="24"/>
          <w:szCs w:val="24"/>
          <w:lang w:val="tr-TR"/>
        </w:rPr>
      </w:pPr>
      <w:r w:rsidRPr="00454C6A">
        <w:rPr>
          <w:rFonts w:ascii="Times New Roman" w:hAnsi="Times New Roman" w:cs="Times New Roman"/>
          <w:color w:val="000000" w:themeColor="text1"/>
          <w:sz w:val="24"/>
          <w:szCs w:val="24"/>
          <w:lang w:val="tr-TR"/>
        </w:rPr>
        <w:t>1. Süreç Öncesi Ön Çalışma</w:t>
      </w:r>
    </w:p>
    <w:p w14:paraId="78116C90" w14:textId="77777777" w:rsidR="00454C6A" w:rsidRPr="00454C6A" w:rsidRDefault="00454C6A" w:rsidP="00454C6A">
      <w:pPr>
        <w:pStyle w:val="NormalWeb"/>
        <w:rPr>
          <w:color w:val="000000" w:themeColor="text1"/>
        </w:rPr>
      </w:pPr>
      <w:r w:rsidRPr="00454C6A">
        <w:rPr>
          <w:color w:val="000000" w:themeColor="text1"/>
        </w:rPr>
        <w:t>Bu bölümde oturum öncesinde yapılan hazırlıklar, gözden geçirilen önceki oturum notları, planlanan etkinlikler, materyaller ve odak noktaları belirtilir.</w:t>
      </w:r>
    </w:p>
    <w:p w14:paraId="4F7ED1B7" w14:textId="77777777" w:rsidR="00454C6A" w:rsidRPr="00454C6A" w:rsidRDefault="00454C6A" w:rsidP="00454C6A">
      <w:pPr>
        <w:pStyle w:val="Balk3"/>
        <w:rPr>
          <w:rFonts w:ascii="Times New Roman" w:hAnsi="Times New Roman" w:cs="Times New Roman"/>
          <w:color w:val="000000" w:themeColor="text1"/>
          <w:sz w:val="24"/>
          <w:szCs w:val="24"/>
          <w:lang w:val="tr-TR"/>
        </w:rPr>
      </w:pPr>
      <w:r w:rsidRPr="00454C6A">
        <w:rPr>
          <w:rFonts w:ascii="Times New Roman" w:hAnsi="Times New Roman" w:cs="Times New Roman"/>
          <w:color w:val="000000" w:themeColor="text1"/>
          <w:sz w:val="24"/>
          <w:szCs w:val="24"/>
          <w:lang w:val="tr-TR"/>
        </w:rPr>
        <w:t>2. Oturumun Amacı</w:t>
      </w:r>
    </w:p>
    <w:p w14:paraId="4F4027A1" w14:textId="77777777" w:rsidR="00454C6A" w:rsidRPr="00454C6A" w:rsidRDefault="00454C6A" w:rsidP="00454C6A">
      <w:pPr>
        <w:pStyle w:val="NormalWeb"/>
        <w:rPr>
          <w:color w:val="000000" w:themeColor="text1"/>
        </w:rPr>
      </w:pPr>
      <w:r w:rsidRPr="00454C6A">
        <w:rPr>
          <w:color w:val="000000" w:themeColor="text1"/>
        </w:rPr>
        <w:t>Bu bölümde ilgili oturumda ulaşılması hedeflenen amaç ya da amaçlar açık ve kısa biçimde yazılır.</w:t>
      </w:r>
    </w:p>
    <w:p w14:paraId="6B3D36A2" w14:textId="77777777" w:rsidR="00454C6A" w:rsidRPr="00454C6A" w:rsidRDefault="00454C6A" w:rsidP="00454C6A">
      <w:pPr>
        <w:pStyle w:val="Balk3"/>
        <w:rPr>
          <w:rFonts w:ascii="Times New Roman" w:hAnsi="Times New Roman" w:cs="Times New Roman"/>
          <w:color w:val="000000" w:themeColor="text1"/>
          <w:sz w:val="24"/>
          <w:szCs w:val="24"/>
          <w:lang w:val="tr-TR"/>
        </w:rPr>
      </w:pPr>
      <w:r w:rsidRPr="00454C6A">
        <w:rPr>
          <w:rFonts w:ascii="Times New Roman" w:hAnsi="Times New Roman" w:cs="Times New Roman"/>
          <w:color w:val="000000" w:themeColor="text1"/>
          <w:sz w:val="24"/>
          <w:szCs w:val="24"/>
          <w:lang w:val="tr-TR"/>
        </w:rPr>
        <w:t>3. Süreç</w:t>
      </w:r>
    </w:p>
    <w:p w14:paraId="2665DB51" w14:textId="77777777" w:rsidR="00454C6A" w:rsidRPr="00454C6A" w:rsidRDefault="00454C6A" w:rsidP="00454C6A">
      <w:pPr>
        <w:pStyle w:val="NormalWeb"/>
        <w:rPr>
          <w:color w:val="000000" w:themeColor="text1"/>
        </w:rPr>
      </w:pPr>
      <w:r w:rsidRPr="00454C6A">
        <w:rPr>
          <w:color w:val="000000" w:themeColor="text1"/>
        </w:rPr>
        <w:t>Bu bölümde oturumun akışı ayrıntılı ve düzenli biçimde yazılır. Ele alınan konular, kullanılan yöntem veya etkinlikler, grup üyelerinin katılım biçimleri, öne çıkan etkileşimler ve grup sürecinde dikkat çeken noktalar belirtilir.</w:t>
      </w:r>
    </w:p>
    <w:p w14:paraId="2C9B6CA6" w14:textId="77777777" w:rsidR="00454C6A" w:rsidRPr="00454C6A" w:rsidRDefault="00454C6A" w:rsidP="00454C6A">
      <w:pPr>
        <w:pStyle w:val="Balk3"/>
        <w:rPr>
          <w:rFonts w:ascii="Times New Roman" w:hAnsi="Times New Roman" w:cs="Times New Roman"/>
          <w:color w:val="000000" w:themeColor="text1"/>
          <w:sz w:val="24"/>
          <w:szCs w:val="24"/>
          <w:lang w:val="tr-TR"/>
        </w:rPr>
      </w:pPr>
      <w:r w:rsidRPr="00454C6A">
        <w:rPr>
          <w:rFonts w:ascii="Times New Roman" w:hAnsi="Times New Roman" w:cs="Times New Roman"/>
          <w:color w:val="000000" w:themeColor="text1"/>
          <w:sz w:val="24"/>
          <w:szCs w:val="24"/>
          <w:lang w:val="tr-TR"/>
        </w:rPr>
        <w:t>4. Gözlem, Değerlendirme ve Mesleki Yorum</w:t>
      </w:r>
    </w:p>
    <w:p w14:paraId="61A3D4F3" w14:textId="77777777" w:rsidR="00454C6A" w:rsidRPr="00454C6A" w:rsidRDefault="00454C6A" w:rsidP="00454C6A">
      <w:pPr>
        <w:pStyle w:val="NormalWeb"/>
        <w:rPr>
          <w:color w:val="000000" w:themeColor="text1"/>
        </w:rPr>
      </w:pPr>
      <w:r w:rsidRPr="00454C6A">
        <w:rPr>
          <w:color w:val="000000" w:themeColor="text1"/>
        </w:rPr>
        <w:t>Bu bölümde aşağıdaki hususlar değerlendirilir:</w:t>
      </w:r>
    </w:p>
    <w:p w14:paraId="10B88C82" w14:textId="05E8F222" w:rsidR="00454C6A" w:rsidRPr="00454C6A" w:rsidRDefault="00454C6A" w:rsidP="00454C6A">
      <w:pPr>
        <w:spacing w:before="100" w:beforeAutospacing="1" w:after="100" w:afterAutospacing="1" w:line="240" w:lineRule="auto"/>
        <w:rPr>
          <w:rFonts w:cs="Times New Roman"/>
          <w:color w:val="000000" w:themeColor="text1"/>
          <w:lang w:val="tr-TR"/>
        </w:rPr>
      </w:pPr>
      <w:r w:rsidRPr="00454C6A">
        <w:rPr>
          <w:rFonts w:cs="Times New Roman"/>
          <w:color w:val="000000" w:themeColor="text1"/>
          <w:lang w:val="tr-TR"/>
        </w:rPr>
        <w:t xml:space="preserve">Üyelerin katılım düzeyi, grup içi iletişim ve etkileşim, öne çıkan grup dinamikleri, direnç, çatışma, destek ya da iş birliği örüntüleri, oturum amacına ulaşma düzeyi, kullanılan mesleki yaklaşım ve tekniklerin etkisi, öğrencinin grup çalışmasına ilişkin mesleki değerlendirmesi. </w:t>
      </w:r>
    </w:p>
    <w:p w14:paraId="12F32142" w14:textId="77777777" w:rsidR="00454C6A" w:rsidRPr="00454C6A" w:rsidRDefault="00454C6A" w:rsidP="00454C6A">
      <w:pPr>
        <w:pStyle w:val="Balk3"/>
        <w:rPr>
          <w:rFonts w:ascii="Times New Roman" w:hAnsi="Times New Roman" w:cs="Times New Roman"/>
          <w:color w:val="000000" w:themeColor="text1"/>
          <w:lang w:val="tr-TR"/>
        </w:rPr>
      </w:pPr>
      <w:r w:rsidRPr="00454C6A">
        <w:rPr>
          <w:rFonts w:ascii="Times New Roman" w:hAnsi="Times New Roman" w:cs="Times New Roman"/>
          <w:color w:val="000000" w:themeColor="text1"/>
          <w:lang w:val="tr-TR"/>
        </w:rPr>
        <w:lastRenderedPageBreak/>
        <w:t>5. Bir Sonraki Oturum İçin Planlama</w:t>
      </w:r>
    </w:p>
    <w:p w14:paraId="144FA623" w14:textId="77777777" w:rsidR="00454C6A" w:rsidRPr="00454C6A" w:rsidRDefault="00454C6A" w:rsidP="00454C6A">
      <w:pPr>
        <w:pStyle w:val="NormalWeb"/>
      </w:pPr>
      <w:r w:rsidRPr="00454C6A">
        <w:rPr>
          <w:color w:val="000000" w:themeColor="text1"/>
        </w:rPr>
        <w:t xml:space="preserve">Bu bölümde bir sonraki oturumda ele </w:t>
      </w:r>
      <w:r w:rsidRPr="00454C6A">
        <w:t>alınacak konular, yapılacak hazırlıklar, gerekli materyaller, özel dikkat gerektiren üyeler ve planlanan müdahale adımları belirtilir.</w:t>
      </w:r>
    </w:p>
    <w:p w14:paraId="3A86B047" w14:textId="4EA5594A" w:rsidR="00F7513F" w:rsidRPr="003F4D10" w:rsidRDefault="00F7513F" w:rsidP="00454C6A">
      <w:pPr>
        <w:pStyle w:val="Gvde"/>
        <w:spacing w:after="0" w:line="360" w:lineRule="auto"/>
        <w:jc w:val="both"/>
        <w:rPr>
          <w:rFonts w:ascii="Times New Roman" w:eastAsia="Times New Roman" w:hAnsi="Times New Roman" w:cs="Times New Roman"/>
          <w:sz w:val="24"/>
          <w:szCs w:val="24"/>
        </w:rPr>
      </w:pPr>
    </w:p>
    <w:p w14:paraId="5C255EA5" w14:textId="77777777" w:rsidR="00F7513F" w:rsidRPr="003F4D10" w:rsidRDefault="00F7513F" w:rsidP="00EB1FDD">
      <w:pPr>
        <w:pStyle w:val="Gvde"/>
        <w:rPr>
          <w:rFonts w:ascii="Times New Roman" w:eastAsia="Times New Roman" w:hAnsi="Times New Roman" w:cs="Times New Roman"/>
          <w:sz w:val="24"/>
          <w:szCs w:val="24"/>
        </w:rPr>
      </w:pPr>
    </w:p>
    <w:p w14:paraId="20ACCB64" w14:textId="77777777" w:rsidR="00F7513F" w:rsidRPr="003F4D10" w:rsidRDefault="00F7513F" w:rsidP="00EB1FDD">
      <w:pPr>
        <w:pStyle w:val="Gvde"/>
        <w:rPr>
          <w:rFonts w:ascii="Times New Roman" w:eastAsia="Times New Roman" w:hAnsi="Times New Roman" w:cs="Times New Roman"/>
          <w:sz w:val="24"/>
          <w:szCs w:val="24"/>
        </w:rPr>
      </w:pPr>
    </w:p>
    <w:p w14:paraId="200380F0" w14:textId="77777777" w:rsidR="00F7513F" w:rsidRPr="003F4D10" w:rsidRDefault="00F7513F" w:rsidP="00EB1FDD">
      <w:pPr>
        <w:pStyle w:val="Gvde"/>
        <w:rPr>
          <w:rFonts w:ascii="Times New Roman" w:eastAsia="Times New Roman" w:hAnsi="Times New Roman" w:cs="Times New Roman"/>
          <w:sz w:val="24"/>
          <w:szCs w:val="24"/>
        </w:rPr>
      </w:pPr>
    </w:p>
    <w:p w14:paraId="41764736" w14:textId="77777777" w:rsidR="00F7513F" w:rsidRPr="003F4D10" w:rsidRDefault="00F7513F" w:rsidP="00EB1FDD">
      <w:pPr>
        <w:pStyle w:val="Gvde"/>
        <w:rPr>
          <w:rFonts w:ascii="Times New Roman" w:eastAsia="Times New Roman" w:hAnsi="Times New Roman" w:cs="Times New Roman"/>
          <w:sz w:val="24"/>
          <w:szCs w:val="24"/>
        </w:rPr>
      </w:pPr>
    </w:p>
    <w:p w14:paraId="7196BC27" w14:textId="77777777" w:rsidR="00F7513F" w:rsidRPr="003F4D10" w:rsidRDefault="00F7513F" w:rsidP="00EB1FDD">
      <w:pPr>
        <w:pStyle w:val="Gvde"/>
        <w:rPr>
          <w:rFonts w:ascii="Times New Roman" w:eastAsia="Times New Roman" w:hAnsi="Times New Roman" w:cs="Times New Roman"/>
          <w:sz w:val="24"/>
          <w:szCs w:val="24"/>
        </w:rPr>
      </w:pPr>
    </w:p>
    <w:p w14:paraId="3EBD26B2" w14:textId="77777777" w:rsidR="00F7513F" w:rsidRDefault="00F7513F" w:rsidP="00EB1FDD">
      <w:pPr>
        <w:pStyle w:val="Gvde"/>
        <w:rPr>
          <w:rFonts w:ascii="Times New Roman" w:eastAsia="Times New Roman" w:hAnsi="Times New Roman" w:cs="Times New Roman"/>
          <w:sz w:val="24"/>
          <w:szCs w:val="24"/>
        </w:rPr>
      </w:pPr>
    </w:p>
    <w:p w14:paraId="072B231D" w14:textId="77777777" w:rsidR="00454C6A" w:rsidRDefault="00454C6A" w:rsidP="00EB1FDD">
      <w:pPr>
        <w:pStyle w:val="Gvde"/>
        <w:rPr>
          <w:rFonts w:ascii="Times New Roman" w:eastAsia="Times New Roman" w:hAnsi="Times New Roman" w:cs="Times New Roman"/>
          <w:sz w:val="24"/>
          <w:szCs w:val="24"/>
        </w:rPr>
      </w:pPr>
    </w:p>
    <w:p w14:paraId="0DD3463E" w14:textId="77777777" w:rsidR="00454C6A" w:rsidRDefault="00454C6A" w:rsidP="00EB1FDD">
      <w:pPr>
        <w:pStyle w:val="Gvde"/>
        <w:rPr>
          <w:rFonts w:ascii="Times New Roman" w:eastAsia="Times New Roman" w:hAnsi="Times New Roman" w:cs="Times New Roman"/>
          <w:sz w:val="24"/>
          <w:szCs w:val="24"/>
        </w:rPr>
      </w:pPr>
    </w:p>
    <w:p w14:paraId="4385023C" w14:textId="77777777" w:rsidR="00454C6A" w:rsidRDefault="00454C6A" w:rsidP="00EB1FDD">
      <w:pPr>
        <w:pStyle w:val="Gvde"/>
        <w:rPr>
          <w:rFonts w:ascii="Times New Roman" w:eastAsia="Times New Roman" w:hAnsi="Times New Roman" w:cs="Times New Roman"/>
          <w:sz w:val="24"/>
          <w:szCs w:val="24"/>
        </w:rPr>
      </w:pPr>
    </w:p>
    <w:p w14:paraId="644E673B" w14:textId="77777777" w:rsidR="00454C6A" w:rsidRDefault="00454C6A" w:rsidP="00EB1FDD">
      <w:pPr>
        <w:pStyle w:val="Gvde"/>
        <w:rPr>
          <w:rFonts w:ascii="Times New Roman" w:eastAsia="Times New Roman" w:hAnsi="Times New Roman" w:cs="Times New Roman"/>
          <w:sz w:val="24"/>
          <w:szCs w:val="24"/>
        </w:rPr>
      </w:pPr>
    </w:p>
    <w:p w14:paraId="278AB316" w14:textId="77777777" w:rsidR="00454C6A" w:rsidRDefault="00454C6A" w:rsidP="00EB1FDD">
      <w:pPr>
        <w:pStyle w:val="Gvde"/>
        <w:rPr>
          <w:rFonts w:ascii="Times New Roman" w:eastAsia="Times New Roman" w:hAnsi="Times New Roman" w:cs="Times New Roman"/>
          <w:sz w:val="24"/>
          <w:szCs w:val="24"/>
        </w:rPr>
      </w:pPr>
    </w:p>
    <w:p w14:paraId="50B8E58A" w14:textId="77777777" w:rsidR="00454C6A" w:rsidRDefault="00454C6A" w:rsidP="00EB1FDD">
      <w:pPr>
        <w:pStyle w:val="Gvde"/>
        <w:rPr>
          <w:rFonts w:ascii="Times New Roman" w:eastAsia="Times New Roman" w:hAnsi="Times New Roman" w:cs="Times New Roman"/>
          <w:sz w:val="24"/>
          <w:szCs w:val="24"/>
        </w:rPr>
      </w:pPr>
    </w:p>
    <w:p w14:paraId="2D50BE03" w14:textId="77777777" w:rsidR="00454C6A" w:rsidRDefault="00454C6A" w:rsidP="00EB1FDD">
      <w:pPr>
        <w:pStyle w:val="Gvde"/>
        <w:rPr>
          <w:rFonts w:ascii="Times New Roman" w:eastAsia="Times New Roman" w:hAnsi="Times New Roman" w:cs="Times New Roman"/>
          <w:sz w:val="24"/>
          <w:szCs w:val="24"/>
        </w:rPr>
      </w:pPr>
    </w:p>
    <w:p w14:paraId="566EFA61" w14:textId="77777777" w:rsidR="00454C6A" w:rsidRDefault="00454C6A" w:rsidP="00EB1FDD">
      <w:pPr>
        <w:pStyle w:val="Gvde"/>
        <w:rPr>
          <w:rFonts w:ascii="Times New Roman" w:eastAsia="Times New Roman" w:hAnsi="Times New Roman" w:cs="Times New Roman"/>
          <w:sz w:val="24"/>
          <w:szCs w:val="24"/>
        </w:rPr>
      </w:pPr>
    </w:p>
    <w:p w14:paraId="58A23854" w14:textId="77777777" w:rsidR="00454C6A" w:rsidRDefault="00454C6A" w:rsidP="00EB1FDD">
      <w:pPr>
        <w:pStyle w:val="Gvde"/>
        <w:rPr>
          <w:rFonts w:ascii="Times New Roman" w:eastAsia="Times New Roman" w:hAnsi="Times New Roman" w:cs="Times New Roman"/>
          <w:sz w:val="24"/>
          <w:szCs w:val="24"/>
        </w:rPr>
      </w:pPr>
    </w:p>
    <w:p w14:paraId="60CFED23" w14:textId="77777777" w:rsidR="00454C6A" w:rsidRDefault="00454C6A" w:rsidP="00EB1FDD">
      <w:pPr>
        <w:pStyle w:val="Gvde"/>
        <w:rPr>
          <w:rFonts w:ascii="Times New Roman" w:eastAsia="Times New Roman" w:hAnsi="Times New Roman" w:cs="Times New Roman"/>
          <w:sz w:val="24"/>
          <w:szCs w:val="24"/>
        </w:rPr>
      </w:pPr>
    </w:p>
    <w:p w14:paraId="7B1F87FE" w14:textId="77777777" w:rsidR="00454C6A" w:rsidRDefault="00454C6A" w:rsidP="00EB1FDD">
      <w:pPr>
        <w:pStyle w:val="Gvde"/>
        <w:rPr>
          <w:rFonts w:ascii="Times New Roman" w:eastAsia="Times New Roman" w:hAnsi="Times New Roman" w:cs="Times New Roman"/>
          <w:sz w:val="24"/>
          <w:szCs w:val="24"/>
        </w:rPr>
      </w:pPr>
    </w:p>
    <w:p w14:paraId="3B9D72E5" w14:textId="77777777" w:rsidR="00454C6A" w:rsidRPr="003F4D10" w:rsidRDefault="00454C6A" w:rsidP="00EB1FDD">
      <w:pPr>
        <w:pStyle w:val="Gvde"/>
        <w:rPr>
          <w:rFonts w:ascii="Times New Roman" w:eastAsia="Times New Roman" w:hAnsi="Times New Roman" w:cs="Times New Roman"/>
          <w:sz w:val="24"/>
          <w:szCs w:val="24"/>
        </w:rPr>
      </w:pPr>
    </w:p>
    <w:p w14:paraId="79823E2C" w14:textId="77777777" w:rsidR="00F7513F" w:rsidRPr="003F4D10" w:rsidRDefault="00F7513F" w:rsidP="00EB1FDD">
      <w:pPr>
        <w:pStyle w:val="Gvde"/>
        <w:rPr>
          <w:rFonts w:ascii="Times New Roman" w:eastAsia="Times New Roman" w:hAnsi="Times New Roman" w:cs="Times New Roman"/>
          <w:sz w:val="24"/>
          <w:szCs w:val="24"/>
        </w:rPr>
      </w:pPr>
    </w:p>
    <w:p w14:paraId="14981114" w14:textId="77777777" w:rsidR="00F7513F" w:rsidRPr="003F4D10" w:rsidRDefault="00F7513F" w:rsidP="00EB1FDD">
      <w:pPr>
        <w:pStyle w:val="Gvde"/>
        <w:rPr>
          <w:rFonts w:ascii="Times New Roman" w:eastAsia="Times New Roman" w:hAnsi="Times New Roman" w:cs="Times New Roman"/>
          <w:sz w:val="24"/>
          <w:szCs w:val="24"/>
        </w:rPr>
      </w:pPr>
    </w:p>
    <w:p w14:paraId="28D3DFBE" w14:textId="77777777" w:rsidR="00F7513F" w:rsidRDefault="00F7513F" w:rsidP="00EB1FDD">
      <w:pPr>
        <w:pStyle w:val="Gvde"/>
        <w:rPr>
          <w:rFonts w:ascii="Times New Roman" w:eastAsia="Times New Roman" w:hAnsi="Times New Roman" w:cs="Times New Roman"/>
          <w:sz w:val="24"/>
          <w:szCs w:val="24"/>
        </w:rPr>
      </w:pPr>
    </w:p>
    <w:p w14:paraId="6415A0C8" w14:textId="77777777" w:rsidR="00A466AC" w:rsidRDefault="00A466AC" w:rsidP="00EB1FDD">
      <w:pPr>
        <w:pStyle w:val="Gvde"/>
        <w:rPr>
          <w:rFonts w:ascii="Times New Roman" w:eastAsia="Times New Roman" w:hAnsi="Times New Roman" w:cs="Times New Roman"/>
          <w:sz w:val="24"/>
          <w:szCs w:val="24"/>
        </w:rPr>
      </w:pPr>
    </w:p>
    <w:p w14:paraId="465885BB" w14:textId="77777777" w:rsidR="00A466AC" w:rsidRPr="003F4D10" w:rsidRDefault="00A466AC" w:rsidP="00EB1FDD">
      <w:pPr>
        <w:pStyle w:val="Gvde"/>
        <w:rPr>
          <w:rFonts w:ascii="Times New Roman" w:eastAsia="Times New Roman" w:hAnsi="Times New Roman" w:cs="Times New Roman"/>
          <w:sz w:val="24"/>
          <w:szCs w:val="24"/>
        </w:rPr>
      </w:pPr>
    </w:p>
    <w:p w14:paraId="633B4DB2"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lastRenderedPageBreak/>
        <w:t>T.C.</w:t>
      </w:r>
    </w:p>
    <w:p w14:paraId="75207F0D"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7AB70A4F"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5B136AD0"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12F59FFB"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740721AB"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50A393E2" w14:textId="77777777" w:rsidR="00F7513F" w:rsidRPr="003F4D10" w:rsidRDefault="00F7513F" w:rsidP="00EB1FDD">
      <w:pPr>
        <w:pStyle w:val="Gvde"/>
        <w:spacing w:after="0"/>
        <w:jc w:val="center"/>
        <w:rPr>
          <w:rFonts w:ascii="Times New Roman" w:eastAsia="Times New Roman" w:hAnsi="Times New Roman" w:cs="Times New Roman"/>
          <w:b/>
          <w:bCs/>
          <w:sz w:val="24"/>
          <w:szCs w:val="24"/>
        </w:rPr>
      </w:pPr>
    </w:p>
    <w:p w14:paraId="2E6D1B32" w14:textId="77777777" w:rsidR="00F7513F" w:rsidRPr="003F4D10" w:rsidRDefault="00F7513F" w:rsidP="00EB1FDD">
      <w:pPr>
        <w:pStyle w:val="Gvde"/>
        <w:jc w:val="center"/>
        <w:rPr>
          <w:rFonts w:ascii="Times New Roman" w:eastAsia="Times New Roman" w:hAnsi="Times New Roman" w:cs="Times New Roman"/>
          <w:b/>
          <w:bCs/>
          <w:sz w:val="24"/>
          <w:szCs w:val="24"/>
        </w:rPr>
      </w:pPr>
      <w:r w:rsidRPr="003F4D10">
        <w:rPr>
          <w:rFonts w:ascii="Times New Roman" w:hAnsi="Times New Roman"/>
          <w:b/>
          <w:bCs/>
          <w:sz w:val="24"/>
          <w:szCs w:val="24"/>
        </w:rPr>
        <w:t>EK-10: GRUBU VE ÜYELERİ DEĞERLENDİRME FORMU</w:t>
      </w:r>
    </w:p>
    <w:p w14:paraId="4E0F1682" w14:textId="77777777" w:rsidR="00454C6A" w:rsidRPr="00454C6A" w:rsidRDefault="00454C6A" w:rsidP="00454C6A">
      <w:pPr>
        <w:pStyle w:val="NormalWeb"/>
      </w:pPr>
      <w:r w:rsidRPr="00454C6A">
        <w:rPr>
          <w:rStyle w:val="Gl"/>
        </w:rPr>
        <w:t>Tarih:</w:t>
      </w:r>
      <w:r w:rsidRPr="00454C6A">
        <w:t xml:space="preserve"> </w:t>
      </w:r>
      <w:proofErr w:type="gramStart"/>
      <w:r w:rsidRPr="00454C6A">
        <w:t>…..</w:t>
      </w:r>
      <w:proofErr w:type="gramEnd"/>
      <w:r w:rsidRPr="00454C6A">
        <w:t>/…../……..</w:t>
      </w:r>
      <w:r w:rsidRPr="00454C6A">
        <w:br/>
      </w:r>
      <w:r w:rsidRPr="00454C6A">
        <w:rPr>
          <w:rStyle w:val="Gl"/>
        </w:rPr>
        <w:t>Öğrencinin Adı Soyadı:</w:t>
      </w:r>
      <w:r w:rsidRPr="00454C6A">
        <w:t xml:space="preserve"> </w:t>
      </w:r>
      <w:proofErr w:type="gramStart"/>
      <w:r w:rsidRPr="00454C6A">
        <w:t>…………………………………………………………</w:t>
      </w:r>
      <w:proofErr w:type="gramEnd"/>
      <w:r w:rsidRPr="00454C6A">
        <w:br/>
      </w:r>
      <w:r w:rsidRPr="00454C6A">
        <w:rPr>
          <w:rStyle w:val="Gl"/>
        </w:rPr>
        <w:t>Öğrenci Numarası:</w:t>
      </w:r>
      <w:r w:rsidRPr="00454C6A">
        <w:t xml:space="preserve"> </w:t>
      </w:r>
      <w:proofErr w:type="gramStart"/>
      <w:r w:rsidRPr="00454C6A">
        <w:t>…………………………………………………………</w:t>
      </w:r>
      <w:proofErr w:type="gramEnd"/>
      <w:r w:rsidRPr="00454C6A">
        <w:br/>
      </w:r>
      <w:r w:rsidRPr="00454C6A">
        <w:rPr>
          <w:rStyle w:val="Gl"/>
        </w:rPr>
        <w:t>Mesleki Eğitim Yapılan Kurum/Kuruluş:</w:t>
      </w:r>
      <w:r w:rsidRPr="00454C6A">
        <w:t xml:space="preserve"> </w:t>
      </w:r>
      <w:proofErr w:type="gramStart"/>
      <w:r w:rsidRPr="00454C6A">
        <w:t>………………………………………………….</w:t>
      </w:r>
      <w:proofErr w:type="gramEnd"/>
      <w:r w:rsidRPr="00454C6A">
        <w:br/>
      </w:r>
      <w:r w:rsidRPr="00454C6A">
        <w:rPr>
          <w:rStyle w:val="Gl"/>
        </w:rPr>
        <w:t>Eğitici Personel / Kurum Danışmanı:</w:t>
      </w:r>
      <w:r w:rsidRPr="00454C6A">
        <w:t xml:space="preserve"> …………………………………………………………</w:t>
      </w:r>
      <w:r w:rsidRPr="00454C6A">
        <w:br/>
      </w:r>
      <w:r w:rsidRPr="00454C6A">
        <w:rPr>
          <w:rStyle w:val="Gl"/>
        </w:rPr>
        <w:t>Sorumlu Öğretim Elemanı:</w:t>
      </w:r>
      <w:r w:rsidRPr="00454C6A">
        <w:t xml:space="preserve"> ………………………………………………………….</w:t>
      </w:r>
    </w:p>
    <w:p w14:paraId="33DF4761" w14:textId="77777777" w:rsidR="00454C6A" w:rsidRPr="00454C6A" w:rsidRDefault="00454C6A" w:rsidP="00454C6A">
      <w:pPr>
        <w:pStyle w:val="Balk3"/>
        <w:rPr>
          <w:rFonts w:ascii="Times New Roman" w:hAnsi="Times New Roman" w:cs="Times New Roman"/>
          <w:color w:val="000000" w:themeColor="text1"/>
          <w:sz w:val="24"/>
          <w:szCs w:val="24"/>
          <w:lang w:val="tr-TR"/>
        </w:rPr>
      </w:pPr>
      <w:r w:rsidRPr="00454C6A">
        <w:rPr>
          <w:rFonts w:ascii="Times New Roman" w:hAnsi="Times New Roman" w:cs="Times New Roman"/>
          <w:color w:val="000000" w:themeColor="text1"/>
          <w:sz w:val="24"/>
          <w:szCs w:val="24"/>
          <w:lang w:val="tr-TR"/>
        </w:rPr>
        <w:t>I. Grubu Değerlendirme Formu</w:t>
      </w:r>
    </w:p>
    <w:p w14:paraId="17C21906" w14:textId="77777777" w:rsidR="00454C6A" w:rsidRPr="00454C6A" w:rsidRDefault="00454C6A" w:rsidP="00454C6A">
      <w:pPr>
        <w:numPr>
          <w:ilvl w:val="0"/>
          <w:numId w:val="39"/>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Grubun süreci, işleyişi ve grup dinamiklerinin değerlendirilmesi</w:t>
      </w:r>
      <w:r w:rsidRPr="00454C6A">
        <w:rPr>
          <w:rFonts w:cs="Times New Roman"/>
          <w:color w:val="000000" w:themeColor="text1"/>
          <w:lang w:val="tr-TR"/>
        </w:rPr>
        <w:br/>
        <w:t xml:space="preserve">Bu bölümde grubun işleyiş biçimi, oluşturduğu yapı, geliştirilen programlar, kullanılan yöntem ve teknikler, grup içi etkileşimler ve süreç içinde öne çıkan önemli noktalar örneklerle açıklanır. </w:t>
      </w:r>
    </w:p>
    <w:p w14:paraId="0C46CB48" w14:textId="77777777" w:rsidR="00454C6A" w:rsidRPr="00454C6A" w:rsidRDefault="00454C6A" w:rsidP="00454C6A">
      <w:pPr>
        <w:numPr>
          <w:ilvl w:val="0"/>
          <w:numId w:val="39"/>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Grubun genel amacına ulaşma düzeyi</w:t>
      </w:r>
      <w:r w:rsidRPr="00454C6A">
        <w:rPr>
          <w:rFonts w:cs="Times New Roman"/>
          <w:color w:val="000000" w:themeColor="text1"/>
          <w:lang w:val="tr-TR"/>
        </w:rPr>
        <w:br/>
        <w:t xml:space="preserve">Bu bölümde grubun genel amacına hangi ölçüde ulaştığı, hangi hedeflerin gerçekleştirildiği ve hangi hedeflerin sınırlı kaldığı değerlendirilir. </w:t>
      </w:r>
    </w:p>
    <w:p w14:paraId="12F1434E" w14:textId="77777777" w:rsidR="00454C6A" w:rsidRPr="00454C6A" w:rsidRDefault="00454C6A" w:rsidP="00454C6A">
      <w:pPr>
        <w:numPr>
          <w:ilvl w:val="0"/>
          <w:numId w:val="39"/>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Grubun sonlandırılma süreci</w:t>
      </w:r>
      <w:r w:rsidRPr="00454C6A">
        <w:rPr>
          <w:rFonts w:cs="Times New Roman"/>
          <w:color w:val="000000" w:themeColor="text1"/>
          <w:lang w:val="tr-TR"/>
        </w:rPr>
        <w:br/>
        <w:t xml:space="preserve">Bu bölümde grubun nasıl sonlandırıldığı, sonlandırmanın planlı olup olmadığı, üyelerin sonlandırmaya tepkileri ve gerekli görülen izlem ya da yönlendirme önerileri açıklanır. </w:t>
      </w:r>
    </w:p>
    <w:p w14:paraId="4CAFB903" w14:textId="77777777" w:rsidR="00454C6A" w:rsidRPr="00454C6A" w:rsidRDefault="00454C6A" w:rsidP="00454C6A">
      <w:pPr>
        <w:pStyle w:val="Balk3"/>
        <w:rPr>
          <w:rFonts w:ascii="Times New Roman" w:hAnsi="Times New Roman" w:cs="Times New Roman"/>
          <w:color w:val="000000" w:themeColor="text1"/>
          <w:sz w:val="24"/>
          <w:szCs w:val="24"/>
          <w:lang w:val="tr-TR"/>
        </w:rPr>
      </w:pPr>
      <w:r w:rsidRPr="00454C6A">
        <w:rPr>
          <w:rFonts w:ascii="Times New Roman" w:hAnsi="Times New Roman" w:cs="Times New Roman"/>
          <w:color w:val="000000" w:themeColor="text1"/>
          <w:sz w:val="24"/>
          <w:szCs w:val="24"/>
          <w:lang w:val="tr-TR"/>
        </w:rPr>
        <w:t>II. Üye Değerlendirme Formu</w:t>
      </w:r>
    </w:p>
    <w:p w14:paraId="0C599257" w14:textId="77777777" w:rsidR="00454C6A" w:rsidRPr="00454C6A" w:rsidRDefault="00454C6A" w:rsidP="00454C6A">
      <w:pPr>
        <w:numPr>
          <w:ilvl w:val="0"/>
          <w:numId w:val="40"/>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Üyenin kişisel amacı ve grup amacı ile ilişkisi</w:t>
      </w:r>
      <w:r w:rsidRPr="00454C6A">
        <w:rPr>
          <w:rFonts w:cs="Times New Roman"/>
          <w:color w:val="000000" w:themeColor="text1"/>
          <w:lang w:val="tr-TR"/>
        </w:rPr>
        <w:br/>
        <w:t xml:space="preserve">Bu bölümde üyenin kişisel amacının ne olduğu, bu amacın grubun genel amacı ile ne ölçüde uyumlu olduğu ve üyenin kendi amacına ulaşıp ulaşmadığı değerlendirilir. </w:t>
      </w:r>
    </w:p>
    <w:p w14:paraId="634FDCCF" w14:textId="77777777" w:rsidR="00454C6A" w:rsidRPr="00454C6A" w:rsidRDefault="00454C6A" w:rsidP="00454C6A">
      <w:pPr>
        <w:numPr>
          <w:ilvl w:val="0"/>
          <w:numId w:val="40"/>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Üyenin grup sürecindeki gelişimi ve konumu</w:t>
      </w:r>
      <w:r w:rsidRPr="00454C6A">
        <w:rPr>
          <w:rFonts w:cs="Times New Roman"/>
          <w:color w:val="000000" w:themeColor="text1"/>
          <w:lang w:val="tr-TR"/>
        </w:rPr>
        <w:br/>
        <w:t>Bu bölümde üyenin başlangıçtan sonuca kadar grup içindeki durumu değerlendirilir:</w:t>
      </w:r>
      <w:r w:rsidRPr="00454C6A">
        <w:rPr>
          <w:rFonts w:cs="Times New Roman"/>
          <w:color w:val="000000" w:themeColor="text1"/>
          <w:lang w:val="tr-TR"/>
        </w:rPr>
        <w:br/>
        <w:t>a. Grup sürecine uyumu</w:t>
      </w:r>
      <w:r w:rsidRPr="00454C6A">
        <w:rPr>
          <w:rFonts w:cs="Times New Roman"/>
          <w:color w:val="000000" w:themeColor="text1"/>
          <w:lang w:val="tr-TR"/>
        </w:rPr>
        <w:br/>
        <w:t>b. Grup içindeki rolü, etkinliği ve diğer üyelerle ilişkileri</w:t>
      </w:r>
      <w:r w:rsidRPr="00454C6A">
        <w:rPr>
          <w:rFonts w:cs="Times New Roman"/>
          <w:color w:val="000000" w:themeColor="text1"/>
          <w:lang w:val="tr-TR"/>
        </w:rPr>
        <w:br/>
        <w:t>c. Grup faaliyetlerine katılım düzeyi ve becerileri</w:t>
      </w:r>
      <w:r w:rsidRPr="00454C6A">
        <w:rPr>
          <w:rFonts w:cs="Times New Roman"/>
          <w:color w:val="000000" w:themeColor="text1"/>
          <w:lang w:val="tr-TR"/>
        </w:rPr>
        <w:br/>
        <w:t>d. Sosyal çalışmacı ile kurduğu ilişkinin niteliği ve süreçte gözlenen duygusal/davranışsal örüntüler</w:t>
      </w:r>
      <w:r w:rsidRPr="00454C6A">
        <w:rPr>
          <w:rFonts w:cs="Times New Roman"/>
          <w:color w:val="000000" w:themeColor="text1"/>
          <w:lang w:val="tr-TR"/>
        </w:rPr>
        <w:br/>
        <w:t xml:space="preserve">e. Grubun amaca ulaşmasına yaptığı katkı </w:t>
      </w:r>
    </w:p>
    <w:p w14:paraId="09D6DCCD" w14:textId="77777777" w:rsidR="00454C6A" w:rsidRPr="00454C6A" w:rsidRDefault="00454C6A" w:rsidP="00454C6A">
      <w:pPr>
        <w:numPr>
          <w:ilvl w:val="0"/>
          <w:numId w:val="40"/>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Üyenin gruba alınma gerekçesi</w:t>
      </w:r>
      <w:r w:rsidRPr="00454C6A">
        <w:rPr>
          <w:rFonts w:cs="Times New Roman"/>
          <w:color w:val="000000" w:themeColor="text1"/>
          <w:lang w:val="tr-TR"/>
        </w:rPr>
        <w:br/>
        <w:t xml:space="preserve">Bu bölümde üyenin hangi ihtiyaç ve sorun nedeniyle gruba alındığı, bu ihtiyaç ve sorunların nasıl tanımlandığı ve grup çalışmasının neden uygun bir müdahale biçimi olarak değerlendirildiği açıklanır. </w:t>
      </w:r>
    </w:p>
    <w:p w14:paraId="12E151A8" w14:textId="77777777" w:rsidR="00454C6A" w:rsidRPr="00454C6A" w:rsidRDefault="00454C6A" w:rsidP="00454C6A">
      <w:pPr>
        <w:numPr>
          <w:ilvl w:val="0"/>
          <w:numId w:val="40"/>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t>Üyenin grup çalışmasından elde ettiği kazanımlar</w:t>
      </w:r>
      <w:r w:rsidRPr="00454C6A">
        <w:rPr>
          <w:rFonts w:cs="Times New Roman"/>
          <w:color w:val="000000" w:themeColor="text1"/>
          <w:lang w:val="tr-TR"/>
        </w:rPr>
        <w:br/>
        <w:t xml:space="preserve">Bu bölümde üyenin grup çalışmasından neler kazandığı, ihtiyaç ve sorunlarını ne ölçüde giderebildiği, hangi alanlarda ilerleme sağladığı ve sınırlılıkların sürmesi hâlinde hangi önerilerin geliştirildiği belirtilir. </w:t>
      </w:r>
    </w:p>
    <w:p w14:paraId="690661CF" w14:textId="77777777" w:rsidR="00454C6A" w:rsidRPr="00454C6A" w:rsidRDefault="00454C6A" w:rsidP="00454C6A">
      <w:pPr>
        <w:numPr>
          <w:ilvl w:val="0"/>
          <w:numId w:val="40"/>
        </w:numPr>
        <w:spacing w:before="100" w:beforeAutospacing="1" w:after="100" w:afterAutospacing="1" w:line="240" w:lineRule="auto"/>
        <w:rPr>
          <w:rFonts w:cs="Times New Roman"/>
          <w:color w:val="000000" w:themeColor="text1"/>
          <w:lang w:val="tr-TR"/>
        </w:rPr>
      </w:pPr>
      <w:r w:rsidRPr="00454C6A">
        <w:rPr>
          <w:rStyle w:val="Gl"/>
          <w:rFonts w:cs="Times New Roman"/>
          <w:color w:val="000000" w:themeColor="text1"/>
          <w:lang w:val="tr-TR"/>
        </w:rPr>
        <w:lastRenderedPageBreak/>
        <w:t>Üyenin güçlü yönleri ve sonraki destek gereksinimi</w:t>
      </w:r>
      <w:r w:rsidRPr="00454C6A">
        <w:rPr>
          <w:rFonts w:cs="Times New Roman"/>
          <w:color w:val="000000" w:themeColor="text1"/>
          <w:lang w:val="tr-TR"/>
        </w:rPr>
        <w:br/>
        <w:t>Bu bölümde üyenin grup sürecinde ortaya çıkan güçlü yönleri, destekleyici özellikleri ve süreç sonrasında ihtiyaç duyabileceği ek müdahale ya da yönlendirmeler değerlendirilir.</w:t>
      </w:r>
    </w:p>
    <w:p w14:paraId="6006CFA8" w14:textId="77777777" w:rsidR="00F7513F" w:rsidRPr="003F4D10" w:rsidRDefault="00F7513F" w:rsidP="00EB1FDD">
      <w:pPr>
        <w:pStyle w:val="Gvde"/>
        <w:spacing w:after="0"/>
        <w:jc w:val="center"/>
        <w:rPr>
          <w:rFonts w:ascii="Times New Roman" w:eastAsia="Times New Roman" w:hAnsi="Times New Roman" w:cs="Times New Roman"/>
          <w:b/>
          <w:bCs/>
        </w:rPr>
      </w:pPr>
    </w:p>
    <w:p w14:paraId="005954EC" w14:textId="77777777" w:rsidR="00F7513F" w:rsidRPr="003F4D10" w:rsidRDefault="00F7513F" w:rsidP="00EB1FDD">
      <w:pPr>
        <w:pStyle w:val="Gvde"/>
        <w:spacing w:after="0"/>
        <w:jc w:val="center"/>
        <w:rPr>
          <w:rFonts w:ascii="Times New Roman" w:eastAsia="Times New Roman" w:hAnsi="Times New Roman" w:cs="Times New Roman"/>
          <w:b/>
          <w:bCs/>
        </w:rPr>
      </w:pPr>
    </w:p>
    <w:p w14:paraId="7E1BA2FE" w14:textId="77777777" w:rsidR="00F7513F" w:rsidRPr="003F4D10" w:rsidRDefault="00F7513F" w:rsidP="00EB1FDD">
      <w:pPr>
        <w:pStyle w:val="Gvde"/>
        <w:spacing w:after="0"/>
        <w:jc w:val="center"/>
        <w:rPr>
          <w:rFonts w:ascii="Times New Roman" w:eastAsia="Times New Roman" w:hAnsi="Times New Roman" w:cs="Times New Roman"/>
          <w:b/>
          <w:bCs/>
        </w:rPr>
      </w:pPr>
    </w:p>
    <w:p w14:paraId="0548F280" w14:textId="77777777" w:rsidR="00F7513F" w:rsidRPr="003F4D10" w:rsidRDefault="00F7513F" w:rsidP="00EB1FDD">
      <w:pPr>
        <w:pStyle w:val="Gvde"/>
        <w:spacing w:after="0"/>
        <w:jc w:val="center"/>
        <w:rPr>
          <w:rFonts w:ascii="Times New Roman" w:eastAsia="Times New Roman" w:hAnsi="Times New Roman" w:cs="Times New Roman"/>
          <w:b/>
          <w:bCs/>
        </w:rPr>
      </w:pPr>
    </w:p>
    <w:p w14:paraId="5A8BBC8A" w14:textId="77777777" w:rsidR="00F7513F" w:rsidRPr="003F4D10" w:rsidRDefault="00F7513F" w:rsidP="00EB1FDD">
      <w:pPr>
        <w:pStyle w:val="Gvde"/>
        <w:spacing w:after="0"/>
        <w:jc w:val="center"/>
        <w:rPr>
          <w:rFonts w:ascii="Times New Roman" w:eastAsia="Times New Roman" w:hAnsi="Times New Roman" w:cs="Times New Roman"/>
          <w:b/>
          <w:bCs/>
        </w:rPr>
      </w:pPr>
    </w:p>
    <w:p w14:paraId="3DCCE222" w14:textId="77777777" w:rsidR="00F7513F" w:rsidRPr="003F4D10" w:rsidRDefault="00F7513F" w:rsidP="00EB1FDD">
      <w:pPr>
        <w:pStyle w:val="Gvde"/>
        <w:spacing w:after="0"/>
        <w:jc w:val="center"/>
        <w:rPr>
          <w:rFonts w:ascii="Times New Roman" w:eastAsia="Times New Roman" w:hAnsi="Times New Roman" w:cs="Times New Roman"/>
          <w:b/>
          <w:bCs/>
        </w:rPr>
      </w:pPr>
    </w:p>
    <w:p w14:paraId="780C10AF" w14:textId="77777777" w:rsidR="00F7513F" w:rsidRPr="003F4D10" w:rsidRDefault="00F7513F" w:rsidP="00EB1FDD">
      <w:pPr>
        <w:pStyle w:val="Gvde"/>
        <w:spacing w:after="0"/>
        <w:jc w:val="center"/>
        <w:rPr>
          <w:rFonts w:ascii="Times New Roman" w:eastAsia="Times New Roman" w:hAnsi="Times New Roman" w:cs="Times New Roman"/>
          <w:b/>
          <w:bCs/>
        </w:rPr>
      </w:pPr>
    </w:p>
    <w:p w14:paraId="01E8FDB8" w14:textId="77777777" w:rsidR="00F7513F" w:rsidRPr="003F4D10" w:rsidRDefault="00F7513F" w:rsidP="00EB1FDD">
      <w:pPr>
        <w:pStyle w:val="Gvde"/>
        <w:spacing w:after="0"/>
        <w:jc w:val="center"/>
        <w:rPr>
          <w:rFonts w:ascii="Times New Roman" w:eastAsia="Times New Roman" w:hAnsi="Times New Roman" w:cs="Times New Roman"/>
          <w:b/>
          <w:bCs/>
        </w:rPr>
      </w:pPr>
    </w:p>
    <w:p w14:paraId="625A1DC9" w14:textId="77777777" w:rsidR="00F7513F" w:rsidRPr="003F4D10" w:rsidRDefault="00F7513F" w:rsidP="00EB1FDD">
      <w:pPr>
        <w:pStyle w:val="Gvde"/>
        <w:spacing w:after="0"/>
        <w:jc w:val="center"/>
        <w:rPr>
          <w:rFonts w:ascii="Times New Roman" w:eastAsia="Times New Roman" w:hAnsi="Times New Roman" w:cs="Times New Roman"/>
          <w:b/>
          <w:bCs/>
        </w:rPr>
      </w:pPr>
    </w:p>
    <w:p w14:paraId="36358CBA" w14:textId="77777777" w:rsidR="00F7513F" w:rsidRPr="003F4D10" w:rsidRDefault="00F7513F" w:rsidP="00EB1FDD">
      <w:pPr>
        <w:pStyle w:val="Gvde"/>
        <w:spacing w:after="0"/>
        <w:jc w:val="center"/>
        <w:rPr>
          <w:rFonts w:ascii="Times New Roman" w:eastAsia="Times New Roman" w:hAnsi="Times New Roman" w:cs="Times New Roman"/>
          <w:b/>
          <w:bCs/>
        </w:rPr>
      </w:pPr>
    </w:p>
    <w:p w14:paraId="3F648AD8" w14:textId="77777777" w:rsidR="00F7513F" w:rsidRDefault="00F7513F" w:rsidP="00EB1FDD">
      <w:pPr>
        <w:pStyle w:val="Gvde"/>
        <w:spacing w:after="0"/>
        <w:jc w:val="center"/>
        <w:rPr>
          <w:rFonts w:ascii="Times New Roman" w:eastAsia="Times New Roman" w:hAnsi="Times New Roman" w:cs="Times New Roman"/>
          <w:b/>
          <w:bCs/>
        </w:rPr>
      </w:pPr>
    </w:p>
    <w:p w14:paraId="20164B41" w14:textId="77777777" w:rsidR="00454C6A" w:rsidRDefault="00454C6A" w:rsidP="00EB1FDD">
      <w:pPr>
        <w:pStyle w:val="Gvde"/>
        <w:spacing w:after="0"/>
        <w:jc w:val="center"/>
        <w:rPr>
          <w:rFonts w:ascii="Times New Roman" w:eastAsia="Times New Roman" w:hAnsi="Times New Roman" w:cs="Times New Roman"/>
          <w:b/>
          <w:bCs/>
        </w:rPr>
      </w:pPr>
    </w:p>
    <w:p w14:paraId="632510CB" w14:textId="77777777" w:rsidR="00454C6A" w:rsidRDefault="00454C6A" w:rsidP="00EB1FDD">
      <w:pPr>
        <w:pStyle w:val="Gvde"/>
        <w:spacing w:after="0"/>
        <w:jc w:val="center"/>
        <w:rPr>
          <w:rFonts w:ascii="Times New Roman" w:eastAsia="Times New Roman" w:hAnsi="Times New Roman" w:cs="Times New Roman"/>
          <w:b/>
          <w:bCs/>
        </w:rPr>
      </w:pPr>
    </w:p>
    <w:p w14:paraId="0CC0791F" w14:textId="77777777" w:rsidR="00454C6A" w:rsidRDefault="00454C6A" w:rsidP="00EB1FDD">
      <w:pPr>
        <w:pStyle w:val="Gvde"/>
        <w:spacing w:after="0"/>
        <w:jc w:val="center"/>
        <w:rPr>
          <w:rFonts w:ascii="Times New Roman" w:eastAsia="Times New Roman" w:hAnsi="Times New Roman" w:cs="Times New Roman"/>
          <w:b/>
          <w:bCs/>
        </w:rPr>
      </w:pPr>
    </w:p>
    <w:p w14:paraId="68EB66F5" w14:textId="77777777" w:rsidR="00454C6A" w:rsidRDefault="00454C6A" w:rsidP="00EB1FDD">
      <w:pPr>
        <w:pStyle w:val="Gvde"/>
        <w:spacing w:after="0"/>
        <w:jc w:val="center"/>
        <w:rPr>
          <w:rFonts w:ascii="Times New Roman" w:eastAsia="Times New Roman" w:hAnsi="Times New Roman" w:cs="Times New Roman"/>
          <w:b/>
          <w:bCs/>
        </w:rPr>
      </w:pPr>
    </w:p>
    <w:p w14:paraId="1F029B5F" w14:textId="77777777" w:rsidR="00454C6A" w:rsidRDefault="00454C6A" w:rsidP="00EB1FDD">
      <w:pPr>
        <w:pStyle w:val="Gvde"/>
        <w:spacing w:after="0"/>
        <w:jc w:val="center"/>
        <w:rPr>
          <w:rFonts w:ascii="Times New Roman" w:eastAsia="Times New Roman" w:hAnsi="Times New Roman" w:cs="Times New Roman"/>
          <w:b/>
          <w:bCs/>
        </w:rPr>
      </w:pPr>
    </w:p>
    <w:p w14:paraId="6242EFCA" w14:textId="77777777" w:rsidR="00454C6A" w:rsidRDefault="00454C6A" w:rsidP="00EB1FDD">
      <w:pPr>
        <w:pStyle w:val="Gvde"/>
        <w:spacing w:after="0"/>
        <w:jc w:val="center"/>
        <w:rPr>
          <w:rFonts w:ascii="Times New Roman" w:eastAsia="Times New Roman" w:hAnsi="Times New Roman" w:cs="Times New Roman"/>
          <w:b/>
          <w:bCs/>
        </w:rPr>
      </w:pPr>
    </w:p>
    <w:p w14:paraId="45FABC9B" w14:textId="77777777" w:rsidR="00454C6A" w:rsidRDefault="00454C6A" w:rsidP="00EB1FDD">
      <w:pPr>
        <w:pStyle w:val="Gvde"/>
        <w:spacing w:after="0"/>
        <w:jc w:val="center"/>
        <w:rPr>
          <w:rFonts w:ascii="Times New Roman" w:eastAsia="Times New Roman" w:hAnsi="Times New Roman" w:cs="Times New Roman"/>
          <w:b/>
          <w:bCs/>
        </w:rPr>
      </w:pPr>
    </w:p>
    <w:p w14:paraId="267BB035" w14:textId="77777777" w:rsidR="00454C6A" w:rsidRDefault="00454C6A" w:rsidP="00EB1FDD">
      <w:pPr>
        <w:pStyle w:val="Gvde"/>
        <w:spacing w:after="0"/>
        <w:jc w:val="center"/>
        <w:rPr>
          <w:rFonts w:ascii="Times New Roman" w:eastAsia="Times New Roman" w:hAnsi="Times New Roman" w:cs="Times New Roman"/>
          <w:b/>
          <w:bCs/>
        </w:rPr>
      </w:pPr>
    </w:p>
    <w:p w14:paraId="5FB37A8E" w14:textId="77777777" w:rsidR="00454C6A" w:rsidRDefault="00454C6A" w:rsidP="00EB1FDD">
      <w:pPr>
        <w:pStyle w:val="Gvde"/>
        <w:spacing w:after="0"/>
        <w:jc w:val="center"/>
        <w:rPr>
          <w:rFonts w:ascii="Times New Roman" w:eastAsia="Times New Roman" w:hAnsi="Times New Roman" w:cs="Times New Roman"/>
          <w:b/>
          <w:bCs/>
        </w:rPr>
      </w:pPr>
    </w:p>
    <w:p w14:paraId="3226B11E" w14:textId="77777777" w:rsidR="00454C6A" w:rsidRDefault="00454C6A" w:rsidP="00EB1FDD">
      <w:pPr>
        <w:pStyle w:val="Gvde"/>
        <w:spacing w:after="0"/>
        <w:jc w:val="center"/>
        <w:rPr>
          <w:rFonts w:ascii="Times New Roman" w:eastAsia="Times New Roman" w:hAnsi="Times New Roman" w:cs="Times New Roman"/>
          <w:b/>
          <w:bCs/>
        </w:rPr>
      </w:pPr>
    </w:p>
    <w:p w14:paraId="7FD9C044" w14:textId="77777777" w:rsidR="00454C6A" w:rsidRDefault="00454C6A" w:rsidP="00EB1FDD">
      <w:pPr>
        <w:pStyle w:val="Gvde"/>
        <w:spacing w:after="0"/>
        <w:jc w:val="center"/>
        <w:rPr>
          <w:rFonts w:ascii="Times New Roman" w:eastAsia="Times New Roman" w:hAnsi="Times New Roman" w:cs="Times New Roman"/>
          <w:b/>
          <w:bCs/>
        </w:rPr>
      </w:pPr>
    </w:p>
    <w:p w14:paraId="46741D0C" w14:textId="77777777" w:rsidR="00454C6A" w:rsidRDefault="00454C6A" w:rsidP="00EB1FDD">
      <w:pPr>
        <w:pStyle w:val="Gvde"/>
        <w:spacing w:after="0"/>
        <w:jc w:val="center"/>
        <w:rPr>
          <w:rFonts w:ascii="Times New Roman" w:eastAsia="Times New Roman" w:hAnsi="Times New Roman" w:cs="Times New Roman"/>
          <w:b/>
          <w:bCs/>
        </w:rPr>
      </w:pPr>
    </w:p>
    <w:p w14:paraId="4B4AD5EE" w14:textId="77777777" w:rsidR="00454C6A" w:rsidRDefault="00454C6A" w:rsidP="00EB1FDD">
      <w:pPr>
        <w:pStyle w:val="Gvde"/>
        <w:spacing w:after="0"/>
        <w:jc w:val="center"/>
        <w:rPr>
          <w:rFonts w:ascii="Times New Roman" w:eastAsia="Times New Roman" w:hAnsi="Times New Roman" w:cs="Times New Roman"/>
          <w:b/>
          <w:bCs/>
        </w:rPr>
      </w:pPr>
    </w:p>
    <w:p w14:paraId="773B8DAD" w14:textId="77777777" w:rsidR="00454C6A" w:rsidRDefault="00454C6A" w:rsidP="00EB1FDD">
      <w:pPr>
        <w:pStyle w:val="Gvde"/>
        <w:spacing w:after="0"/>
        <w:jc w:val="center"/>
        <w:rPr>
          <w:rFonts w:ascii="Times New Roman" w:eastAsia="Times New Roman" w:hAnsi="Times New Roman" w:cs="Times New Roman"/>
          <w:b/>
          <w:bCs/>
        </w:rPr>
      </w:pPr>
    </w:p>
    <w:p w14:paraId="065B5C90" w14:textId="77777777" w:rsidR="00454C6A" w:rsidRDefault="00454C6A" w:rsidP="00EB1FDD">
      <w:pPr>
        <w:pStyle w:val="Gvde"/>
        <w:spacing w:after="0"/>
        <w:jc w:val="center"/>
        <w:rPr>
          <w:rFonts w:ascii="Times New Roman" w:eastAsia="Times New Roman" w:hAnsi="Times New Roman" w:cs="Times New Roman"/>
          <w:b/>
          <w:bCs/>
        </w:rPr>
      </w:pPr>
    </w:p>
    <w:p w14:paraId="1F381BEE" w14:textId="77777777" w:rsidR="00454C6A" w:rsidRDefault="00454C6A" w:rsidP="00EB1FDD">
      <w:pPr>
        <w:pStyle w:val="Gvde"/>
        <w:spacing w:after="0"/>
        <w:jc w:val="center"/>
        <w:rPr>
          <w:rFonts w:ascii="Times New Roman" w:eastAsia="Times New Roman" w:hAnsi="Times New Roman" w:cs="Times New Roman"/>
          <w:b/>
          <w:bCs/>
        </w:rPr>
      </w:pPr>
    </w:p>
    <w:p w14:paraId="422D0F94" w14:textId="77777777" w:rsidR="00454C6A" w:rsidRDefault="00454C6A" w:rsidP="00EB1FDD">
      <w:pPr>
        <w:pStyle w:val="Gvde"/>
        <w:spacing w:after="0"/>
        <w:jc w:val="center"/>
        <w:rPr>
          <w:rFonts w:ascii="Times New Roman" w:eastAsia="Times New Roman" w:hAnsi="Times New Roman" w:cs="Times New Roman"/>
          <w:b/>
          <w:bCs/>
        </w:rPr>
      </w:pPr>
    </w:p>
    <w:p w14:paraId="12CEAFD5" w14:textId="77777777" w:rsidR="00454C6A" w:rsidRDefault="00454C6A" w:rsidP="00EB1FDD">
      <w:pPr>
        <w:pStyle w:val="Gvde"/>
        <w:spacing w:after="0"/>
        <w:jc w:val="center"/>
        <w:rPr>
          <w:rFonts w:ascii="Times New Roman" w:eastAsia="Times New Roman" w:hAnsi="Times New Roman" w:cs="Times New Roman"/>
          <w:b/>
          <w:bCs/>
        </w:rPr>
      </w:pPr>
    </w:p>
    <w:p w14:paraId="053D7CA6" w14:textId="77777777" w:rsidR="00454C6A" w:rsidRDefault="00454C6A" w:rsidP="00EB1FDD">
      <w:pPr>
        <w:pStyle w:val="Gvde"/>
        <w:spacing w:after="0"/>
        <w:jc w:val="center"/>
        <w:rPr>
          <w:rFonts w:ascii="Times New Roman" w:eastAsia="Times New Roman" w:hAnsi="Times New Roman" w:cs="Times New Roman"/>
          <w:b/>
          <w:bCs/>
        </w:rPr>
      </w:pPr>
    </w:p>
    <w:p w14:paraId="1330396A" w14:textId="77777777" w:rsidR="00454C6A" w:rsidRDefault="00454C6A" w:rsidP="00EB1FDD">
      <w:pPr>
        <w:pStyle w:val="Gvde"/>
        <w:spacing w:after="0"/>
        <w:jc w:val="center"/>
        <w:rPr>
          <w:rFonts w:ascii="Times New Roman" w:eastAsia="Times New Roman" w:hAnsi="Times New Roman" w:cs="Times New Roman"/>
          <w:b/>
          <w:bCs/>
        </w:rPr>
      </w:pPr>
    </w:p>
    <w:p w14:paraId="6733D9BB" w14:textId="77777777" w:rsidR="00454C6A" w:rsidRDefault="00454C6A" w:rsidP="00EB1FDD">
      <w:pPr>
        <w:pStyle w:val="Gvde"/>
        <w:spacing w:after="0"/>
        <w:jc w:val="center"/>
        <w:rPr>
          <w:rFonts w:ascii="Times New Roman" w:eastAsia="Times New Roman" w:hAnsi="Times New Roman" w:cs="Times New Roman"/>
          <w:b/>
          <w:bCs/>
        </w:rPr>
      </w:pPr>
    </w:p>
    <w:p w14:paraId="42E200C1" w14:textId="77777777" w:rsidR="00454C6A" w:rsidRDefault="00454C6A" w:rsidP="00EB1FDD">
      <w:pPr>
        <w:pStyle w:val="Gvde"/>
        <w:spacing w:after="0"/>
        <w:jc w:val="center"/>
        <w:rPr>
          <w:rFonts w:ascii="Times New Roman" w:eastAsia="Times New Roman" w:hAnsi="Times New Roman" w:cs="Times New Roman"/>
          <w:b/>
          <w:bCs/>
        </w:rPr>
      </w:pPr>
    </w:p>
    <w:p w14:paraId="085906F9" w14:textId="77777777" w:rsidR="00454C6A" w:rsidRDefault="00454C6A" w:rsidP="00EB1FDD">
      <w:pPr>
        <w:pStyle w:val="Gvde"/>
        <w:spacing w:after="0"/>
        <w:jc w:val="center"/>
        <w:rPr>
          <w:rFonts w:ascii="Times New Roman" w:eastAsia="Times New Roman" w:hAnsi="Times New Roman" w:cs="Times New Roman"/>
          <w:b/>
          <w:bCs/>
        </w:rPr>
      </w:pPr>
    </w:p>
    <w:p w14:paraId="2BF31A8C" w14:textId="77777777" w:rsidR="00454C6A" w:rsidRDefault="00454C6A" w:rsidP="00EB1FDD">
      <w:pPr>
        <w:pStyle w:val="Gvde"/>
        <w:spacing w:after="0"/>
        <w:jc w:val="center"/>
        <w:rPr>
          <w:rFonts w:ascii="Times New Roman" w:eastAsia="Times New Roman" w:hAnsi="Times New Roman" w:cs="Times New Roman"/>
          <w:b/>
          <w:bCs/>
        </w:rPr>
      </w:pPr>
    </w:p>
    <w:p w14:paraId="5B99AE1D" w14:textId="77777777" w:rsidR="00454C6A" w:rsidRDefault="00454C6A" w:rsidP="00EB1FDD">
      <w:pPr>
        <w:pStyle w:val="Gvde"/>
        <w:spacing w:after="0"/>
        <w:jc w:val="center"/>
        <w:rPr>
          <w:rFonts w:ascii="Times New Roman" w:eastAsia="Times New Roman" w:hAnsi="Times New Roman" w:cs="Times New Roman"/>
          <w:b/>
          <w:bCs/>
        </w:rPr>
      </w:pPr>
    </w:p>
    <w:p w14:paraId="35470A1C" w14:textId="77777777" w:rsidR="00454C6A" w:rsidRDefault="00454C6A" w:rsidP="00EB1FDD">
      <w:pPr>
        <w:pStyle w:val="Gvde"/>
        <w:spacing w:after="0"/>
        <w:jc w:val="center"/>
        <w:rPr>
          <w:rFonts w:ascii="Times New Roman" w:eastAsia="Times New Roman" w:hAnsi="Times New Roman" w:cs="Times New Roman"/>
          <w:b/>
          <w:bCs/>
        </w:rPr>
      </w:pPr>
    </w:p>
    <w:p w14:paraId="35B9748E" w14:textId="77777777" w:rsidR="00454C6A" w:rsidRDefault="00454C6A" w:rsidP="00EB1FDD">
      <w:pPr>
        <w:pStyle w:val="Gvde"/>
        <w:spacing w:after="0"/>
        <w:jc w:val="center"/>
        <w:rPr>
          <w:rFonts w:ascii="Times New Roman" w:eastAsia="Times New Roman" w:hAnsi="Times New Roman" w:cs="Times New Roman"/>
          <w:b/>
          <w:bCs/>
        </w:rPr>
      </w:pPr>
    </w:p>
    <w:p w14:paraId="2BB20EDB" w14:textId="77777777" w:rsidR="00454C6A" w:rsidRDefault="00454C6A" w:rsidP="00EB1FDD">
      <w:pPr>
        <w:pStyle w:val="Gvde"/>
        <w:spacing w:after="0"/>
        <w:jc w:val="center"/>
        <w:rPr>
          <w:rFonts w:ascii="Times New Roman" w:eastAsia="Times New Roman" w:hAnsi="Times New Roman" w:cs="Times New Roman"/>
          <w:b/>
          <w:bCs/>
        </w:rPr>
      </w:pPr>
    </w:p>
    <w:p w14:paraId="7752168F" w14:textId="77777777" w:rsidR="00454C6A" w:rsidRDefault="00454C6A" w:rsidP="00EB1FDD">
      <w:pPr>
        <w:pStyle w:val="Gvde"/>
        <w:spacing w:after="0"/>
        <w:jc w:val="center"/>
        <w:rPr>
          <w:rFonts w:ascii="Times New Roman" w:eastAsia="Times New Roman" w:hAnsi="Times New Roman" w:cs="Times New Roman"/>
          <w:b/>
          <w:bCs/>
        </w:rPr>
      </w:pPr>
    </w:p>
    <w:p w14:paraId="46B9846B" w14:textId="77777777" w:rsidR="00454C6A" w:rsidRDefault="00454C6A" w:rsidP="00EB1FDD">
      <w:pPr>
        <w:pStyle w:val="Gvde"/>
        <w:spacing w:after="0"/>
        <w:jc w:val="center"/>
        <w:rPr>
          <w:rFonts w:ascii="Times New Roman" w:eastAsia="Times New Roman" w:hAnsi="Times New Roman" w:cs="Times New Roman"/>
          <w:b/>
          <w:bCs/>
        </w:rPr>
      </w:pPr>
    </w:p>
    <w:p w14:paraId="6DEB9914" w14:textId="77777777" w:rsidR="00454C6A" w:rsidRPr="003F4D10" w:rsidRDefault="00454C6A" w:rsidP="00EB1FDD">
      <w:pPr>
        <w:pStyle w:val="Gvde"/>
        <w:spacing w:after="0"/>
        <w:jc w:val="center"/>
        <w:rPr>
          <w:rFonts w:ascii="Times New Roman" w:eastAsia="Times New Roman" w:hAnsi="Times New Roman" w:cs="Times New Roman"/>
          <w:b/>
          <w:bCs/>
        </w:rPr>
      </w:pPr>
    </w:p>
    <w:p w14:paraId="0F2F610E" w14:textId="77777777" w:rsidR="00F7513F" w:rsidRPr="003F4D10" w:rsidRDefault="00F7513F" w:rsidP="00EB1FDD">
      <w:pPr>
        <w:pStyle w:val="Gvde"/>
        <w:spacing w:after="0"/>
        <w:jc w:val="center"/>
        <w:rPr>
          <w:rFonts w:ascii="Times New Roman" w:eastAsia="Times New Roman" w:hAnsi="Times New Roman" w:cs="Times New Roman"/>
          <w:b/>
          <w:bCs/>
        </w:rPr>
      </w:pPr>
    </w:p>
    <w:p w14:paraId="27AB0EBC"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lastRenderedPageBreak/>
        <w:t>T.C.</w:t>
      </w:r>
    </w:p>
    <w:p w14:paraId="6861020F"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t>MUĞLA SITKI KOÇMAN ÜNİVERSİTESİ</w:t>
      </w:r>
    </w:p>
    <w:p w14:paraId="6C98E964"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t xml:space="preserve">SEYDİKEMER UYGULAMALI BİLİMLER YÜKSEKOKULU </w:t>
      </w:r>
    </w:p>
    <w:p w14:paraId="413E8967"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t xml:space="preserve">SOSYAL HİZMET BÖLÜMÜ </w:t>
      </w:r>
    </w:p>
    <w:p w14:paraId="172A19CC"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t xml:space="preserve">SOSYAL HİZMET KURULUŞUNDA MESLEKİ EĞİTİM DERSİ </w:t>
      </w:r>
    </w:p>
    <w:p w14:paraId="452C77BB"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t>MESLEKİ EĞİTİM DOSYASI</w:t>
      </w:r>
    </w:p>
    <w:p w14:paraId="55FA2BDB" w14:textId="77777777" w:rsidR="00F7513F" w:rsidRPr="003F4D10" w:rsidRDefault="00F7513F" w:rsidP="00EB1FDD">
      <w:pPr>
        <w:pStyle w:val="Gvde"/>
        <w:spacing w:after="0"/>
        <w:jc w:val="center"/>
        <w:rPr>
          <w:rFonts w:ascii="Times New Roman" w:eastAsia="Times New Roman" w:hAnsi="Times New Roman" w:cs="Times New Roman"/>
          <w:b/>
          <w:bCs/>
        </w:rPr>
      </w:pPr>
    </w:p>
    <w:p w14:paraId="7971521D" w14:textId="77777777" w:rsidR="00F7513F" w:rsidRPr="003F4D10" w:rsidRDefault="00F7513F" w:rsidP="00EB1FDD">
      <w:pPr>
        <w:pStyle w:val="Gvde"/>
        <w:spacing w:after="0"/>
        <w:jc w:val="center"/>
        <w:rPr>
          <w:rFonts w:ascii="Times New Roman" w:eastAsia="Times New Roman" w:hAnsi="Times New Roman" w:cs="Times New Roman"/>
          <w:b/>
          <w:bCs/>
        </w:rPr>
      </w:pPr>
      <w:r w:rsidRPr="003F4D10">
        <w:rPr>
          <w:rFonts w:ascii="Times New Roman" w:hAnsi="Times New Roman"/>
          <w:b/>
          <w:bCs/>
        </w:rPr>
        <w:t>EK-11: SOSYAL HİZMET KURULUŞUNDA MESLEKİ EĞİTİM DEVAM ÇİZELGESİ</w:t>
      </w:r>
    </w:p>
    <w:p w14:paraId="0B680F69" w14:textId="77777777" w:rsidR="00F7513F" w:rsidRPr="003F4D10" w:rsidRDefault="00F7513F" w:rsidP="00EB1FDD">
      <w:pPr>
        <w:pStyle w:val="Gvde"/>
        <w:spacing w:after="0"/>
        <w:rPr>
          <w:rFonts w:ascii="Times New Roman" w:eastAsia="Times New Roman" w:hAnsi="Times New Roman" w:cs="Times New Roman"/>
          <w:b/>
          <w:bCs/>
        </w:rPr>
      </w:pPr>
    </w:p>
    <w:p w14:paraId="3223DFC6" w14:textId="77777777" w:rsidR="00F7513F" w:rsidRPr="003F4D10" w:rsidRDefault="00F7513F" w:rsidP="00EB1FDD">
      <w:pPr>
        <w:pStyle w:val="Gvde"/>
        <w:spacing w:after="0"/>
        <w:rPr>
          <w:rFonts w:ascii="Times New Roman" w:eastAsia="Times New Roman" w:hAnsi="Times New Roman" w:cs="Times New Roman"/>
          <w:b/>
          <w:bCs/>
          <w:i/>
          <w:iCs/>
          <w:u w:val="single"/>
        </w:rPr>
      </w:pP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t xml:space="preserve">        </w:t>
      </w:r>
      <w:r w:rsidRPr="003F4D10">
        <w:rPr>
          <w:rFonts w:ascii="Times New Roman" w:hAnsi="Times New Roman"/>
          <w:b/>
          <w:bCs/>
          <w:i/>
          <w:iCs/>
          <w:u w:val="single"/>
        </w:rPr>
        <w:t>Tarih:   /  /</w:t>
      </w:r>
    </w:p>
    <w:p w14:paraId="254C845A" w14:textId="77777777" w:rsidR="00F7513F" w:rsidRPr="003F4D10" w:rsidRDefault="00F7513F" w:rsidP="00EB1FDD">
      <w:pPr>
        <w:pStyle w:val="Gvde"/>
        <w:spacing w:after="0"/>
        <w:rPr>
          <w:rFonts w:ascii="Times New Roman" w:eastAsia="Times New Roman" w:hAnsi="Times New Roman" w:cs="Times New Roman"/>
          <w:b/>
          <w:bCs/>
        </w:rPr>
      </w:pPr>
      <w:r w:rsidRPr="003F4D10">
        <w:rPr>
          <w:rFonts w:ascii="Times New Roman" w:hAnsi="Times New Roman"/>
          <w:b/>
          <w:bCs/>
        </w:rPr>
        <w:t>Öğrencinin Adı Soyadı</w:t>
      </w:r>
      <w:r w:rsidRPr="003F4D10">
        <w:rPr>
          <w:rFonts w:ascii="Times New Roman" w:hAnsi="Times New Roman"/>
          <w:b/>
          <w:bCs/>
        </w:rPr>
        <w:tab/>
      </w:r>
      <w:r w:rsidRPr="003F4D10">
        <w:rPr>
          <w:rFonts w:ascii="Times New Roman" w:hAnsi="Times New Roman"/>
          <w:b/>
          <w:bCs/>
        </w:rPr>
        <w:tab/>
        <w:t>: …………………………………………………………</w:t>
      </w:r>
    </w:p>
    <w:p w14:paraId="037E26DF" w14:textId="77777777" w:rsidR="00F7513F" w:rsidRPr="003F4D10" w:rsidRDefault="00F7513F" w:rsidP="00EB1FDD">
      <w:pPr>
        <w:pStyle w:val="Gvde"/>
        <w:spacing w:after="0"/>
        <w:rPr>
          <w:rFonts w:ascii="Times New Roman" w:eastAsia="Times New Roman" w:hAnsi="Times New Roman" w:cs="Times New Roman"/>
          <w:b/>
          <w:bCs/>
        </w:rPr>
      </w:pPr>
      <w:r w:rsidRPr="003F4D10">
        <w:rPr>
          <w:rFonts w:ascii="Times New Roman" w:hAnsi="Times New Roman"/>
          <w:b/>
          <w:bCs/>
        </w:rPr>
        <w:t>Öğrencinin Numarası</w:t>
      </w:r>
      <w:r w:rsidRPr="003F4D10">
        <w:rPr>
          <w:rFonts w:ascii="Times New Roman" w:hAnsi="Times New Roman"/>
          <w:b/>
          <w:bCs/>
        </w:rPr>
        <w:tab/>
      </w:r>
      <w:r w:rsidRPr="003F4D10">
        <w:rPr>
          <w:rFonts w:ascii="Times New Roman" w:hAnsi="Times New Roman"/>
          <w:b/>
          <w:bCs/>
        </w:rPr>
        <w:tab/>
      </w:r>
      <w:r w:rsidRPr="003F4D10">
        <w:rPr>
          <w:rFonts w:ascii="Times New Roman" w:hAnsi="Times New Roman"/>
          <w:b/>
          <w:bCs/>
        </w:rPr>
        <w:tab/>
        <w:t>: …………………………………………………………</w:t>
      </w:r>
    </w:p>
    <w:p w14:paraId="19A5F901" w14:textId="77777777" w:rsidR="00F7513F" w:rsidRPr="003F4D10" w:rsidRDefault="00F7513F" w:rsidP="00EB1FDD">
      <w:pPr>
        <w:pStyle w:val="Gvde"/>
        <w:spacing w:after="0"/>
        <w:rPr>
          <w:rFonts w:ascii="Times New Roman" w:eastAsia="Times New Roman" w:hAnsi="Times New Roman" w:cs="Times New Roman"/>
          <w:b/>
          <w:bCs/>
        </w:rPr>
      </w:pPr>
      <w:r w:rsidRPr="003F4D10">
        <w:rPr>
          <w:rFonts w:ascii="Times New Roman" w:hAnsi="Times New Roman"/>
          <w:b/>
          <w:bCs/>
        </w:rPr>
        <w:t>Mesleki Eğitim Yapılan Kurum/Kuruluş: ………………………………………………….</w:t>
      </w:r>
    </w:p>
    <w:p w14:paraId="0F4E537D" w14:textId="77777777" w:rsidR="00F7513F" w:rsidRPr="003F4D10" w:rsidRDefault="00F7513F" w:rsidP="00EB1FDD">
      <w:pPr>
        <w:pStyle w:val="Gvde"/>
        <w:spacing w:after="0"/>
        <w:rPr>
          <w:rFonts w:ascii="Times New Roman" w:eastAsia="Times New Roman" w:hAnsi="Times New Roman" w:cs="Times New Roman"/>
          <w:b/>
          <w:bCs/>
        </w:rPr>
      </w:pPr>
      <w:r w:rsidRPr="003F4D10">
        <w:rPr>
          <w:rFonts w:ascii="Times New Roman" w:hAnsi="Times New Roman"/>
          <w:b/>
          <w:bCs/>
        </w:rPr>
        <w:t>Eğitici personel/kurum danışmanı</w:t>
      </w:r>
      <w:r w:rsidRPr="003F4D10">
        <w:rPr>
          <w:rFonts w:ascii="Times New Roman" w:hAnsi="Times New Roman"/>
          <w:b/>
          <w:bCs/>
        </w:rPr>
        <w:tab/>
        <w:t>: …………………………………………………………</w:t>
      </w:r>
    </w:p>
    <w:p w14:paraId="4AE597C2" w14:textId="77777777" w:rsidR="00F7513F" w:rsidRPr="003F4D10" w:rsidRDefault="00F7513F" w:rsidP="00EB1FDD">
      <w:pPr>
        <w:pStyle w:val="Gvde"/>
        <w:spacing w:after="0"/>
        <w:rPr>
          <w:rFonts w:ascii="Times New Roman" w:eastAsia="Times New Roman" w:hAnsi="Times New Roman" w:cs="Times New Roman"/>
          <w:b/>
          <w:bCs/>
          <w:i/>
          <w:iCs/>
        </w:rPr>
      </w:pPr>
      <w:r w:rsidRPr="003F4D10">
        <w:rPr>
          <w:rFonts w:ascii="Times New Roman" w:hAnsi="Times New Roman"/>
          <w:b/>
          <w:bCs/>
        </w:rPr>
        <w:t>Sorumlu Öğretim Elemanı</w:t>
      </w:r>
      <w:r w:rsidRPr="003F4D10">
        <w:rPr>
          <w:rFonts w:ascii="Times New Roman" w:hAnsi="Times New Roman"/>
          <w:b/>
          <w:bCs/>
        </w:rPr>
        <w:tab/>
      </w:r>
      <w:r w:rsidRPr="003F4D10">
        <w:rPr>
          <w:rFonts w:ascii="Times New Roman" w:hAnsi="Times New Roman"/>
          <w:b/>
          <w:bCs/>
        </w:rPr>
        <w:tab/>
      </w:r>
      <w:proofErr w:type="gramStart"/>
      <w:r w:rsidRPr="003F4D10">
        <w:rPr>
          <w:rFonts w:ascii="Times New Roman" w:hAnsi="Times New Roman"/>
          <w:b/>
          <w:bCs/>
        </w:rPr>
        <w:t>:………………………………………………………….</w:t>
      </w:r>
      <w:proofErr w:type="gramEnd"/>
    </w:p>
    <w:tbl>
      <w:tblPr>
        <w:tblStyle w:val="TableNormal"/>
        <w:tblW w:w="91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84"/>
        <w:gridCol w:w="3246"/>
        <w:gridCol w:w="2242"/>
        <w:gridCol w:w="2247"/>
      </w:tblGrid>
      <w:tr w:rsidR="00F7513F" w:rsidRPr="003F4D10" w14:paraId="2BFD2A5F"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FBD3E7" w14:textId="77777777" w:rsidR="00F7513F" w:rsidRPr="003F4D10" w:rsidRDefault="00F7513F" w:rsidP="00A466AC"/>
        </w:tc>
      </w:tr>
      <w:tr w:rsidR="00F7513F" w:rsidRPr="003F4D10" w14:paraId="790E691A" w14:textId="77777777" w:rsidTr="00A466AC">
        <w:trPr>
          <w:trHeight w:val="234"/>
        </w:trPr>
        <w:tc>
          <w:tcPr>
            <w:tcW w:w="13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4F561B" w14:textId="77777777" w:rsidR="00F7513F" w:rsidRPr="003F4D10" w:rsidRDefault="00F7513F" w:rsidP="00A466AC">
            <w:pPr>
              <w:pStyle w:val="Gvde"/>
            </w:pPr>
            <w:r w:rsidRPr="003F4D10">
              <w:rPr>
                <w:rFonts w:ascii="Times New Roman" w:hAnsi="Times New Roman"/>
                <w:b/>
                <w:bCs/>
              </w:rPr>
              <w:t>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70A3F" w14:textId="77777777" w:rsidR="00F7513F" w:rsidRPr="003F4D10" w:rsidRDefault="00F7513F" w:rsidP="00A466AC">
            <w:pPr>
              <w:pStyle w:val="Gvde"/>
              <w:jc w:val="center"/>
            </w:pPr>
            <w:r w:rsidRPr="003F4D10">
              <w:rPr>
                <w:rFonts w:ascii="Times New Roman" w:hAnsi="Times New Roman"/>
                <w:b/>
                <w:bCs/>
              </w:rPr>
              <w:t>Tarih</w:t>
            </w:r>
          </w:p>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40F4D1" w14:textId="77777777" w:rsidR="00F7513F" w:rsidRPr="003F4D10" w:rsidRDefault="00F7513F" w:rsidP="00A466AC">
            <w:pPr>
              <w:pStyle w:val="Gvde"/>
              <w:jc w:val="center"/>
            </w:pPr>
            <w:r w:rsidRPr="003F4D10">
              <w:rPr>
                <w:rFonts w:ascii="Times New Roman" w:hAnsi="Times New Roman"/>
                <w:b/>
                <w:bCs/>
              </w:rPr>
              <w:t>Giriş İmza</w:t>
            </w:r>
          </w:p>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FCDF46" w14:textId="77777777" w:rsidR="00F7513F" w:rsidRPr="003F4D10" w:rsidRDefault="00F7513F" w:rsidP="00A466AC">
            <w:pPr>
              <w:pStyle w:val="Gvde"/>
              <w:jc w:val="center"/>
            </w:pPr>
            <w:r w:rsidRPr="003F4D10">
              <w:rPr>
                <w:rFonts w:ascii="Times New Roman" w:hAnsi="Times New Roman"/>
                <w:b/>
                <w:bCs/>
              </w:rPr>
              <w:t>Çıkış</w:t>
            </w:r>
            <w:r w:rsidRPr="003F4D10">
              <w:t xml:space="preserve"> </w:t>
            </w:r>
            <w:r w:rsidRPr="003F4D10">
              <w:rPr>
                <w:rFonts w:ascii="Times New Roman" w:hAnsi="Times New Roman"/>
                <w:b/>
                <w:bCs/>
              </w:rPr>
              <w:t>İmza</w:t>
            </w:r>
          </w:p>
        </w:tc>
      </w:tr>
      <w:tr w:rsidR="00F7513F" w:rsidRPr="003F4D10" w14:paraId="73989ED6"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30122" w14:textId="77777777" w:rsidR="00F7513F" w:rsidRPr="003F4D10" w:rsidRDefault="00F7513F" w:rsidP="00A466AC">
            <w:pPr>
              <w:pStyle w:val="Gvde"/>
              <w:rPr>
                <w:rFonts w:ascii="Times New Roman" w:eastAsia="Times New Roman" w:hAnsi="Times New Roman" w:cs="Times New Roman"/>
                <w:b/>
                <w:bCs/>
              </w:rPr>
            </w:pPr>
          </w:p>
          <w:p w14:paraId="77AF4466" w14:textId="77777777" w:rsidR="00F7513F" w:rsidRPr="003F4D10" w:rsidRDefault="00F7513F" w:rsidP="00A466AC">
            <w:pPr>
              <w:pStyle w:val="Gvde"/>
              <w:rPr>
                <w:rFonts w:ascii="Times New Roman" w:eastAsia="Times New Roman" w:hAnsi="Times New Roman" w:cs="Times New Roman"/>
                <w:b/>
                <w:bCs/>
              </w:rPr>
            </w:pPr>
          </w:p>
          <w:p w14:paraId="19DFEF19" w14:textId="77777777" w:rsidR="00F7513F" w:rsidRPr="003F4D10" w:rsidRDefault="00F7513F" w:rsidP="00A466AC">
            <w:pPr>
              <w:pStyle w:val="Gvde"/>
            </w:pPr>
            <w:r w:rsidRPr="003F4D10">
              <w:rPr>
                <w:rFonts w:ascii="Times New Roman" w:hAnsi="Times New Roman"/>
                <w:b/>
                <w:bCs/>
              </w:rPr>
              <w:t>1.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E45717"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EDF25C"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778791" w14:textId="77777777" w:rsidR="00F7513F" w:rsidRPr="003F4D10" w:rsidRDefault="00F7513F" w:rsidP="00A466AC"/>
        </w:tc>
      </w:tr>
      <w:tr w:rsidR="00F7513F" w:rsidRPr="003F4D10" w14:paraId="5E388840"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1127DCA"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0869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78739"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B7D09" w14:textId="77777777" w:rsidR="00F7513F" w:rsidRPr="003F4D10" w:rsidRDefault="00F7513F" w:rsidP="00A466AC"/>
        </w:tc>
      </w:tr>
      <w:tr w:rsidR="00F7513F" w:rsidRPr="003F4D10" w14:paraId="6F98A8AA"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39CFF21E"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882DD4"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32269"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C14DA" w14:textId="77777777" w:rsidR="00F7513F" w:rsidRPr="003F4D10" w:rsidRDefault="00F7513F" w:rsidP="00A466AC"/>
        </w:tc>
      </w:tr>
      <w:tr w:rsidR="00F7513F" w:rsidRPr="003F4D10" w14:paraId="21FDC6D5"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E8B67CF"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1A592C"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BD92E"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279EA5" w14:textId="77777777" w:rsidR="00F7513F" w:rsidRPr="003F4D10" w:rsidRDefault="00F7513F" w:rsidP="00A466AC"/>
        </w:tc>
      </w:tr>
      <w:tr w:rsidR="00F7513F" w:rsidRPr="003F4D10" w14:paraId="0BBD8909"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1FC19746"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52441"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DCCAE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19C80" w14:textId="77777777" w:rsidR="00F7513F" w:rsidRPr="003F4D10" w:rsidRDefault="00F7513F" w:rsidP="00A466AC"/>
        </w:tc>
      </w:tr>
      <w:tr w:rsidR="00F7513F" w:rsidRPr="003F4D10" w14:paraId="60D94B61"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13ECA08" w14:textId="77777777" w:rsidR="00F7513F" w:rsidRPr="003F4D10" w:rsidRDefault="00F7513F" w:rsidP="00A466AC"/>
        </w:tc>
      </w:tr>
      <w:tr w:rsidR="00F7513F" w:rsidRPr="003F4D10" w14:paraId="3EF6AD55"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DA41B" w14:textId="77777777" w:rsidR="00F7513F" w:rsidRPr="003F4D10" w:rsidRDefault="00F7513F" w:rsidP="00A466AC">
            <w:pPr>
              <w:pStyle w:val="Gvde"/>
              <w:rPr>
                <w:rFonts w:ascii="Times New Roman" w:eastAsia="Times New Roman" w:hAnsi="Times New Roman" w:cs="Times New Roman"/>
                <w:b/>
                <w:bCs/>
              </w:rPr>
            </w:pPr>
          </w:p>
          <w:p w14:paraId="70FD52E8" w14:textId="77777777" w:rsidR="00F7513F" w:rsidRPr="003F4D10" w:rsidRDefault="00F7513F" w:rsidP="00A466AC">
            <w:pPr>
              <w:pStyle w:val="Gvde"/>
              <w:rPr>
                <w:rFonts w:ascii="Times New Roman" w:eastAsia="Times New Roman" w:hAnsi="Times New Roman" w:cs="Times New Roman"/>
                <w:b/>
                <w:bCs/>
              </w:rPr>
            </w:pPr>
          </w:p>
          <w:p w14:paraId="416289D7" w14:textId="77777777" w:rsidR="00F7513F" w:rsidRPr="003F4D10" w:rsidRDefault="00F7513F" w:rsidP="00A466AC">
            <w:pPr>
              <w:pStyle w:val="Gvde"/>
            </w:pPr>
            <w:r w:rsidRPr="003F4D10">
              <w:rPr>
                <w:rFonts w:ascii="Times New Roman" w:hAnsi="Times New Roman"/>
                <w:b/>
                <w:bCs/>
              </w:rPr>
              <w:t>2.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4EC4CF"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132E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69E156" w14:textId="77777777" w:rsidR="00F7513F" w:rsidRPr="003F4D10" w:rsidRDefault="00F7513F" w:rsidP="00A466AC"/>
        </w:tc>
      </w:tr>
      <w:tr w:rsidR="00F7513F" w:rsidRPr="003F4D10" w14:paraId="705401D1"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186470EB"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CB57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D9BA97"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D82D70" w14:textId="77777777" w:rsidR="00F7513F" w:rsidRPr="003F4D10" w:rsidRDefault="00F7513F" w:rsidP="00A466AC"/>
        </w:tc>
      </w:tr>
      <w:tr w:rsidR="00F7513F" w:rsidRPr="003F4D10" w14:paraId="0622E921"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61D6B0DA"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B73B1"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A1EE45"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3EA3E9" w14:textId="77777777" w:rsidR="00F7513F" w:rsidRPr="003F4D10" w:rsidRDefault="00F7513F" w:rsidP="00A466AC"/>
        </w:tc>
      </w:tr>
      <w:tr w:rsidR="00F7513F" w:rsidRPr="003F4D10" w14:paraId="5CDAAE98"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4565568"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173604"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04358"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A4659B" w14:textId="77777777" w:rsidR="00F7513F" w:rsidRPr="003F4D10" w:rsidRDefault="00F7513F" w:rsidP="00A466AC"/>
        </w:tc>
      </w:tr>
      <w:tr w:rsidR="00F7513F" w:rsidRPr="003F4D10" w14:paraId="0246964C"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C68DB67"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5E49E"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0784F"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452BA" w14:textId="77777777" w:rsidR="00F7513F" w:rsidRPr="003F4D10" w:rsidRDefault="00F7513F" w:rsidP="00A466AC"/>
        </w:tc>
      </w:tr>
      <w:tr w:rsidR="00F7513F" w:rsidRPr="003F4D10" w14:paraId="53E05BA2"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900844D" w14:textId="77777777" w:rsidR="00F7513F" w:rsidRPr="003F4D10" w:rsidRDefault="00F7513F" w:rsidP="00A466AC"/>
        </w:tc>
      </w:tr>
      <w:tr w:rsidR="00F7513F" w:rsidRPr="003F4D10" w14:paraId="5AE91FB6"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848A4" w14:textId="77777777" w:rsidR="00F7513F" w:rsidRPr="003F4D10" w:rsidRDefault="00F7513F" w:rsidP="00A466AC">
            <w:pPr>
              <w:pStyle w:val="Gvde"/>
              <w:rPr>
                <w:rFonts w:ascii="Times New Roman" w:eastAsia="Times New Roman" w:hAnsi="Times New Roman" w:cs="Times New Roman"/>
                <w:b/>
                <w:bCs/>
              </w:rPr>
            </w:pPr>
          </w:p>
          <w:p w14:paraId="61779FE8" w14:textId="77777777" w:rsidR="00F7513F" w:rsidRPr="003F4D10" w:rsidRDefault="00F7513F" w:rsidP="00A466AC">
            <w:pPr>
              <w:pStyle w:val="Gvde"/>
            </w:pPr>
            <w:r w:rsidRPr="003F4D10">
              <w:rPr>
                <w:rFonts w:ascii="Times New Roman" w:hAnsi="Times New Roman"/>
                <w:b/>
                <w:bCs/>
              </w:rPr>
              <w:t>3.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E6970"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FC595"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2B9B14" w14:textId="77777777" w:rsidR="00F7513F" w:rsidRPr="003F4D10" w:rsidRDefault="00F7513F" w:rsidP="00A466AC"/>
        </w:tc>
      </w:tr>
      <w:tr w:rsidR="00F7513F" w:rsidRPr="003F4D10" w14:paraId="3146A47B"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3C7273F7"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7A55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E056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52B069" w14:textId="77777777" w:rsidR="00F7513F" w:rsidRPr="003F4D10" w:rsidRDefault="00F7513F" w:rsidP="00A466AC"/>
        </w:tc>
      </w:tr>
      <w:tr w:rsidR="00F7513F" w:rsidRPr="003F4D10" w14:paraId="6DE76E38"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E20D194"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5253C"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423C0C"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67C9E" w14:textId="77777777" w:rsidR="00F7513F" w:rsidRPr="003F4D10" w:rsidRDefault="00F7513F" w:rsidP="00A466AC"/>
        </w:tc>
      </w:tr>
      <w:tr w:rsidR="00F7513F" w:rsidRPr="003F4D10" w14:paraId="0800F4B3"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627C5CB8"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FDDAC8"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EFFA0"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17636" w14:textId="77777777" w:rsidR="00F7513F" w:rsidRPr="003F4D10" w:rsidRDefault="00F7513F" w:rsidP="00A466AC"/>
        </w:tc>
      </w:tr>
      <w:tr w:rsidR="00F7513F" w:rsidRPr="003F4D10" w14:paraId="2383D4D3"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27B82CE7"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9F6465"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B65AA"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7DE9B" w14:textId="77777777" w:rsidR="00F7513F" w:rsidRPr="003F4D10" w:rsidRDefault="00F7513F" w:rsidP="00A466AC"/>
        </w:tc>
      </w:tr>
      <w:tr w:rsidR="00F7513F" w:rsidRPr="003F4D10" w14:paraId="74ACCFFF"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38872E7" w14:textId="77777777" w:rsidR="00F7513F" w:rsidRPr="003F4D10" w:rsidRDefault="00F7513F" w:rsidP="00A466AC"/>
        </w:tc>
      </w:tr>
      <w:tr w:rsidR="00F7513F" w:rsidRPr="003F4D10" w14:paraId="7E57A6F3"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B45FCD" w14:textId="77777777" w:rsidR="00F7513F" w:rsidRPr="003F4D10" w:rsidRDefault="00F7513F" w:rsidP="00A466AC">
            <w:pPr>
              <w:pStyle w:val="Gvde"/>
              <w:rPr>
                <w:rFonts w:ascii="Times New Roman" w:eastAsia="Times New Roman" w:hAnsi="Times New Roman" w:cs="Times New Roman"/>
                <w:b/>
                <w:bCs/>
              </w:rPr>
            </w:pPr>
          </w:p>
          <w:p w14:paraId="36CC002F" w14:textId="77777777" w:rsidR="00F7513F" w:rsidRPr="003F4D10" w:rsidRDefault="00F7513F" w:rsidP="00A466AC">
            <w:pPr>
              <w:pStyle w:val="Gvde"/>
            </w:pPr>
            <w:r w:rsidRPr="003F4D10">
              <w:rPr>
                <w:rFonts w:ascii="Times New Roman" w:hAnsi="Times New Roman"/>
                <w:b/>
                <w:bCs/>
              </w:rPr>
              <w:t>4.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FD434"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ECB386"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FCCFC" w14:textId="77777777" w:rsidR="00F7513F" w:rsidRPr="003F4D10" w:rsidRDefault="00F7513F" w:rsidP="00A466AC"/>
        </w:tc>
      </w:tr>
      <w:tr w:rsidR="00F7513F" w:rsidRPr="003F4D10" w14:paraId="52BCFEAC"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3ACBC74"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C67181"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D20A8"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DA88BF" w14:textId="77777777" w:rsidR="00F7513F" w:rsidRPr="003F4D10" w:rsidRDefault="00F7513F" w:rsidP="00A466AC"/>
        </w:tc>
      </w:tr>
      <w:tr w:rsidR="00F7513F" w:rsidRPr="003F4D10" w14:paraId="2007C5EF"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3782ECEB"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7C47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C8116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512511" w14:textId="77777777" w:rsidR="00F7513F" w:rsidRPr="003F4D10" w:rsidRDefault="00F7513F" w:rsidP="00A466AC"/>
        </w:tc>
      </w:tr>
      <w:tr w:rsidR="00F7513F" w:rsidRPr="003F4D10" w14:paraId="74295D09"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6541239C"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003F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A42073"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7DA4D5" w14:textId="77777777" w:rsidR="00F7513F" w:rsidRPr="003F4D10" w:rsidRDefault="00F7513F" w:rsidP="00A466AC"/>
        </w:tc>
      </w:tr>
      <w:tr w:rsidR="00F7513F" w:rsidRPr="003F4D10" w14:paraId="7F2ABC2B"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1E3246B"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90A58"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0E93F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FDEFF" w14:textId="77777777" w:rsidR="00F7513F" w:rsidRPr="003F4D10" w:rsidRDefault="00F7513F" w:rsidP="00A466AC"/>
        </w:tc>
      </w:tr>
      <w:tr w:rsidR="00F7513F" w:rsidRPr="003F4D10" w14:paraId="7B03545A"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581AE2A" w14:textId="77777777" w:rsidR="00F7513F" w:rsidRPr="003F4D10" w:rsidRDefault="00F7513F" w:rsidP="00A466AC"/>
        </w:tc>
      </w:tr>
      <w:tr w:rsidR="00F7513F" w:rsidRPr="003F4D10" w14:paraId="1296FC45"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C7EB65" w14:textId="77777777" w:rsidR="00F7513F" w:rsidRPr="003F4D10" w:rsidRDefault="00F7513F" w:rsidP="00A466AC">
            <w:pPr>
              <w:pStyle w:val="Gvde"/>
              <w:rPr>
                <w:rFonts w:ascii="Times New Roman" w:eastAsia="Times New Roman" w:hAnsi="Times New Roman" w:cs="Times New Roman"/>
                <w:b/>
                <w:bCs/>
              </w:rPr>
            </w:pPr>
          </w:p>
          <w:p w14:paraId="159E4E59" w14:textId="77777777" w:rsidR="00F7513F" w:rsidRPr="003F4D10" w:rsidRDefault="00F7513F" w:rsidP="00A466AC">
            <w:pPr>
              <w:pStyle w:val="Gvde"/>
              <w:rPr>
                <w:rFonts w:ascii="Times New Roman" w:eastAsia="Times New Roman" w:hAnsi="Times New Roman" w:cs="Times New Roman"/>
                <w:b/>
                <w:bCs/>
              </w:rPr>
            </w:pPr>
          </w:p>
          <w:p w14:paraId="753058D6" w14:textId="77777777" w:rsidR="00F7513F" w:rsidRPr="003F4D10" w:rsidRDefault="00F7513F" w:rsidP="00A466AC">
            <w:pPr>
              <w:pStyle w:val="Gvde"/>
            </w:pPr>
            <w:r w:rsidRPr="003F4D10">
              <w:rPr>
                <w:rFonts w:ascii="Times New Roman" w:hAnsi="Times New Roman"/>
                <w:b/>
                <w:bCs/>
              </w:rPr>
              <w:t xml:space="preserve">5. Hafta </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CD05E6"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6821A6"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F8FA8" w14:textId="77777777" w:rsidR="00F7513F" w:rsidRPr="003F4D10" w:rsidRDefault="00F7513F" w:rsidP="00A466AC"/>
        </w:tc>
      </w:tr>
      <w:tr w:rsidR="00F7513F" w:rsidRPr="003F4D10" w14:paraId="73FB6988"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558AD8C"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69C76"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AD5B7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9F290" w14:textId="77777777" w:rsidR="00F7513F" w:rsidRPr="003F4D10" w:rsidRDefault="00F7513F" w:rsidP="00A466AC"/>
        </w:tc>
      </w:tr>
      <w:tr w:rsidR="00F7513F" w:rsidRPr="003F4D10" w14:paraId="49E4FEFA"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F0C83EA"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2D651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8B652A"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B4DF3D" w14:textId="77777777" w:rsidR="00F7513F" w:rsidRPr="003F4D10" w:rsidRDefault="00F7513F" w:rsidP="00A466AC"/>
        </w:tc>
      </w:tr>
      <w:tr w:rsidR="00F7513F" w:rsidRPr="003F4D10" w14:paraId="7E50D387"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1169229"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F22AD4"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61CB2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A68BD" w14:textId="77777777" w:rsidR="00F7513F" w:rsidRPr="003F4D10" w:rsidRDefault="00F7513F" w:rsidP="00A466AC"/>
        </w:tc>
      </w:tr>
      <w:tr w:rsidR="00F7513F" w:rsidRPr="003F4D10" w14:paraId="6F5FBA8F"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DCFDD12"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61057C"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C28F5"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5C20B6" w14:textId="77777777" w:rsidR="00F7513F" w:rsidRPr="003F4D10" w:rsidRDefault="00F7513F" w:rsidP="00A466AC"/>
        </w:tc>
      </w:tr>
      <w:tr w:rsidR="00F7513F" w:rsidRPr="003F4D10" w14:paraId="75B75D1B"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684F4FD" w14:textId="77777777" w:rsidR="00F7513F" w:rsidRPr="003F4D10" w:rsidRDefault="00F7513F" w:rsidP="00A466AC"/>
        </w:tc>
      </w:tr>
      <w:tr w:rsidR="00F7513F" w:rsidRPr="003F4D10" w14:paraId="184E0514"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7BD4CA" w14:textId="77777777" w:rsidR="00F7513F" w:rsidRPr="003F4D10" w:rsidRDefault="00F7513F" w:rsidP="00A466AC">
            <w:pPr>
              <w:pStyle w:val="Gvde"/>
              <w:rPr>
                <w:rFonts w:ascii="Times New Roman" w:eastAsia="Times New Roman" w:hAnsi="Times New Roman" w:cs="Times New Roman"/>
                <w:b/>
                <w:bCs/>
              </w:rPr>
            </w:pPr>
          </w:p>
          <w:p w14:paraId="279F0627" w14:textId="77777777" w:rsidR="00F7513F" w:rsidRPr="003F4D10" w:rsidRDefault="00F7513F" w:rsidP="00A466AC">
            <w:pPr>
              <w:pStyle w:val="Gvde"/>
              <w:rPr>
                <w:rFonts w:ascii="Times New Roman" w:eastAsia="Times New Roman" w:hAnsi="Times New Roman" w:cs="Times New Roman"/>
                <w:b/>
                <w:bCs/>
              </w:rPr>
            </w:pPr>
          </w:p>
          <w:p w14:paraId="1ABBC58F" w14:textId="77777777" w:rsidR="00F7513F" w:rsidRPr="003F4D10" w:rsidRDefault="00F7513F" w:rsidP="00A466AC">
            <w:pPr>
              <w:pStyle w:val="Gvde"/>
            </w:pPr>
            <w:r w:rsidRPr="003F4D10">
              <w:rPr>
                <w:rFonts w:ascii="Times New Roman" w:hAnsi="Times New Roman"/>
                <w:b/>
                <w:bCs/>
              </w:rPr>
              <w:t>6.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96CC0D"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EE50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459410" w14:textId="77777777" w:rsidR="00F7513F" w:rsidRPr="003F4D10" w:rsidRDefault="00F7513F" w:rsidP="00A466AC"/>
        </w:tc>
      </w:tr>
      <w:tr w:rsidR="00F7513F" w:rsidRPr="003F4D10" w14:paraId="6A5CF1D5"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4258CE3"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A91EB"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CB9B7"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CD770C" w14:textId="77777777" w:rsidR="00F7513F" w:rsidRPr="003F4D10" w:rsidRDefault="00F7513F" w:rsidP="00A466AC"/>
        </w:tc>
      </w:tr>
      <w:tr w:rsidR="00F7513F" w:rsidRPr="003F4D10" w14:paraId="5711EA73"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AB6567E"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20D8A6"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4069C"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E7241" w14:textId="77777777" w:rsidR="00F7513F" w:rsidRPr="003F4D10" w:rsidRDefault="00F7513F" w:rsidP="00A466AC"/>
        </w:tc>
      </w:tr>
      <w:tr w:rsidR="00F7513F" w:rsidRPr="003F4D10" w14:paraId="504E411E"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655C1883"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55885"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C1B49E"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3AE41E" w14:textId="77777777" w:rsidR="00F7513F" w:rsidRPr="003F4D10" w:rsidRDefault="00F7513F" w:rsidP="00A466AC"/>
        </w:tc>
      </w:tr>
      <w:tr w:rsidR="00F7513F" w:rsidRPr="003F4D10" w14:paraId="70B34287"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6524FD27"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0B887"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3FA72"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2BB45D" w14:textId="77777777" w:rsidR="00F7513F" w:rsidRPr="003F4D10" w:rsidRDefault="00F7513F" w:rsidP="00A466AC"/>
        </w:tc>
      </w:tr>
      <w:tr w:rsidR="00F7513F" w:rsidRPr="003F4D10" w14:paraId="744FE711"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80C20B7" w14:textId="77777777" w:rsidR="00F7513F" w:rsidRPr="003F4D10" w:rsidRDefault="00F7513F" w:rsidP="00A466AC"/>
        </w:tc>
      </w:tr>
      <w:tr w:rsidR="00F7513F" w:rsidRPr="003F4D10" w14:paraId="462E215D"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0682B" w14:textId="77777777" w:rsidR="00F7513F" w:rsidRPr="003F4D10" w:rsidRDefault="00F7513F" w:rsidP="00A466AC">
            <w:pPr>
              <w:pStyle w:val="Gvde"/>
              <w:rPr>
                <w:rFonts w:ascii="Times New Roman" w:eastAsia="Times New Roman" w:hAnsi="Times New Roman" w:cs="Times New Roman"/>
                <w:b/>
                <w:bCs/>
              </w:rPr>
            </w:pPr>
          </w:p>
          <w:p w14:paraId="65891029" w14:textId="77777777" w:rsidR="00F7513F" w:rsidRPr="003F4D10" w:rsidRDefault="00F7513F" w:rsidP="00A466AC">
            <w:pPr>
              <w:pStyle w:val="Gvde"/>
              <w:rPr>
                <w:rFonts w:ascii="Times New Roman" w:eastAsia="Times New Roman" w:hAnsi="Times New Roman" w:cs="Times New Roman"/>
                <w:b/>
                <w:bCs/>
              </w:rPr>
            </w:pPr>
          </w:p>
          <w:p w14:paraId="563DED3A" w14:textId="77777777" w:rsidR="00F7513F" w:rsidRPr="003F4D10" w:rsidRDefault="00F7513F" w:rsidP="00A466AC">
            <w:pPr>
              <w:pStyle w:val="Gvde"/>
            </w:pPr>
            <w:r w:rsidRPr="003F4D10">
              <w:rPr>
                <w:rFonts w:ascii="Times New Roman" w:hAnsi="Times New Roman"/>
                <w:b/>
                <w:bCs/>
              </w:rPr>
              <w:t>7.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2BF56"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303F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2CA7CC" w14:textId="77777777" w:rsidR="00F7513F" w:rsidRPr="003F4D10" w:rsidRDefault="00F7513F" w:rsidP="00A466AC"/>
        </w:tc>
      </w:tr>
      <w:tr w:rsidR="00F7513F" w:rsidRPr="003F4D10" w14:paraId="4A91FBF7"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2C2C7F8"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E7778"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A1288"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5C060" w14:textId="77777777" w:rsidR="00F7513F" w:rsidRPr="003F4D10" w:rsidRDefault="00F7513F" w:rsidP="00A466AC"/>
        </w:tc>
      </w:tr>
      <w:tr w:rsidR="00F7513F" w:rsidRPr="003F4D10" w14:paraId="037CB15D"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5D7C0B72"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FF0A6"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00126"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8D76A" w14:textId="77777777" w:rsidR="00F7513F" w:rsidRPr="003F4D10" w:rsidRDefault="00F7513F" w:rsidP="00A466AC"/>
        </w:tc>
      </w:tr>
      <w:tr w:rsidR="00F7513F" w:rsidRPr="003F4D10" w14:paraId="5B0C2CD5"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61ACE492"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C9A030"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13218A"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A6548" w14:textId="77777777" w:rsidR="00F7513F" w:rsidRPr="003F4D10" w:rsidRDefault="00F7513F" w:rsidP="00A466AC"/>
        </w:tc>
      </w:tr>
      <w:tr w:rsidR="00F7513F" w:rsidRPr="003F4D10" w14:paraId="18EEE159"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D20D1A0"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16EDB2"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A9A83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A65A9C" w14:textId="77777777" w:rsidR="00F7513F" w:rsidRPr="003F4D10" w:rsidRDefault="00F7513F" w:rsidP="00A466AC"/>
        </w:tc>
      </w:tr>
      <w:tr w:rsidR="00F7513F" w:rsidRPr="003F4D10" w14:paraId="23CA5506" w14:textId="77777777" w:rsidTr="00A466AC">
        <w:trPr>
          <w:trHeight w:val="485"/>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F47E289" w14:textId="77777777" w:rsidR="00F7513F" w:rsidRPr="003F4D10" w:rsidRDefault="00F7513F" w:rsidP="00A466AC">
            <w:pPr>
              <w:pStyle w:val="Gvde"/>
            </w:pPr>
          </w:p>
        </w:tc>
      </w:tr>
      <w:tr w:rsidR="00F7513F" w:rsidRPr="003F4D10" w14:paraId="1C554AF0"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C83F3" w14:textId="77777777" w:rsidR="00F7513F" w:rsidRPr="003F4D10" w:rsidRDefault="00F7513F" w:rsidP="00A466AC">
            <w:pPr>
              <w:pStyle w:val="Gvde"/>
              <w:rPr>
                <w:rFonts w:ascii="Times New Roman" w:eastAsia="Times New Roman" w:hAnsi="Times New Roman" w:cs="Times New Roman"/>
                <w:b/>
                <w:bCs/>
              </w:rPr>
            </w:pPr>
          </w:p>
          <w:p w14:paraId="5ACEC0AA" w14:textId="77777777" w:rsidR="00F7513F" w:rsidRPr="003F4D10" w:rsidRDefault="00F7513F" w:rsidP="00A466AC">
            <w:pPr>
              <w:pStyle w:val="Gvde"/>
            </w:pPr>
            <w:r w:rsidRPr="003F4D10">
              <w:rPr>
                <w:rFonts w:ascii="Times New Roman" w:hAnsi="Times New Roman"/>
                <w:b/>
                <w:bCs/>
              </w:rPr>
              <w:t>8. Hafta</w:t>
            </w:r>
          </w:p>
        </w:tc>
        <w:tc>
          <w:tcPr>
            <w:tcW w:w="3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8C22D39"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4DBA06"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CE65B9C" w14:textId="77777777" w:rsidR="00F7513F" w:rsidRPr="003F4D10" w:rsidRDefault="00F7513F" w:rsidP="00A466AC"/>
        </w:tc>
      </w:tr>
      <w:tr w:rsidR="00F7513F" w:rsidRPr="003F4D10" w14:paraId="53EE2E81"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F2895CF"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07D7A7"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EE8F702"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5903A8" w14:textId="77777777" w:rsidR="00F7513F" w:rsidRPr="003F4D10" w:rsidRDefault="00F7513F" w:rsidP="00A466AC"/>
        </w:tc>
      </w:tr>
      <w:tr w:rsidR="00F7513F" w:rsidRPr="003F4D10" w14:paraId="1243CF94"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37AE8F8"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4877B1"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24960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69D0E8B" w14:textId="77777777" w:rsidR="00F7513F" w:rsidRPr="003F4D10" w:rsidRDefault="00F7513F" w:rsidP="00A466AC"/>
        </w:tc>
      </w:tr>
      <w:tr w:rsidR="00F7513F" w:rsidRPr="003F4D10" w14:paraId="3EA714AA"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E7F1584"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693DFE"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7C3FB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A46441" w14:textId="77777777" w:rsidR="00F7513F" w:rsidRPr="003F4D10" w:rsidRDefault="00F7513F" w:rsidP="00A466AC"/>
        </w:tc>
      </w:tr>
      <w:tr w:rsidR="00F7513F" w:rsidRPr="003F4D10" w14:paraId="01F9B550"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2AD08BC3"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8E6EB1"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392E46"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B1398D" w14:textId="77777777" w:rsidR="00F7513F" w:rsidRPr="003F4D10" w:rsidRDefault="00F7513F" w:rsidP="00A466AC"/>
        </w:tc>
      </w:tr>
      <w:tr w:rsidR="00F7513F" w:rsidRPr="003F4D10" w14:paraId="0D0C8DCA"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3AD5E6E" w14:textId="77777777" w:rsidR="00F7513F" w:rsidRPr="003F4D10" w:rsidRDefault="00F7513F" w:rsidP="00A466AC"/>
        </w:tc>
      </w:tr>
      <w:tr w:rsidR="00F7513F" w:rsidRPr="003F4D10" w14:paraId="7A39109C"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8311C" w14:textId="77777777" w:rsidR="00F7513F" w:rsidRPr="003F4D10" w:rsidRDefault="00F7513F" w:rsidP="00A466AC">
            <w:pPr>
              <w:pStyle w:val="Gvde"/>
              <w:rPr>
                <w:rFonts w:ascii="Times New Roman" w:eastAsia="Times New Roman" w:hAnsi="Times New Roman" w:cs="Times New Roman"/>
                <w:b/>
                <w:bCs/>
              </w:rPr>
            </w:pPr>
          </w:p>
          <w:p w14:paraId="1070D7E4" w14:textId="77777777" w:rsidR="00F7513F" w:rsidRPr="003F4D10" w:rsidRDefault="00F7513F" w:rsidP="00A466AC">
            <w:pPr>
              <w:pStyle w:val="Gvde"/>
            </w:pPr>
            <w:r w:rsidRPr="003F4D10">
              <w:rPr>
                <w:rFonts w:ascii="Times New Roman" w:hAnsi="Times New Roman"/>
                <w:b/>
                <w:bCs/>
              </w:rPr>
              <w:t xml:space="preserve">9. Hafta </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16FBB3"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2F2DF"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C1D9F" w14:textId="77777777" w:rsidR="00F7513F" w:rsidRPr="003F4D10" w:rsidRDefault="00F7513F" w:rsidP="00A466AC"/>
        </w:tc>
      </w:tr>
      <w:tr w:rsidR="00F7513F" w:rsidRPr="003F4D10" w14:paraId="4E24D21A"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A3F252F"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82674B"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C1A5C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09A1B" w14:textId="77777777" w:rsidR="00F7513F" w:rsidRPr="003F4D10" w:rsidRDefault="00F7513F" w:rsidP="00A466AC"/>
        </w:tc>
      </w:tr>
      <w:tr w:rsidR="00F7513F" w:rsidRPr="003F4D10" w14:paraId="7D60947F"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59D168B"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6D04D"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21F2EA"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0C5CA" w14:textId="77777777" w:rsidR="00F7513F" w:rsidRPr="003F4D10" w:rsidRDefault="00F7513F" w:rsidP="00A466AC"/>
        </w:tc>
      </w:tr>
      <w:tr w:rsidR="00F7513F" w:rsidRPr="003F4D10" w14:paraId="7B80AC47"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7D2DBC3A"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9AF315"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6C49C3"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6B593" w14:textId="77777777" w:rsidR="00F7513F" w:rsidRPr="003F4D10" w:rsidRDefault="00F7513F" w:rsidP="00A466AC"/>
        </w:tc>
      </w:tr>
      <w:tr w:rsidR="00F7513F" w:rsidRPr="003F4D10" w14:paraId="1442B5DE"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125E24DE"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922E7"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7CD1FC"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9070C2" w14:textId="77777777" w:rsidR="00F7513F" w:rsidRPr="003F4D10" w:rsidRDefault="00F7513F" w:rsidP="00A466AC"/>
        </w:tc>
      </w:tr>
      <w:tr w:rsidR="00F7513F" w:rsidRPr="003F4D10" w14:paraId="04C32231"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E47D4FF" w14:textId="77777777" w:rsidR="00F7513F" w:rsidRPr="003F4D10" w:rsidRDefault="00F7513F" w:rsidP="00A466AC"/>
        </w:tc>
      </w:tr>
      <w:tr w:rsidR="00A466AC" w:rsidRPr="003F4D10" w14:paraId="2F0555D4" w14:textId="77777777" w:rsidTr="00A466AC">
        <w:trPr>
          <w:trHeight w:val="227"/>
        </w:trPr>
        <w:tc>
          <w:tcPr>
            <w:tcW w:w="1384" w:type="dxa"/>
            <w:vMerge w:val="restart"/>
            <w:tcBorders>
              <w:top w:val="single" w:sz="4" w:space="0" w:color="000000"/>
              <w:left w:val="single" w:sz="4" w:space="0" w:color="000000"/>
              <w:right w:val="single" w:sz="4" w:space="0" w:color="000000"/>
            </w:tcBorders>
            <w:tcMar>
              <w:top w:w="80" w:type="dxa"/>
              <w:left w:w="80" w:type="dxa"/>
              <w:bottom w:w="80" w:type="dxa"/>
              <w:right w:w="80" w:type="dxa"/>
            </w:tcMar>
          </w:tcPr>
          <w:p w14:paraId="4D036653" w14:textId="77777777" w:rsidR="00A466AC" w:rsidRPr="003F4D10" w:rsidRDefault="00A466AC" w:rsidP="00A466AC">
            <w:pPr>
              <w:pStyle w:val="Gvde"/>
              <w:rPr>
                <w:rFonts w:ascii="Times New Roman" w:eastAsia="Times New Roman" w:hAnsi="Times New Roman" w:cs="Times New Roman"/>
                <w:b/>
                <w:bCs/>
              </w:rPr>
            </w:pPr>
          </w:p>
          <w:p w14:paraId="167964A8" w14:textId="77777777" w:rsidR="00A466AC" w:rsidRPr="003F4D10" w:rsidRDefault="00A466AC" w:rsidP="00A466AC">
            <w:pPr>
              <w:pStyle w:val="Gvde"/>
            </w:pPr>
            <w:r w:rsidRPr="003F4D10">
              <w:rPr>
                <w:rFonts w:ascii="Times New Roman" w:hAnsi="Times New Roman"/>
                <w:b/>
                <w:bCs/>
              </w:rPr>
              <w:t>10.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74717" w14:textId="77777777" w:rsidR="00A466AC" w:rsidRPr="003F4D10" w:rsidRDefault="00A466AC" w:rsidP="00A466AC"/>
        </w:tc>
        <w:tc>
          <w:tcPr>
            <w:tcW w:w="448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F10D3" w14:textId="77777777" w:rsidR="00A466AC" w:rsidRPr="003F4D10" w:rsidRDefault="00A466AC" w:rsidP="00A466AC"/>
        </w:tc>
      </w:tr>
      <w:tr w:rsidR="00A466AC" w:rsidRPr="003F4D10" w14:paraId="67DBF65E" w14:textId="77777777" w:rsidTr="00A466AC">
        <w:trPr>
          <w:trHeight w:val="227"/>
        </w:trPr>
        <w:tc>
          <w:tcPr>
            <w:tcW w:w="1384" w:type="dxa"/>
            <w:vMerge/>
            <w:tcBorders>
              <w:left w:val="single" w:sz="4" w:space="0" w:color="000000"/>
              <w:right w:val="single" w:sz="4" w:space="0" w:color="000000"/>
            </w:tcBorders>
          </w:tcPr>
          <w:p w14:paraId="7ABA847F"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9FE36"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1A440B"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13F73" w14:textId="77777777" w:rsidR="00A466AC" w:rsidRPr="003F4D10" w:rsidRDefault="00A466AC" w:rsidP="00A466AC"/>
        </w:tc>
      </w:tr>
      <w:tr w:rsidR="00A466AC" w:rsidRPr="003F4D10" w14:paraId="1A4699D9" w14:textId="77777777" w:rsidTr="00A466AC">
        <w:trPr>
          <w:trHeight w:val="227"/>
        </w:trPr>
        <w:tc>
          <w:tcPr>
            <w:tcW w:w="1384" w:type="dxa"/>
            <w:vMerge/>
            <w:tcBorders>
              <w:left w:val="single" w:sz="4" w:space="0" w:color="000000"/>
              <w:right w:val="single" w:sz="4" w:space="0" w:color="000000"/>
            </w:tcBorders>
          </w:tcPr>
          <w:p w14:paraId="7C875AF2"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8FE35"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FD20AE"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B7C91" w14:textId="77777777" w:rsidR="00A466AC" w:rsidRPr="003F4D10" w:rsidRDefault="00A466AC" w:rsidP="00A466AC"/>
        </w:tc>
      </w:tr>
      <w:tr w:rsidR="00A466AC" w:rsidRPr="003F4D10" w14:paraId="00CA3C8A" w14:textId="77777777" w:rsidTr="00A466AC">
        <w:trPr>
          <w:trHeight w:val="227"/>
        </w:trPr>
        <w:tc>
          <w:tcPr>
            <w:tcW w:w="1384" w:type="dxa"/>
            <w:vMerge/>
            <w:tcBorders>
              <w:left w:val="single" w:sz="4" w:space="0" w:color="000000"/>
              <w:right w:val="single" w:sz="4" w:space="0" w:color="000000"/>
            </w:tcBorders>
          </w:tcPr>
          <w:p w14:paraId="2188E523"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CB383F"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399C21"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27969F" w14:textId="77777777" w:rsidR="00A466AC" w:rsidRPr="003F4D10" w:rsidRDefault="00A466AC" w:rsidP="00A466AC"/>
        </w:tc>
      </w:tr>
      <w:tr w:rsidR="00A466AC" w:rsidRPr="003F4D10" w14:paraId="7E0AC45E" w14:textId="77777777" w:rsidTr="00A466AC">
        <w:trPr>
          <w:trHeight w:val="227"/>
        </w:trPr>
        <w:tc>
          <w:tcPr>
            <w:tcW w:w="1384" w:type="dxa"/>
            <w:vMerge/>
            <w:tcBorders>
              <w:left w:val="single" w:sz="4" w:space="0" w:color="000000"/>
              <w:bottom w:val="single" w:sz="4" w:space="0" w:color="000000"/>
              <w:right w:val="single" w:sz="4" w:space="0" w:color="000000"/>
            </w:tcBorders>
          </w:tcPr>
          <w:p w14:paraId="40A86650"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69D638"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4BDCF0"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67BEAD" w14:textId="77777777" w:rsidR="00A466AC" w:rsidRPr="003F4D10" w:rsidRDefault="00A466AC" w:rsidP="00A466AC"/>
        </w:tc>
      </w:tr>
      <w:tr w:rsidR="00F7513F" w:rsidRPr="003F4D10" w14:paraId="1AD0F615"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9812763" w14:textId="77777777" w:rsidR="00F7513F" w:rsidRPr="003F4D10" w:rsidRDefault="00F7513F" w:rsidP="00A466AC"/>
        </w:tc>
      </w:tr>
      <w:tr w:rsidR="00F7513F" w:rsidRPr="003F4D10" w14:paraId="17A4FB47"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D3EE5" w14:textId="77777777" w:rsidR="00F7513F" w:rsidRPr="003F4D10" w:rsidRDefault="00F7513F" w:rsidP="00A466AC">
            <w:pPr>
              <w:pStyle w:val="Gvde"/>
              <w:rPr>
                <w:rFonts w:ascii="Times New Roman" w:eastAsia="Times New Roman" w:hAnsi="Times New Roman" w:cs="Times New Roman"/>
                <w:b/>
                <w:bCs/>
              </w:rPr>
            </w:pPr>
          </w:p>
          <w:p w14:paraId="28E2CB08" w14:textId="77777777" w:rsidR="00F7513F" w:rsidRPr="003F4D10" w:rsidRDefault="00F7513F" w:rsidP="00A466AC">
            <w:pPr>
              <w:pStyle w:val="Gvde"/>
            </w:pPr>
            <w:r w:rsidRPr="003F4D10">
              <w:rPr>
                <w:rFonts w:ascii="Times New Roman" w:hAnsi="Times New Roman"/>
                <w:b/>
                <w:bCs/>
              </w:rPr>
              <w:t>11.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3C4B4"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EDFC38"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1A71D" w14:textId="77777777" w:rsidR="00F7513F" w:rsidRPr="003F4D10" w:rsidRDefault="00F7513F" w:rsidP="00A466AC"/>
        </w:tc>
      </w:tr>
      <w:tr w:rsidR="00F7513F" w:rsidRPr="003F4D10" w14:paraId="6E731D76"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2F4880E0"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4E00E"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421ED"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63459" w14:textId="77777777" w:rsidR="00F7513F" w:rsidRPr="003F4D10" w:rsidRDefault="00F7513F" w:rsidP="00A466AC"/>
        </w:tc>
      </w:tr>
      <w:tr w:rsidR="00F7513F" w:rsidRPr="003F4D10" w14:paraId="14265A24"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513E1D9E"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0329DD"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9D99B"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DCC61" w14:textId="77777777" w:rsidR="00F7513F" w:rsidRPr="003F4D10" w:rsidRDefault="00F7513F" w:rsidP="00A466AC"/>
        </w:tc>
      </w:tr>
      <w:tr w:rsidR="00F7513F" w:rsidRPr="003F4D10" w14:paraId="50FB71A5"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1E5CD3B3"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22B7A"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BAE307"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A4591D" w14:textId="77777777" w:rsidR="00F7513F" w:rsidRPr="003F4D10" w:rsidRDefault="00F7513F" w:rsidP="00A466AC"/>
        </w:tc>
      </w:tr>
      <w:tr w:rsidR="00F7513F" w:rsidRPr="003F4D10" w14:paraId="6D0AFE02"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5943A50D"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FC2F6"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8705AC"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F17B11" w14:textId="77777777" w:rsidR="00F7513F" w:rsidRPr="003F4D10" w:rsidRDefault="00F7513F" w:rsidP="00A466AC"/>
        </w:tc>
      </w:tr>
      <w:tr w:rsidR="00F7513F" w:rsidRPr="003F4D10" w14:paraId="259704A8"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9BF93D4" w14:textId="77777777" w:rsidR="00F7513F" w:rsidRPr="003F4D10" w:rsidRDefault="00F7513F" w:rsidP="00A466AC"/>
        </w:tc>
      </w:tr>
      <w:tr w:rsidR="00A466AC" w:rsidRPr="003F4D10" w14:paraId="69D26808" w14:textId="77777777" w:rsidTr="00A466AC">
        <w:trPr>
          <w:trHeight w:val="227"/>
        </w:trPr>
        <w:tc>
          <w:tcPr>
            <w:tcW w:w="1384" w:type="dxa"/>
            <w:vMerge w:val="restart"/>
            <w:tcBorders>
              <w:top w:val="single" w:sz="4" w:space="0" w:color="000000"/>
              <w:left w:val="single" w:sz="4" w:space="0" w:color="000000"/>
              <w:right w:val="single" w:sz="4" w:space="0" w:color="000000"/>
            </w:tcBorders>
            <w:tcMar>
              <w:top w:w="80" w:type="dxa"/>
              <w:left w:w="80" w:type="dxa"/>
              <w:bottom w:w="80" w:type="dxa"/>
              <w:right w:w="80" w:type="dxa"/>
            </w:tcMar>
          </w:tcPr>
          <w:p w14:paraId="2D9A764D" w14:textId="77777777" w:rsidR="00A466AC" w:rsidRPr="003F4D10" w:rsidRDefault="00A466AC" w:rsidP="00A466AC">
            <w:pPr>
              <w:pStyle w:val="Gvde"/>
              <w:rPr>
                <w:rFonts w:ascii="Times New Roman" w:eastAsia="Times New Roman" w:hAnsi="Times New Roman" w:cs="Times New Roman"/>
                <w:b/>
                <w:bCs/>
              </w:rPr>
            </w:pPr>
          </w:p>
          <w:p w14:paraId="19B93693" w14:textId="77777777" w:rsidR="00A466AC" w:rsidRPr="003F4D10" w:rsidRDefault="00A466AC" w:rsidP="00A466AC">
            <w:pPr>
              <w:pStyle w:val="Gvde"/>
            </w:pPr>
            <w:r w:rsidRPr="003F4D10">
              <w:rPr>
                <w:rFonts w:ascii="Times New Roman" w:hAnsi="Times New Roman"/>
                <w:b/>
                <w:bCs/>
              </w:rPr>
              <w:t>12.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6F6DA1"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CDBD96"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F0653" w14:textId="77777777" w:rsidR="00A466AC" w:rsidRPr="003F4D10" w:rsidRDefault="00A466AC" w:rsidP="00A466AC"/>
        </w:tc>
      </w:tr>
      <w:tr w:rsidR="00A466AC" w:rsidRPr="003F4D10" w14:paraId="34E1E815" w14:textId="77777777" w:rsidTr="00A466AC">
        <w:trPr>
          <w:trHeight w:val="227"/>
        </w:trPr>
        <w:tc>
          <w:tcPr>
            <w:tcW w:w="1384" w:type="dxa"/>
            <w:vMerge/>
            <w:tcBorders>
              <w:left w:val="single" w:sz="4" w:space="0" w:color="000000"/>
              <w:right w:val="single" w:sz="4" w:space="0" w:color="000000"/>
            </w:tcBorders>
          </w:tcPr>
          <w:p w14:paraId="47EDD87E"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72E99"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3485F"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5C4577" w14:textId="77777777" w:rsidR="00A466AC" w:rsidRPr="003F4D10" w:rsidRDefault="00A466AC" w:rsidP="00A466AC"/>
        </w:tc>
      </w:tr>
      <w:tr w:rsidR="00A466AC" w:rsidRPr="003F4D10" w14:paraId="45946514" w14:textId="77777777" w:rsidTr="00A466AC">
        <w:trPr>
          <w:trHeight w:val="227"/>
        </w:trPr>
        <w:tc>
          <w:tcPr>
            <w:tcW w:w="1384" w:type="dxa"/>
            <w:vMerge/>
            <w:tcBorders>
              <w:left w:val="single" w:sz="4" w:space="0" w:color="000000"/>
              <w:right w:val="single" w:sz="4" w:space="0" w:color="000000"/>
            </w:tcBorders>
          </w:tcPr>
          <w:p w14:paraId="59913F39"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3667E"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EFC21F"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6EAA4" w14:textId="77777777" w:rsidR="00A466AC" w:rsidRPr="003F4D10" w:rsidRDefault="00A466AC" w:rsidP="00A466AC"/>
        </w:tc>
      </w:tr>
      <w:tr w:rsidR="00A466AC" w:rsidRPr="003F4D10" w14:paraId="28339DFA" w14:textId="77777777" w:rsidTr="00A466AC">
        <w:trPr>
          <w:trHeight w:val="227"/>
        </w:trPr>
        <w:tc>
          <w:tcPr>
            <w:tcW w:w="1384" w:type="dxa"/>
            <w:vMerge/>
            <w:tcBorders>
              <w:left w:val="single" w:sz="4" w:space="0" w:color="000000"/>
              <w:right w:val="single" w:sz="4" w:space="0" w:color="000000"/>
            </w:tcBorders>
          </w:tcPr>
          <w:p w14:paraId="68F67F63"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1F1F9"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CC4B5"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33922" w14:textId="77777777" w:rsidR="00A466AC" w:rsidRPr="003F4D10" w:rsidRDefault="00A466AC" w:rsidP="00A466AC"/>
        </w:tc>
      </w:tr>
      <w:tr w:rsidR="00A466AC" w:rsidRPr="003F4D10" w14:paraId="4F2193E0" w14:textId="77777777" w:rsidTr="00A466AC">
        <w:trPr>
          <w:trHeight w:val="227"/>
        </w:trPr>
        <w:tc>
          <w:tcPr>
            <w:tcW w:w="1384" w:type="dxa"/>
            <w:vMerge/>
            <w:tcBorders>
              <w:left w:val="single" w:sz="4" w:space="0" w:color="000000"/>
              <w:bottom w:val="single" w:sz="4" w:space="0" w:color="000000"/>
              <w:right w:val="single" w:sz="4" w:space="0" w:color="000000"/>
            </w:tcBorders>
            <w:tcMar>
              <w:top w:w="80" w:type="dxa"/>
              <w:left w:w="80" w:type="dxa"/>
              <w:bottom w:w="80" w:type="dxa"/>
              <w:right w:w="80" w:type="dxa"/>
            </w:tcMar>
          </w:tcPr>
          <w:p w14:paraId="5F404461"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C1ECC"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63E9D"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1D0A51" w14:textId="77777777" w:rsidR="00A466AC" w:rsidRPr="003F4D10" w:rsidRDefault="00A466AC" w:rsidP="00A466AC"/>
        </w:tc>
      </w:tr>
      <w:tr w:rsidR="00F7513F" w:rsidRPr="003F4D10" w14:paraId="77BCEDE1"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632D908" w14:textId="77777777" w:rsidR="00F7513F" w:rsidRPr="003F4D10" w:rsidRDefault="00F7513F" w:rsidP="00A466AC"/>
        </w:tc>
      </w:tr>
      <w:tr w:rsidR="00A466AC" w:rsidRPr="003F4D10" w14:paraId="340CDCEC" w14:textId="77777777" w:rsidTr="00A466AC">
        <w:trPr>
          <w:trHeight w:val="227"/>
        </w:trPr>
        <w:tc>
          <w:tcPr>
            <w:tcW w:w="1384" w:type="dxa"/>
            <w:vMerge w:val="restart"/>
            <w:tcBorders>
              <w:top w:val="single" w:sz="4" w:space="0" w:color="000000"/>
              <w:left w:val="single" w:sz="4" w:space="0" w:color="000000"/>
              <w:right w:val="single" w:sz="4" w:space="0" w:color="000000"/>
            </w:tcBorders>
            <w:tcMar>
              <w:top w:w="80" w:type="dxa"/>
              <w:left w:w="80" w:type="dxa"/>
              <w:bottom w:w="80" w:type="dxa"/>
              <w:right w:w="80" w:type="dxa"/>
            </w:tcMar>
          </w:tcPr>
          <w:p w14:paraId="25FED91C" w14:textId="77777777" w:rsidR="00A466AC" w:rsidRPr="003F4D10" w:rsidRDefault="00A466AC" w:rsidP="00A466AC">
            <w:pPr>
              <w:pStyle w:val="Gvde"/>
              <w:rPr>
                <w:rFonts w:ascii="Times New Roman" w:eastAsia="Times New Roman" w:hAnsi="Times New Roman" w:cs="Times New Roman"/>
                <w:b/>
                <w:bCs/>
              </w:rPr>
            </w:pPr>
          </w:p>
          <w:p w14:paraId="3CDBD120" w14:textId="77777777" w:rsidR="00A466AC" w:rsidRPr="003F4D10" w:rsidRDefault="00A466AC" w:rsidP="00A466AC">
            <w:pPr>
              <w:pStyle w:val="Gvde"/>
            </w:pPr>
            <w:r w:rsidRPr="003F4D10">
              <w:rPr>
                <w:rFonts w:ascii="Times New Roman" w:hAnsi="Times New Roman"/>
                <w:b/>
                <w:bCs/>
              </w:rPr>
              <w:t>13.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F29D2D"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84BE69"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98DAC" w14:textId="77777777" w:rsidR="00A466AC" w:rsidRPr="003F4D10" w:rsidRDefault="00A466AC" w:rsidP="00A466AC"/>
        </w:tc>
      </w:tr>
      <w:tr w:rsidR="00A466AC" w:rsidRPr="003F4D10" w14:paraId="47B7103F" w14:textId="77777777" w:rsidTr="00A466AC">
        <w:trPr>
          <w:trHeight w:val="227"/>
        </w:trPr>
        <w:tc>
          <w:tcPr>
            <w:tcW w:w="1384" w:type="dxa"/>
            <w:vMerge/>
            <w:tcBorders>
              <w:left w:val="single" w:sz="4" w:space="0" w:color="000000"/>
              <w:right w:val="single" w:sz="4" w:space="0" w:color="000000"/>
            </w:tcBorders>
          </w:tcPr>
          <w:p w14:paraId="6C84109D"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E50CC"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EE5C08"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D620B" w14:textId="77777777" w:rsidR="00A466AC" w:rsidRPr="003F4D10" w:rsidRDefault="00A466AC" w:rsidP="00A466AC"/>
        </w:tc>
      </w:tr>
      <w:tr w:rsidR="00A466AC" w:rsidRPr="003F4D10" w14:paraId="6B2A942C" w14:textId="77777777" w:rsidTr="00A466AC">
        <w:trPr>
          <w:trHeight w:val="227"/>
        </w:trPr>
        <w:tc>
          <w:tcPr>
            <w:tcW w:w="1384" w:type="dxa"/>
            <w:vMerge/>
            <w:tcBorders>
              <w:left w:val="single" w:sz="4" w:space="0" w:color="000000"/>
              <w:right w:val="single" w:sz="4" w:space="0" w:color="000000"/>
            </w:tcBorders>
          </w:tcPr>
          <w:p w14:paraId="54F708F7"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FE1E5"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9D2D3"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9D12E" w14:textId="77777777" w:rsidR="00A466AC" w:rsidRPr="003F4D10" w:rsidRDefault="00A466AC" w:rsidP="00A466AC"/>
        </w:tc>
      </w:tr>
      <w:tr w:rsidR="00A466AC" w:rsidRPr="003F4D10" w14:paraId="140CC7BC" w14:textId="77777777" w:rsidTr="00A466AC">
        <w:trPr>
          <w:trHeight w:val="227"/>
        </w:trPr>
        <w:tc>
          <w:tcPr>
            <w:tcW w:w="1384" w:type="dxa"/>
            <w:vMerge/>
            <w:tcBorders>
              <w:left w:val="single" w:sz="4" w:space="0" w:color="000000"/>
              <w:right w:val="single" w:sz="4" w:space="0" w:color="000000"/>
            </w:tcBorders>
          </w:tcPr>
          <w:p w14:paraId="5B833A3E"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E49B1"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3DFE17"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99CB0" w14:textId="77777777" w:rsidR="00A466AC" w:rsidRPr="003F4D10" w:rsidRDefault="00A466AC" w:rsidP="00A466AC"/>
        </w:tc>
      </w:tr>
      <w:tr w:rsidR="00A466AC" w:rsidRPr="003F4D10" w14:paraId="321E04C1" w14:textId="77777777" w:rsidTr="00A466AC">
        <w:trPr>
          <w:trHeight w:val="227"/>
        </w:trPr>
        <w:tc>
          <w:tcPr>
            <w:tcW w:w="1384" w:type="dxa"/>
            <w:vMerge/>
            <w:tcBorders>
              <w:left w:val="single" w:sz="4" w:space="0" w:color="000000"/>
              <w:bottom w:val="single" w:sz="4" w:space="0" w:color="000000"/>
              <w:right w:val="single" w:sz="4" w:space="0" w:color="000000"/>
            </w:tcBorders>
            <w:tcMar>
              <w:top w:w="80" w:type="dxa"/>
              <w:left w:w="80" w:type="dxa"/>
              <w:bottom w:w="80" w:type="dxa"/>
              <w:right w:w="80" w:type="dxa"/>
            </w:tcMar>
          </w:tcPr>
          <w:p w14:paraId="495728D3" w14:textId="77777777" w:rsidR="00A466AC" w:rsidRPr="003F4D10" w:rsidRDefault="00A466AC"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602F7" w14:textId="77777777" w:rsidR="00A466AC" w:rsidRPr="003F4D10" w:rsidRDefault="00A466AC"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6C8F2D" w14:textId="77777777" w:rsidR="00A466AC" w:rsidRPr="003F4D10" w:rsidRDefault="00A466AC"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D9C33" w14:textId="77777777" w:rsidR="00A466AC" w:rsidRPr="003F4D10" w:rsidRDefault="00A466AC" w:rsidP="00A466AC"/>
        </w:tc>
      </w:tr>
      <w:tr w:rsidR="00F7513F" w:rsidRPr="003F4D10" w14:paraId="28D99191"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4A92ABE" w14:textId="77777777" w:rsidR="00F7513F" w:rsidRPr="003F4D10" w:rsidRDefault="00F7513F" w:rsidP="00A466AC"/>
        </w:tc>
      </w:tr>
      <w:tr w:rsidR="00F7513F" w:rsidRPr="003F4D10" w14:paraId="3D461B08" w14:textId="77777777" w:rsidTr="00A466AC">
        <w:trPr>
          <w:trHeight w:val="227"/>
        </w:trPr>
        <w:tc>
          <w:tcPr>
            <w:tcW w:w="13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B239A6" w14:textId="77777777" w:rsidR="00F7513F" w:rsidRPr="003F4D10" w:rsidRDefault="00F7513F" w:rsidP="00A466AC">
            <w:pPr>
              <w:pStyle w:val="Gvde"/>
              <w:rPr>
                <w:rFonts w:ascii="Times New Roman" w:eastAsia="Times New Roman" w:hAnsi="Times New Roman" w:cs="Times New Roman"/>
                <w:b/>
                <w:bCs/>
              </w:rPr>
            </w:pPr>
          </w:p>
          <w:p w14:paraId="795A6433" w14:textId="77777777" w:rsidR="00F7513F" w:rsidRPr="003F4D10" w:rsidRDefault="00F7513F" w:rsidP="00A466AC">
            <w:pPr>
              <w:pStyle w:val="Gvde"/>
            </w:pPr>
            <w:r w:rsidRPr="003F4D10">
              <w:rPr>
                <w:rFonts w:ascii="Times New Roman" w:hAnsi="Times New Roman"/>
                <w:b/>
                <w:bCs/>
              </w:rPr>
              <w:t>14. Hafta</w:t>
            </w:r>
          </w:p>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C302FF"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56BDE4"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BF91B8" w14:textId="77777777" w:rsidR="00F7513F" w:rsidRPr="003F4D10" w:rsidRDefault="00F7513F" w:rsidP="00A466AC"/>
        </w:tc>
      </w:tr>
      <w:tr w:rsidR="00F7513F" w:rsidRPr="003F4D10" w14:paraId="0D40F456"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587DDEB"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595C50"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3717AA"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93D436" w14:textId="77777777" w:rsidR="00F7513F" w:rsidRPr="003F4D10" w:rsidRDefault="00F7513F" w:rsidP="00A466AC"/>
        </w:tc>
      </w:tr>
      <w:tr w:rsidR="00F7513F" w:rsidRPr="003F4D10" w14:paraId="234932BA"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FEA3D1E"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377261"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BBBD7"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227AF" w14:textId="77777777" w:rsidR="00F7513F" w:rsidRPr="003F4D10" w:rsidRDefault="00F7513F" w:rsidP="00A466AC"/>
        </w:tc>
      </w:tr>
      <w:tr w:rsidR="00F7513F" w:rsidRPr="003F4D10" w14:paraId="09BBCFBD"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4A2BCE5B"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984929"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3B640A"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9ABAC" w14:textId="77777777" w:rsidR="00F7513F" w:rsidRPr="003F4D10" w:rsidRDefault="00F7513F" w:rsidP="00A466AC"/>
        </w:tc>
      </w:tr>
      <w:tr w:rsidR="00F7513F" w:rsidRPr="003F4D10" w14:paraId="4D92455B" w14:textId="77777777" w:rsidTr="00A466AC">
        <w:trPr>
          <w:trHeight w:val="227"/>
        </w:trPr>
        <w:tc>
          <w:tcPr>
            <w:tcW w:w="1384" w:type="dxa"/>
            <w:vMerge/>
            <w:tcBorders>
              <w:top w:val="single" w:sz="4" w:space="0" w:color="000000"/>
              <w:left w:val="single" w:sz="4" w:space="0" w:color="000000"/>
              <w:bottom w:val="single" w:sz="4" w:space="0" w:color="000000"/>
              <w:right w:val="single" w:sz="4" w:space="0" w:color="000000"/>
            </w:tcBorders>
          </w:tcPr>
          <w:p w14:paraId="051D2881" w14:textId="77777777" w:rsidR="00F7513F" w:rsidRPr="003F4D10" w:rsidRDefault="00F7513F" w:rsidP="00A466AC"/>
        </w:tc>
        <w:tc>
          <w:tcPr>
            <w:tcW w:w="3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7A219" w14:textId="77777777" w:rsidR="00F7513F" w:rsidRPr="003F4D10" w:rsidRDefault="00F7513F" w:rsidP="00A466AC"/>
        </w:tc>
        <w:tc>
          <w:tcPr>
            <w:tcW w:w="2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26CA1" w14:textId="77777777" w:rsidR="00F7513F" w:rsidRPr="003F4D10" w:rsidRDefault="00F7513F" w:rsidP="00A466AC"/>
        </w:tc>
        <w:tc>
          <w:tcPr>
            <w:tcW w:w="22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E2446" w14:textId="77777777" w:rsidR="00F7513F" w:rsidRPr="003F4D10" w:rsidRDefault="00F7513F" w:rsidP="00A466AC"/>
        </w:tc>
      </w:tr>
      <w:tr w:rsidR="00F7513F" w:rsidRPr="003F4D10" w14:paraId="414A6A60"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F7B892C" w14:textId="77777777" w:rsidR="00F7513F" w:rsidRPr="003F4D10" w:rsidRDefault="00F7513F" w:rsidP="00A466AC"/>
        </w:tc>
      </w:tr>
      <w:tr w:rsidR="00F7513F" w:rsidRPr="003F4D10" w14:paraId="473FD430" w14:textId="77777777" w:rsidTr="00A466AC">
        <w:trPr>
          <w:trHeight w:val="227"/>
        </w:trPr>
        <w:tc>
          <w:tcPr>
            <w:tcW w:w="911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DFB56C" w14:textId="77777777" w:rsidR="00F7513F" w:rsidRPr="003F4D10" w:rsidRDefault="00F7513F" w:rsidP="00A466AC"/>
        </w:tc>
      </w:tr>
      <w:tr w:rsidR="00F7513F" w:rsidRPr="003F4D10" w14:paraId="3F325158" w14:textId="77777777" w:rsidTr="00A466AC">
        <w:trPr>
          <w:trHeight w:val="227"/>
        </w:trPr>
        <w:tc>
          <w:tcPr>
            <w:tcW w:w="463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BC1B1D" w14:textId="77777777" w:rsidR="00F7513F" w:rsidRPr="003F4D10" w:rsidRDefault="00F7513F" w:rsidP="00A466AC">
            <w:pPr>
              <w:pStyle w:val="Gvde"/>
            </w:pPr>
            <w:r w:rsidRPr="003F4D10">
              <w:rPr>
                <w:rFonts w:ascii="Times New Roman" w:hAnsi="Times New Roman"/>
                <w:b/>
                <w:bCs/>
              </w:rPr>
              <w:t>Devamsızlık Süresi</w:t>
            </w:r>
          </w:p>
        </w:tc>
        <w:tc>
          <w:tcPr>
            <w:tcW w:w="448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91408" w14:textId="77777777" w:rsidR="00F7513F" w:rsidRPr="003F4D10" w:rsidRDefault="00F7513F" w:rsidP="00A466AC"/>
        </w:tc>
      </w:tr>
      <w:tr w:rsidR="00F7513F" w:rsidRPr="003F4D10" w14:paraId="7D0D88F3" w14:textId="77777777" w:rsidTr="00A466AC">
        <w:trPr>
          <w:trHeight w:val="227"/>
        </w:trPr>
        <w:tc>
          <w:tcPr>
            <w:tcW w:w="463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78007" w14:textId="77777777" w:rsidR="00F7513F" w:rsidRPr="003F4D10" w:rsidRDefault="00F7513F" w:rsidP="00A466AC"/>
        </w:tc>
        <w:tc>
          <w:tcPr>
            <w:tcW w:w="448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A744F8" w14:textId="77777777" w:rsidR="00F7513F" w:rsidRPr="003F4D10" w:rsidRDefault="00F7513F" w:rsidP="00A466AC"/>
        </w:tc>
      </w:tr>
    </w:tbl>
    <w:p w14:paraId="0B4BCE96" w14:textId="77777777" w:rsidR="00F7513F" w:rsidRPr="003F4D10" w:rsidRDefault="00F7513F" w:rsidP="00F7513F">
      <w:pPr>
        <w:pStyle w:val="Gvde"/>
        <w:widowControl w:val="0"/>
        <w:spacing w:after="0" w:line="240" w:lineRule="auto"/>
        <w:rPr>
          <w:rFonts w:ascii="Times New Roman" w:eastAsia="Times New Roman" w:hAnsi="Times New Roman" w:cs="Times New Roman"/>
          <w:b/>
          <w:bCs/>
          <w:i/>
          <w:iCs/>
        </w:rPr>
      </w:pPr>
    </w:p>
    <w:p w14:paraId="1800954E" w14:textId="14C7F621" w:rsidR="00F7513F" w:rsidRPr="00A466AC" w:rsidRDefault="00F7513F" w:rsidP="00A466AC">
      <w:pPr>
        <w:pStyle w:val="Gvde"/>
        <w:spacing w:after="0"/>
        <w:rPr>
          <w:rFonts w:ascii="Times New Roman" w:eastAsia="Times New Roman" w:hAnsi="Times New Roman" w:cs="Times New Roman"/>
          <w:b/>
          <w:bCs/>
        </w:rPr>
      </w:pP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eastAsia="Times New Roman" w:hAnsi="Times New Roman" w:cs="Times New Roman"/>
          <w:b/>
          <w:bCs/>
        </w:rPr>
        <w:tab/>
      </w:r>
      <w:r w:rsidRPr="003F4D10">
        <w:rPr>
          <w:rFonts w:ascii="Times New Roman" w:hAnsi="Times New Roman"/>
          <w:b/>
          <w:bCs/>
          <w:sz w:val="24"/>
          <w:szCs w:val="24"/>
        </w:rPr>
        <w:t>T.C.</w:t>
      </w:r>
    </w:p>
    <w:p w14:paraId="696C7FCA"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026F59E7"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04D8AD84"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0785561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214425CA"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4E6A7125"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p>
    <w:p w14:paraId="64837A09" w14:textId="77777777" w:rsidR="00F7513F" w:rsidRPr="003F4D10" w:rsidRDefault="00F7513F" w:rsidP="00F7513F">
      <w:pPr>
        <w:pStyle w:val="Gvde"/>
        <w:spacing w:after="0"/>
        <w:jc w:val="center"/>
        <w:rPr>
          <w:rFonts w:ascii="Times New Roman" w:eastAsia="Times New Roman" w:hAnsi="Times New Roman" w:cs="Times New Roman"/>
          <w:b/>
          <w:bCs/>
          <w:sz w:val="24"/>
          <w:szCs w:val="24"/>
        </w:rPr>
      </w:pPr>
      <w:r w:rsidRPr="003F4D10">
        <w:rPr>
          <w:rFonts w:ascii="Times New Roman" w:hAnsi="Times New Roman"/>
          <w:b/>
          <w:bCs/>
          <w:sz w:val="24"/>
          <w:szCs w:val="24"/>
        </w:rPr>
        <w:t>EK-12: MESLEKİ EĞİTİM DEĞERLENDİRME FORMU (SORUMLU ÖĞRETİM ELEMANI İÇİN)</w:t>
      </w:r>
    </w:p>
    <w:p w14:paraId="22ED887C"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hAnsi="Times New Roman"/>
          <w:b/>
          <w:bCs/>
          <w:i/>
          <w:iCs/>
          <w:sz w:val="24"/>
          <w:szCs w:val="24"/>
          <w:u w:val="single"/>
        </w:rPr>
        <w:t xml:space="preserve">Tarih: /    / </w:t>
      </w:r>
      <w:r w:rsidRPr="003F4D10">
        <w:rPr>
          <w:rFonts w:ascii="Times New Roman" w:hAnsi="Times New Roman"/>
          <w:b/>
          <w:bCs/>
          <w:sz w:val="24"/>
          <w:szCs w:val="24"/>
        </w:rPr>
        <w:t xml:space="preserve">  </w:t>
      </w:r>
    </w:p>
    <w:p w14:paraId="0D99AF07"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 xml:space="preserve">Öğrencinin </w:t>
      </w:r>
      <w:r w:rsidRPr="003F4D10">
        <w:rPr>
          <w:rFonts w:ascii="Times New Roman" w:hAnsi="Times New Roman"/>
          <w:b/>
          <w:bCs/>
          <w:sz w:val="24"/>
          <w:szCs w:val="24"/>
        </w:rPr>
        <w:tab/>
        <w:t>Adı Soyadı</w:t>
      </w:r>
      <w:r w:rsidRPr="003F4D10">
        <w:rPr>
          <w:rFonts w:ascii="Times New Roman" w:hAnsi="Times New Roman"/>
          <w:b/>
          <w:bCs/>
          <w:sz w:val="24"/>
          <w:szCs w:val="24"/>
        </w:rPr>
        <w:tab/>
      </w:r>
      <w:r w:rsidRPr="003F4D10">
        <w:rPr>
          <w:rFonts w:ascii="Times New Roman" w:hAnsi="Times New Roman"/>
          <w:b/>
          <w:bCs/>
          <w:sz w:val="24"/>
          <w:szCs w:val="24"/>
        </w:rPr>
        <w:tab/>
        <w:t>: …………………………………………………………</w:t>
      </w:r>
    </w:p>
    <w:p w14:paraId="5BDC58F0"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 xml:space="preserve">Öğrencinin </w:t>
      </w:r>
      <w:r w:rsidRPr="003F4D10">
        <w:rPr>
          <w:rFonts w:ascii="Times New Roman" w:hAnsi="Times New Roman"/>
          <w:b/>
          <w:bCs/>
          <w:sz w:val="24"/>
          <w:szCs w:val="24"/>
        </w:rPr>
        <w:tab/>
        <w:t>Numarası</w:t>
      </w:r>
      <w:r w:rsidRPr="003F4D10">
        <w:rPr>
          <w:rFonts w:ascii="Times New Roman" w:hAnsi="Times New Roman"/>
          <w:b/>
          <w:bCs/>
          <w:sz w:val="24"/>
          <w:szCs w:val="24"/>
        </w:rPr>
        <w:tab/>
      </w:r>
      <w:r w:rsidRPr="003F4D10">
        <w:rPr>
          <w:rFonts w:ascii="Times New Roman" w:hAnsi="Times New Roman"/>
          <w:b/>
          <w:bCs/>
          <w:sz w:val="24"/>
          <w:szCs w:val="24"/>
        </w:rPr>
        <w:tab/>
        <w:t>: …………………………………………………………</w:t>
      </w:r>
    </w:p>
    <w:p w14:paraId="2F4CCE46"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30921A2A"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700282B7" w14:textId="77777777" w:rsidR="00F7513F" w:rsidRPr="003F4D10" w:rsidRDefault="00F7513F" w:rsidP="00F7513F">
      <w:pPr>
        <w:pStyle w:val="Gvde"/>
        <w:spacing w:after="0"/>
        <w:rPr>
          <w:rFonts w:ascii="Times New Roman" w:eastAsia="Times New Roman" w:hAnsi="Times New Roman" w:cs="Times New Roman"/>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tbl>
      <w:tblPr>
        <w:tblStyle w:val="TableNormal"/>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3"/>
        <w:gridCol w:w="7380"/>
        <w:gridCol w:w="879"/>
      </w:tblGrid>
      <w:tr w:rsidR="00F7513F" w:rsidRPr="003F4D10" w14:paraId="40CB7FF0" w14:textId="77777777" w:rsidTr="00031B1B">
        <w:trPr>
          <w:trHeight w:val="1187"/>
        </w:trPr>
        <w:tc>
          <w:tcPr>
            <w:tcW w:w="818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D8EEF" w14:textId="77777777" w:rsidR="00F7513F" w:rsidRPr="003F4D10" w:rsidRDefault="00F7513F" w:rsidP="00031B1B">
            <w:pPr>
              <w:pStyle w:val="Gvde"/>
            </w:pPr>
            <w:r w:rsidRPr="003F4D10">
              <w:rPr>
                <w:rFonts w:ascii="Times New Roman" w:hAnsi="Times New Roman"/>
                <w:b/>
                <w:bCs/>
                <w:sz w:val="24"/>
                <w:szCs w:val="24"/>
              </w:rPr>
              <w:t>ÖĞRENCİNİN MESLEKİ TAVRI VE BİREYSEL ÖZELLİKLERİNE İLİŞKİN MADDELER</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1223E" w14:textId="77777777" w:rsidR="00F7513F" w:rsidRPr="003F4D10" w:rsidRDefault="00F7513F" w:rsidP="00031B1B">
            <w:pPr>
              <w:pStyle w:val="Gvde"/>
            </w:pPr>
            <w:r w:rsidRPr="003F4D10">
              <w:rPr>
                <w:rFonts w:ascii="Times New Roman" w:hAnsi="Times New Roman"/>
                <w:b/>
                <w:bCs/>
                <w:sz w:val="24"/>
                <w:szCs w:val="24"/>
              </w:rPr>
              <w:t>Puan</w:t>
            </w:r>
          </w:p>
        </w:tc>
      </w:tr>
      <w:tr w:rsidR="00F7513F" w:rsidRPr="003F4D10" w14:paraId="239F8E60"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F7E4BD"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F1C9A" w14:textId="77777777" w:rsidR="00F7513F" w:rsidRPr="003F4D10" w:rsidRDefault="00F7513F" w:rsidP="00031B1B">
            <w:pPr>
              <w:pStyle w:val="Gvde"/>
            </w:pPr>
            <w:r w:rsidRPr="003F4D10">
              <w:rPr>
                <w:rFonts w:ascii="Times New Roman" w:hAnsi="Times New Roman"/>
                <w:sz w:val="24"/>
                <w:szCs w:val="24"/>
              </w:rPr>
              <w:t>Sorumluluk alma ve yerine getirme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8EFAC" w14:textId="77777777" w:rsidR="00F7513F" w:rsidRPr="003F4D10" w:rsidRDefault="00F7513F" w:rsidP="00031B1B"/>
        </w:tc>
      </w:tr>
      <w:tr w:rsidR="00F7513F" w:rsidRPr="003F4D10" w14:paraId="11978EAC"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5BA23"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62B293" w14:textId="77777777" w:rsidR="00F7513F" w:rsidRPr="003F4D10" w:rsidRDefault="00F7513F" w:rsidP="00031B1B">
            <w:pPr>
              <w:pStyle w:val="Gvde"/>
            </w:pPr>
            <w:r w:rsidRPr="003F4D10">
              <w:rPr>
                <w:rFonts w:ascii="Times New Roman" w:hAnsi="Times New Roman"/>
                <w:sz w:val="24"/>
                <w:szCs w:val="24"/>
              </w:rPr>
              <w:t>Azim ve çaba gösterme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96D6C" w14:textId="77777777" w:rsidR="00F7513F" w:rsidRPr="003F4D10" w:rsidRDefault="00F7513F" w:rsidP="00031B1B"/>
        </w:tc>
      </w:tr>
      <w:tr w:rsidR="00F7513F" w:rsidRPr="003F4D10" w14:paraId="5E7B60A3"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490611"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7AB31C" w14:textId="77777777" w:rsidR="00F7513F" w:rsidRPr="003F4D10" w:rsidRDefault="00F7513F" w:rsidP="00031B1B">
            <w:pPr>
              <w:pStyle w:val="Gvde"/>
            </w:pPr>
            <w:r w:rsidRPr="003F4D10">
              <w:rPr>
                <w:rFonts w:ascii="Times New Roman" w:hAnsi="Times New Roman"/>
                <w:sz w:val="24"/>
                <w:szCs w:val="24"/>
              </w:rPr>
              <w:t>Kendini İfade Edebilme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361974" w14:textId="77777777" w:rsidR="00F7513F" w:rsidRPr="003F4D10" w:rsidRDefault="00F7513F" w:rsidP="00031B1B"/>
        </w:tc>
      </w:tr>
      <w:tr w:rsidR="00F7513F" w:rsidRPr="003F4D10" w14:paraId="6EC63CBC"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743D4"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31E418" w14:textId="77777777" w:rsidR="00F7513F" w:rsidRPr="003F4D10" w:rsidRDefault="00F7513F" w:rsidP="00031B1B">
            <w:pPr>
              <w:pStyle w:val="Gvde"/>
            </w:pPr>
            <w:r w:rsidRPr="003F4D10">
              <w:rPr>
                <w:rFonts w:ascii="Times New Roman" w:hAnsi="Times New Roman"/>
                <w:sz w:val="24"/>
                <w:szCs w:val="24"/>
              </w:rPr>
              <w:t>Uygulamada Karşılaştığı Sorunları Çözebilme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0862E2" w14:textId="77777777" w:rsidR="00F7513F" w:rsidRPr="003F4D10" w:rsidRDefault="00F7513F" w:rsidP="00031B1B"/>
        </w:tc>
      </w:tr>
      <w:tr w:rsidR="00F7513F" w:rsidRPr="003F4D10" w14:paraId="444D7FEB" w14:textId="77777777" w:rsidTr="00031B1B">
        <w:trPr>
          <w:trHeight w:val="6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4E0D2"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01C11E" w14:textId="77777777" w:rsidR="00F7513F" w:rsidRPr="003F4D10" w:rsidRDefault="00F7513F" w:rsidP="00031B1B">
            <w:pPr>
              <w:pStyle w:val="Gvde"/>
            </w:pPr>
            <w:r w:rsidRPr="003F4D10">
              <w:rPr>
                <w:rFonts w:ascii="Times New Roman" w:hAnsi="Times New Roman"/>
                <w:sz w:val="24"/>
                <w:szCs w:val="24"/>
              </w:rPr>
              <w:t>Güçlü ve Zayıf Yönlerinin Farkına Varabilme ve Bunları Geliştirme Yeteneği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5A53CC" w14:textId="77777777" w:rsidR="00F7513F" w:rsidRPr="003F4D10" w:rsidRDefault="00F7513F" w:rsidP="00031B1B"/>
        </w:tc>
      </w:tr>
      <w:tr w:rsidR="00F7513F" w:rsidRPr="003F4D10" w14:paraId="26163C3B"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3126CC"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A4470" w14:textId="77777777" w:rsidR="00F7513F" w:rsidRPr="003F4D10" w:rsidRDefault="00F7513F" w:rsidP="00031B1B">
            <w:pPr>
              <w:pStyle w:val="Gvde"/>
            </w:pPr>
            <w:r w:rsidRPr="003F4D10">
              <w:rPr>
                <w:rFonts w:ascii="Times New Roman" w:hAnsi="Times New Roman"/>
                <w:sz w:val="24"/>
                <w:szCs w:val="24"/>
              </w:rPr>
              <w:t>Form Yazma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105EEC" w14:textId="77777777" w:rsidR="00F7513F" w:rsidRPr="003F4D10" w:rsidRDefault="00F7513F" w:rsidP="00031B1B"/>
        </w:tc>
      </w:tr>
      <w:tr w:rsidR="00F7513F" w:rsidRPr="003F4D10" w14:paraId="34F775F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117BA1"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091F3" w14:textId="77777777" w:rsidR="00F7513F" w:rsidRPr="003F4D10" w:rsidRDefault="00F7513F" w:rsidP="00031B1B">
            <w:pPr>
              <w:pStyle w:val="Gvde"/>
            </w:pPr>
            <w:r w:rsidRPr="003F4D10">
              <w:rPr>
                <w:rFonts w:ascii="Times New Roman" w:hAnsi="Times New Roman"/>
                <w:sz w:val="24"/>
                <w:szCs w:val="24"/>
              </w:rPr>
              <w:t>Kişisel Görüşme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ABF589" w14:textId="77777777" w:rsidR="00F7513F" w:rsidRPr="003F4D10" w:rsidRDefault="00F7513F" w:rsidP="00031B1B"/>
        </w:tc>
      </w:tr>
      <w:tr w:rsidR="00F7513F" w:rsidRPr="003F4D10" w14:paraId="5691A142"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746AFB"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8DD26" w14:textId="77777777" w:rsidR="00F7513F" w:rsidRPr="003F4D10" w:rsidRDefault="00F7513F" w:rsidP="00031B1B">
            <w:pPr>
              <w:pStyle w:val="Gvde"/>
            </w:pPr>
            <w:r w:rsidRPr="003F4D10">
              <w:rPr>
                <w:rFonts w:ascii="Times New Roman" w:hAnsi="Times New Roman"/>
                <w:sz w:val="24"/>
                <w:szCs w:val="24"/>
              </w:rPr>
              <w:t>Vaka Değerlendirme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8DCF7" w14:textId="77777777" w:rsidR="00F7513F" w:rsidRPr="003F4D10" w:rsidRDefault="00F7513F" w:rsidP="00031B1B"/>
        </w:tc>
      </w:tr>
      <w:tr w:rsidR="00F7513F" w:rsidRPr="003F4D10" w14:paraId="32AF0060"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43D4A"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01154" w14:textId="77777777" w:rsidR="00F7513F" w:rsidRPr="003F4D10" w:rsidRDefault="00F7513F" w:rsidP="00031B1B">
            <w:pPr>
              <w:pStyle w:val="Gvde"/>
            </w:pPr>
            <w:r w:rsidRPr="003F4D10">
              <w:rPr>
                <w:rFonts w:ascii="Times New Roman" w:hAnsi="Times New Roman"/>
                <w:sz w:val="24"/>
                <w:szCs w:val="24"/>
              </w:rPr>
              <w:t>Sorunu Tanımlama ve Öneri Getirme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5AE5C" w14:textId="77777777" w:rsidR="00F7513F" w:rsidRPr="003F4D10" w:rsidRDefault="00F7513F" w:rsidP="00031B1B"/>
        </w:tc>
      </w:tr>
      <w:tr w:rsidR="00F7513F" w:rsidRPr="003F4D10" w14:paraId="73A11A4A"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AE2D93"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76446" w14:textId="77777777" w:rsidR="00F7513F" w:rsidRPr="003F4D10" w:rsidRDefault="00F7513F" w:rsidP="00031B1B">
            <w:pPr>
              <w:pStyle w:val="Gvde"/>
            </w:pPr>
            <w:r w:rsidRPr="003F4D10">
              <w:rPr>
                <w:rFonts w:ascii="Times New Roman" w:hAnsi="Times New Roman"/>
                <w:sz w:val="24"/>
                <w:szCs w:val="24"/>
              </w:rPr>
              <w:t>Mesleki Eğitim Yaptığı Kurum, Alan ve Mevzuat Hakkındaki bilgi düzeyi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6EC5A5" w14:textId="77777777" w:rsidR="00F7513F" w:rsidRPr="003F4D10" w:rsidRDefault="00F7513F" w:rsidP="00031B1B"/>
        </w:tc>
      </w:tr>
      <w:tr w:rsidR="00F7513F" w:rsidRPr="003F4D10" w14:paraId="79BA065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7A7070"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382D37" w14:textId="77777777" w:rsidR="00F7513F" w:rsidRPr="003F4D10" w:rsidRDefault="00F7513F" w:rsidP="00031B1B">
            <w:pPr>
              <w:pStyle w:val="Gvde"/>
            </w:pPr>
            <w:r w:rsidRPr="003F4D10">
              <w:rPr>
                <w:rFonts w:ascii="Times New Roman" w:hAnsi="Times New Roman"/>
                <w:sz w:val="24"/>
                <w:szCs w:val="24"/>
              </w:rPr>
              <w:t>Mesleki Kavramları Anlama ve Kullanabilme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B571E" w14:textId="77777777" w:rsidR="00F7513F" w:rsidRPr="003F4D10" w:rsidRDefault="00F7513F" w:rsidP="00031B1B"/>
        </w:tc>
      </w:tr>
      <w:tr w:rsidR="00F7513F" w:rsidRPr="003F4D10" w14:paraId="4C28DA6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14B42"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10A28" w14:textId="77777777" w:rsidR="00F7513F" w:rsidRPr="003F4D10" w:rsidRDefault="00F7513F" w:rsidP="00031B1B">
            <w:pPr>
              <w:pStyle w:val="Gvde"/>
            </w:pPr>
            <w:r w:rsidRPr="003F4D10">
              <w:rPr>
                <w:rFonts w:ascii="Times New Roman" w:hAnsi="Times New Roman"/>
                <w:sz w:val="24"/>
                <w:szCs w:val="24"/>
              </w:rPr>
              <w:t xml:space="preserve">Zamanında Uygulama Alanında Bulunma  </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EF58A6" w14:textId="77777777" w:rsidR="00F7513F" w:rsidRPr="003F4D10" w:rsidRDefault="00F7513F" w:rsidP="00031B1B"/>
        </w:tc>
      </w:tr>
      <w:tr w:rsidR="00F7513F" w:rsidRPr="003F4D10" w14:paraId="63BE670E"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4EA1AA"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9CDC37" w14:textId="77777777" w:rsidR="00F7513F" w:rsidRPr="003F4D10" w:rsidRDefault="00F7513F" w:rsidP="00031B1B">
            <w:pPr>
              <w:pStyle w:val="Gvde"/>
            </w:pPr>
            <w:r w:rsidRPr="003F4D10">
              <w:rPr>
                <w:rFonts w:ascii="Times New Roman" w:hAnsi="Times New Roman"/>
                <w:sz w:val="24"/>
                <w:szCs w:val="24"/>
              </w:rPr>
              <w:t>Devam durumu</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8DB36" w14:textId="77777777" w:rsidR="00F7513F" w:rsidRPr="003F4D10" w:rsidRDefault="00F7513F" w:rsidP="00031B1B"/>
        </w:tc>
      </w:tr>
      <w:tr w:rsidR="00F7513F" w:rsidRPr="003F4D10" w14:paraId="2EAD0F2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846605"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A90CD" w14:textId="77777777" w:rsidR="00F7513F" w:rsidRPr="003F4D10" w:rsidRDefault="00F7513F" w:rsidP="00031B1B">
            <w:pPr>
              <w:pStyle w:val="Gvde"/>
            </w:pPr>
            <w:r w:rsidRPr="003F4D10">
              <w:rPr>
                <w:rFonts w:ascii="Times New Roman" w:hAnsi="Times New Roman"/>
                <w:sz w:val="24"/>
                <w:szCs w:val="24"/>
              </w:rPr>
              <w:t>Kılık Kıyafet Kurallarına Uyma</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1F126" w14:textId="77777777" w:rsidR="00F7513F" w:rsidRPr="003F4D10" w:rsidRDefault="00F7513F" w:rsidP="00031B1B"/>
        </w:tc>
      </w:tr>
      <w:tr w:rsidR="00F7513F" w:rsidRPr="003F4D10" w14:paraId="75E4F88A"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A340A"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B2F50" w14:textId="77777777" w:rsidR="00F7513F" w:rsidRPr="003F4D10" w:rsidRDefault="00F7513F" w:rsidP="00031B1B">
            <w:pPr>
              <w:pStyle w:val="Gvde"/>
            </w:pPr>
            <w:r w:rsidRPr="003F4D10">
              <w:rPr>
                <w:rFonts w:ascii="Times New Roman" w:hAnsi="Times New Roman"/>
                <w:sz w:val="24"/>
                <w:szCs w:val="24"/>
              </w:rPr>
              <w:t>Kurum Çalışanlarıyla İletişim</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2D512" w14:textId="77777777" w:rsidR="00F7513F" w:rsidRPr="003F4D10" w:rsidRDefault="00F7513F" w:rsidP="00031B1B"/>
        </w:tc>
      </w:tr>
      <w:tr w:rsidR="00F7513F" w:rsidRPr="003F4D10" w14:paraId="3A42C5A2"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1FC0A3"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E2CD2" w14:textId="77777777" w:rsidR="00F7513F" w:rsidRPr="003F4D10" w:rsidRDefault="00F7513F" w:rsidP="00031B1B">
            <w:pPr>
              <w:pStyle w:val="Gvde"/>
            </w:pPr>
            <w:r w:rsidRPr="003F4D10">
              <w:rPr>
                <w:rFonts w:ascii="Times New Roman" w:hAnsi="Times New Roman"/>
                <w:sz w:val="24"/>
                <w:szCs w:val="24"/>
              </w:rPr>
              <w:t>Uygulama grubu arkadaşları ile iletişimi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A34A8" w14:textId="77777777" w:rsidR="00F7513F" w:rsidRPr="003F4D10" w:rsidRDefault="00F7513F" w:rsidP="00031B1B"/>
        </w:tc>
      </w:tr>
      <w:tr w:rsidR="00F7513F" w:rsidRPr="003F4D10" w14:paraId="7293A970"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A49EF6"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3054D" w14:textId="77777777" w:rsidR="00F7513F" w:rsidRPr="003F4D10" w:rsidRDefault="00F7513F" w:rsidP="00031B1B">
            <w:pPr>
              <w:pStyle w:val="Gvde"/>
            </w:pPr>
            <w:r w:rsidRPr="003F4D10">
              <w:rPr>
                <w:rFonts w:ascii="Times New Roman" w:hAnsi="Times New Roman"/>
                <w:sz w:val="24"/>
                <w:szCs w:val="24"/>
              </w:rPr>
              <w:t>Müracaatçı ile İletişim</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F552E" w14:textId="77777777" w:rsidR="00F7513F" w:rsidRPr="003F4D10" w:rsidRDefault="00F7513F" w:rsidP="00031B1B"/>
        </w:tc>
      </w:tr>
      <w:tr w:rsidR="00F7513F" w:rsidRPr="003F4D10" w14:paraId="6B1A5884"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824D3"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98525" w14:textId="77777777" w:rsidR="00F7513F" w:rsidRPr="003F4D10" w:rsidRDefault="00F7513F" w:rsidP="00031B1B">
            <w:pPr>
              <w:pStyle w:val="Gvde"/>
            </w:pPr>
            <w:r w:rsidRPr="003F4D10">
              <w:rPr>
                <w:rFonts w:ascii="Times New Roman" w:hAnsi="Times New Roman"/>
                <w:sz w:val="24"/>
                <w:szCs w:val="24"/>
              </w:rPr>
              <w:t>Grup sürecini yönetme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45DC1F" w14:textId="77777777" w:rsidR="00F7513F" w:rsidRPr="003F4D10" w:rsidRDefault="00F7513F" w:rsidP="00031B1B"/>
        </w:tc>
      </w:tr>
      <w:tr w:rsidR="00F7513F" w:rsidRPr="003F4D10" w14:paraId="266F7149" w14:textId="77777777" w:rsidTr="00031B1B">
        <w:trPr>
          <w:trHeight w:val="6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2B630"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44168" w14:textId="77777777" w:rsidR="00F7513F" w:rsidRPr="003F4D10" w:rsidRDefault="00F7513F" w:rsidP="00031B1B">
            <w:pPr>
              <w:pStyle w:val="Gvde"/>
            </w:pPr>
            <w:r w:rsidRPr="003F4D10">
              <w:rPr>
                <w:rFonts w:ascii="Times New Roman" w:hAnsi="Times New Roman"/>
                <w:sz w:val="24"/>
                <w:szCs w:val="24"/>
              </w:rPr>
              <w:t>Meslek elemanları ve diğer öğrenci arkadaşlarıyla ekip çalışması ve işbirliği yapabilme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DDF0E5" w14:textId="77777777" w:rsidR="00F7513F" w:rsidRPr="003F4D10" w:rsidRDefault="00F7513F" w:rsidP="00031B1B"/>
        </w:tc>
      </w:tr>
      <w:tr w:rsidR="00F7513F" w:rsidRPr="003F4D10" w14:paraId="2477B4D3"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59CD2C"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0C7AF" w14:textId="77777777" w:rsidR="00F7513F" w:rsidRPr="003F4D10" w:rsidRDefault="00F7513F" w:rsidP="00031B1B">
            <w:pPr>
              <w:pStyle w:val="Gvde"/>
            </w:pPr>
            <w:r w:rsidRPr="003F4D10">
              <w:rPr>
                <w:rFonts w:ascii="Times New Roman" w:hAnsi="Times New Roman"/>
                <w:sz w:val="24"/>
                <w:szCs w:val="24"/>
              </w:rPr>
              <w:t>Sosyal hizmetin etik ilke ve sorumluluklarına uygun davranma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994EFA" w14:textId="77777777" w:rsidR="00F7513F" w:rsidRPr="003F4D10" w:rsidRDefault="00F7513F" w:rsidP="00031B1B"/>
        </w:tc>
      </w:tr>
      <w:tr w:rsidR="00F7513F" w:rsidRPr="003F4D10" w14:paraId="3F59BB39" w14:textId="77777777" w:rsidTr="00031B1B">
        <w:trPr>
          <w:trHeight w:val="300"/>
        </w:trPr>
        <w:tc>
          <w:tcPr>
            <w:tcW w:w="818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0BAA0" w14:textId="77777777" w:rsidR="00F7513F" w:rsidRPr="003F4D10" w:rsidRDefault="00F7513F" w:rsidP="00031B1B">
            <w:pPr>
              <w:pStyle w:val="Gvde"/>
            </w:pPr>
            <w:r w:rsidRPr="003F4D10">
              <w:rPr>
                <w:rFonts w:ascii="Times New Roman" w:hAnsi="Times New Roman"/>
                <w:b/>
                <w:bCs/>
                <w:sz w:val="24"/>
                <w:szCs w:val="24"/>
              </w:rPr>
              <w:t>ÖĞRENCİNİN NOT ORTALAMASI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459E6" w14:textId="77777777" w:rsidR="00F7513F" w:rsidRPr="003F4D10" w:rsidRDefault="00F7513F" w:rsidP="00031B1B"/>
        </w:tc>
      </w:tr>
    </w:tbl>
    <w:p w14:paraId="70705E68" w14:textId="77777777" w:rsidR="00F7513F" w:rsidRPr="003F4D10" w:rsidRDefault="00F7513F" w:rsidP="00F7513F">
      <w:pPr>
        <w:pStyle w:val="Gvde"/>
        <w:widowControl w:val="0"/>
        <w:spacing w:after="0" w:line="240" w:lineRule="auto"/>
        <w:rPr>
          <w:rFonts w:ascii="Times New Roman" w:eastAsia="Times New Roman" w:hAnsi="Times New Roman" w:cs="Times New Roman"/>
          <w:sz w:val="24"/>
          <w:szCs w:val="24"/>
        </w:rPr>
      </w:pPr>
    </w:p>
    <w:p w14:paraId="21E2C0C8" w14:textId="77777777" w:rsidR="00F7513F" w:rsidRPr="003F4D10" w:rsidRDefault="00F7513F" w:rsidP="00F7513F">
      <w:pPr>
        <w:pStyle w:val="Gvde"/>
        <w:rPr>
          <w:rFonts w:ascii="Times New Roman" w:eastAsia="Times New Roman" w:hAnsi="Times New Roman" w:cs="Times New Roman"/>
          <w:sz w:val="24"/>
          <w:szCs w:val="24"/>
        </w:rPr>
      </w:pPr>
      <w:r w:rsidRPr="003F4D10">
        <w:rPr>
          <w:rFonts w:ascii="Times New Roman" w:hAnsi="Times New Roman"/>
          <w:sz w:val="24"/>
          <w:szCs w:val="24"/>
        </w:rPr>
        <w:t>Not: Lütfen verilen puanları 100 üzerinden değerlendirerek veriniz.</w:t>
      </w:r>
    </w:p>
    <w:p w14:paraId="130A7C05" w14:textId="77777777" w:rsidR="00F7513F" w:rsidRPr="003F4D10" w:rsidRDefault="00F7513F" w:rsidP="00F7513F">
      <w:pPr>
        <w:pStyle w:val="Gvde"/>
        <w:rPr>
          <w:rFonts w:ascii="Times New Roman" w:eastAsia="Times New Roman" w:hAnsi="Times New Roman" w:cs="Times New Roman"/>
          <w:b/>
          <w:bCs/>
          <w:sz w:val="24"/>
          <w:szCs w:val="24"/>
        </w:rPr>
      </w:pPr>
      <w:r w:rsidRPr="003F4D10">
        <w:rPr>
          <w:rFonts w:ascii="Times New Roman" w:hAnsi="Times New Roman"/>
          <w:b/>
          <w:bCs/>
          <w:sz w:val="24"/>
          <w:szCs w:val="24"/>
        </w:rPr>
        <w:t>Diğer Düşünce, Değerlendirme ve Önerileriniz:</w:t>
      </w:r>
    </w:p>
    <w:p w14:paraId="14448A9C" w14:textId="77777777" w:rsidR="00F7513F" w:rsidRPr="003F4D10" w:rsidRDefault="00F7513F" w:rsidP="00F7513F">
      <w:pPr>
        <w:pStyle w:val="Gvde"/>
        <w:rPr>
          <w:rFonts w:ascii="Times New Roman" w:eastAsia="Times New Roman" w:hAnsi="Times New Roman" w:cs="Times New Roman"/>
          <w:sz w:val="24"/>
          <w:szCs w:val="24"/>
        </w:rPr>
      </w:pPr>
    </w:p>
    <w:p w14:paraId="24863E64" w14:textId="77777777" w:rsidR="00F7513F" w:rsidRPr="003F4D10" w:rsidRDefault="00F7513F" w:rsidP="00F7513F">
      <w:pPr>
        <w:pStyle w:val="Gvde"/>
        <w:rPr>
          <w:rFonts w:ascii="Times New Roman" w:eastAsia="Times New Roman" w:hAnsi="Times New Roman" w:cs="Times New Roman"/>
          <w:sz w:val="24"/>
          <w:szCs w:val="24"/>
        </w:rPr>
      </w:pPr>
    </w:p>
    <w:p w14:paraId="4D145340" w14:textId="77777777" w:rsidR="00F7513F" w:rsidRPr="003F4D10" w:rsidRDefault="00F7513F" w:rsidP="00F7513F">
      <w:pPr>
        <w:pStyle w:val="Gvde"/>
        <w:rPr>
          <w:rFonts w:ascii="Times New Roman" w:eastAsia="Times New Roman" w:hAnsi="Times New Roman" w:cs="Times New Roman"/>
          <w:sz w:val="24"/>
          <w:szCs w:val="24"/>
        </w:rPr>
      </w:pPr>
    </w:p>
    <w:p w14:paraId="1FCA9EAF" w14:textId="77777777" w:rsidR="00F7513F" w:rsidRPr="003F4D10" w:rsidRDefault="00F7513F" w:rsidP="00F7513F">
      <w:pPr>
        <w:pStyle w:val="Gvde"/>
        <w:rPr>
          <w:rFonts w:ascii="Times New Roman" w:eastAsia="Times New Roman" w:hAnsi="Times New Roman" w:cs="Times New Roman"/>
          <w:sz w:val="24"/>
          <w:szCs w:val="24"/>
        </w:rPr>
      </w:pPr>
    </w:p>
    <w:p w14:paraId="3B3670A6" w14:textId="77777777" w:rsidR="00F7513F" w:rsidRPr="003F4D10" w:rsidRDefault="00F7513F" w:rsidP="00F7513F">
      <w:pPr>
        <w:pStyle w:val="Gvde"/>
        <w:rPr>
          <w:rFonts w:ascii="Times New Roman" w:eastAsia="Times New Roman" w:hAnsi="Times New Roman" w:cs="Times New Roman"/>
          <w:sz w:val="24"/>
          <w:szCs w:val="24"/>
        </w:rPr>
      </w:pPr>
    </w:p>
    <w:p w14:paraId="328C5850" w14:textId="77777777" w:rsidR="00F7513F" w:rsidRPr="003F4D10" w:rsidRDefault="00F7513F" w:rsidP="00F7513F">
      <w:pPr>
        <w:pStyle w:val="Gvde"/>
        <w:rPr>
          <w:rFonts w:ascii="Times New Roman" w:eastAsia="Times New Roman" w:hAnsi="Times New Roman" w:cs="Times New Roman"/>
          <w:sz w:val="24"/>
          <w:szCs w:val="24"/>
        </w:rPr>
      </w:pPr>
    </w:p>
    <w:p w14:paraId="4D24BDE4" w14:textId="77777777" w:rsidR="00F7513F" w:rsidRPr="003F4D10" w:rsidRDefault="00F7513F" w:rsidP="00F7513F">
      <w:pPr>
        <w:pStyle w:val="Gvde"/>
        <w:rPr>
          <w:rFonts w:ascii="Times New Roman" w:eastAsia="Times New Roman" w:hAnsi="Times New Roman" w:cs="Times New Roman"/>
          <w:sz w:val="24"/>
          <w:szCs w:val="24"/>
        </w:rPr>
      </w:pPr>
    </w:p>
    <w:p w14:paraId="1595C2F3" w14:textId="77777777" w:rsidR="00F7513F" w:rsidRPr="003F4D10" w:rsidRDefault="00F7513F" w:rsidP="00F7513F">
      <w:pPr>
        <w:pStyle w:val="Gvde"/>
        <w:rPr>
          <w:rFonts w:ascii="Times New Roman" w:eastAsia="Times New Roman" w:hAnsi="Times New Roman" w:cs="Times New Roman"/>
          <w:sz w:val="24"/>
          <w:szCs w:val="24"/>
        </w:rPr>
      </w:pPr>
    </w:p>
    <w:p w14:paraId="2D64A611" w14:textId="77777777" w:rsidR="00F7513F" w:rsidRPr="003F4D10" w:rsidRDefault="00F7513F" w:rsidP="00F7513F">
      <w:pPr>
        <w:pStyle w:val="Gvde"/>
        <w:rPr>
          <w:rFonts w:ascii="Times New Roman" w:eastAsia="Times New Roman" w:hAnsi="Times New Roman" w:cs="Times New Roman"/>
          <w:sz w:val="24"/>
          <w:szCs w:val="24"/>
        </w:rPr>
      </w:pPr>
    </w:p>
    <w:p w14:paraId="0943A016" w14:textId="77777777" w:rsidR="00F7513F" w:rsidRPr="003F4D10" w:rsidRDefault="00F7513F" w:rsidP="00F7513F">
      <w:pPr>
        <w:pStyle w:val="Gvde"/>
        <w:rPr>
          <w:rFonts w:ascii="Times New Roman" w:eastAsia="Times New Roman" w:hAnsi="Times New Roman" w:cs="Times New Roman"/>
          <w:sz w:val="24"/>
          <w:szCs w:val="24"/>
        </w:rPr>
      </w:pPr>
    </w:p>
    <w:p w14:paraId="02613188" w14:textId="77777777" w:rsidR="00F7513F" w:rsidRPr="003F4D10" w:rsidRDefault="00F7513F" w:rsidP="00F7513F">
      <w:pPr>
        <w:pStyle w:val="Gvde"/>
        <w:rPr>
          <w:rFonts w:ascii="Times New Roman" w:eastAsia="Times New Roman" w:hAnsi="Times New Roman" w:cs="Times New Roman"/>
          <w:sz w:val="24"/>
          <w:szCs w:val="24"/>
        </w:rPr>
      </w:pPr>
    </w:p>
    <w:p w14:paraId="65B5D119" w14:textId="77777777" w:rsidR="00F7513F" w:rsidRPr="003F4D10" w:rsidRDefault="00F7513F" w:rsidP="00F7513F">
      <w:pPr>
        <w:pStyle w:val="Gvde"/>
        <w:rPr>
          <w:rFonts w:ascii="Times New Roman" w:eastAsia="Times New Roman" w:hAnsi="Times New Roman" w:cs="Times New Roman"/>
          <w:sz w:val="24"/>
          <w:szCs w:val="24"/>
        </w:rPr>
      </w:pPr>
    </w:p>
    <w:p w14:paraId="0B2389C0" w14:textId="77777777" w:rsidR="00F7513F" w:rsidRPr="003F4D10" w:rsidRDefault="00F7513F" w:rsidP="00F7513F">
      <w:pPr>
        <w:pStyle w:val="Gvde"/>
        <w:rPr>
          <w:rFonts w:ascii="Times New Roman" w:eastAsia="Times New Roman" w:hAnsi="Times New Roman" w:cs="Times New Roman"/>
          <w:sz w:val="24"/>
          <w:szCs w:val="24"/>
        </w:rPr>
      </w:pPr>
    </w:p>
    <w:p w14:paraId="6D6830D0" w14:textId="77777777" w:rsidR="00F7513F" w:rsidRPr="003F4D10" w:rsidRDefault="00F7513F" w:rsidP="00F7513F">
      <w:pPr>
        <w:pStyle w:val="Gvde"/>
        <w:rPr>
          <w:rFonts w:ascii="Times New Roman" w:eastAsia="Times New Roman" w:hAnsi="Times New Roman" w:cs="Times New Roman"/>
          <w:sz w:val="24"/>
          <w:szCs w:val="24"/>
        </w:rPr>
      </w:pPr>
    </w:p>
    <w:p w14:paraId="51257FE4" w14:textId="77777777" w:rsidR="00F7513F" w:rsidRPr="003F4D10" w:rsidRDefault="00F7513F" w:rsidP="00F7513F">
      <w:pPr>
        <w:pStyle w:val="Gvde"/>
        <w:rPr>
          <w:rFonts w:ascii="Times New Roman" w:eastAsia="Times New Roman" w:hAnsi="Times New Roman" w:cs="Times New Roman"/>
          <w:sz w:val="24"/>
          <w:szCs w:val="24"/>
        </w:rPr>
      </w:pPr>
    </w:p>
    <w:p w14:paraId="038844E5" w14:textId="77777777" w:rsidR="00F7513F" w:rsidRPr="003F4D10" w:rsidRDefault="00F7513F" w:rsidP="00F7513F">
      <w:pPr>
        <w:pStyle w:val="Gvde"/>
        <w:rPr>
          <w:rFonts w:ascii="Times New Roman" w:eastAsia="Times New Roman" w:hAnsi="Times New Roman" w:cs="Times New Roman"/>
          <w:sz w:val="24"/>
          <w:szCs w:val="24"/>
        </w:rPr>
      </w:pPr>
    </w:p>
    <w:p w14:paraId="1DC7B0A7"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lastRenderedPageBreak/>
        <w:t>T.C.</w:t>
      </w:r>
    </w:p>
    <w:p w14:paraId="10D0B7A2"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MUĞLA SITKI KOÇMAN ÜNİVERSİTESİ</w:t>
      </w:r>
    </w:p>
    <w:p w14:paraId="322187D6"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SEYDİKEMER UYGULAMALI BİLİMLER YÜKSEKOKULU </w:t>
      </w:r>
    </w:p>
    <w:p w14:paraId="4B64E93E"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BÖLÜMÜ </w:t>
      </w:r>
    </w:p>
    <w:p w14:paraId="7954DAD1"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 xml:space="preserve">SOSYAL HİZMET KURULUŞUNDA MESLEKİ EĞİTİM DERSİ </w:t>
      </w:r>
    </w:p>
    <w:p w14:paraId="475B8853" w14:textId="77777777" w:rsidR="00F7513F" w:rsidRPr="003F4D10" w:rsidRDefault="00F7513F" w:rsidP="00F7513F">
      <w:pPr>
        <w:pStyle w:val="Gvde"/>
        <w:spacing w:after="0" w:line="240" w:lineRule="auto"/>
        <w:jc w:val="center"/>
        <w:rPr>
          <w:rFonts w:ascii="Times New Roman" w:eastAsia="Times New Roman" w:hAnsi="Times New Roman" w:cs="Times New Roman"/>
          <w:b/>
          <w:bCs/>
          <w:sz w:val="24"/>
          <w:szCs w:val="24"/>
        </w:rPr>
      </w:pPr>
      <w:r w:rsidRPr="003F4D10">
        <w:rPr>
          <w:rFonts w:ascii="Times New Roman" w:hAnsi="Times New Roman"/>
          <w:b/>
          <w:bCs/>
          <w:sz w:val="24"/>
          <w:szCs w:val="24"/>
        </w:rPr>
        <w:t>MESLEKİ EĞİTİM DOSYASI</w:t>
      </w:r>
    </w:p>
    <w:p w14:paraId="1D89B07F" w14:textId="77777777" w:rsidR="00F7513F" w:rsidRPr="003F4D10" w:rsidRDefault="00F7513F" w:rsidP="00F7513F">
      <w:pPr>
        <w:pStyle w:val="Gvde"/>
        <w:spacing w:after="0" w:line="240" w:lineRule="auto"/>
        <w:jc w:val="center"/>
        <w:rPr>
          <w:rFonts w:ascii="Times New Roman" w:eastAsia="Times New Roman" w:hAnsi="Times New Roman" w:cs="Times New Roman"/>
          <w:sz w:val="24"/>
          <w:szCs w:val="24"/>
        </w:rPr>
      </w:pPr>
      <w:r w:rsidRPr="003F4D10">
        <w:rPr>
          <w:rFonts w:ascii="Times New Roman" w:hAnsi="Times New Roman"/>
          <w:b/>
          <w:bCs/>
          <w:sz w:val="24"/>
          <w:szCs w:val="24"/>
        </w:rPr>
        <w:t>EK-13: MESLEKİ EĞİTİM DEĞERLENDİRME FORMU (EĞİTİCİ PERSONEL/KURUM DANIŞMANI)</w:t>
      </w:r>
    </w:p>
    <w:p w14:paraId="4644B188"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eastAsia="Times New Roman" w:hAnsi="Times New Roman" w:cs="Times New Roman"/>
          <w:b/>
          <w:bCs/>
          <w:sz w:val="24"/>
          <w:szCs w:val="24"/>
        </w:rPr>
        <w:tab/>
      </w:r>
      <w:r w:rsidRPr="003F4D10">
        <w:rPr>
          <w:rFonts w:ascii="Times New Roman" w:hAnsi="Times New Roman"/>
          <w:b/>
          <w:bCs/>
          <w:sz w:val="24"/>
          <w:szCs w:val="24"/>
          <w:u w:val="single"/>
        </w:rPr>
        <w:t xml:space="preserve">        </w:t>
      </w:r>
      <w:r w:rsidRPr="003F4D10">
        <w:rPr>
          <w:rFonts w:ascii="Times New Roman" w:hAnsi="Times New Roman"/>
          <w:b/>
          <w:bCs/>
          <w:i/>
          <w:iCs/>
          <w:sz w:val="24"/>
          <w:szCs w:val="24"/>
          <w:u w:val="single"/>
        </w:rPr>
        <w:t>Tarih :</w:t>
      </w:r>
      <w:r w:rsidRPr="003F4D10">
        <w:rPr>
          <w:rFonts w:ascii="Times New Roman" w:hAnsi="Times New Roman"/>
          <w:b/>
          <w:bCs/>
          <w:sz w:val="24"/>
          <w:szCs w:val="24"/>
          <w:u w:val="single"/>
        </w:rPr>
        <w:t xml:space="preserve">   /   /</w:t>
      </w:r>
      <w:r w:rsidRPr="003F4D10">
        <w:rPr>
          <w:rFonts w:ascii="Times New Roman" w:hAnsi="Times New Roman"/>
          <w:b/>
          <w:bCs/>
          <w:sz w:val="24"/>
          <w:szCs w:val="24"/>
        </w:rPr>
        <w:t xml:space="preserve">   </w:t>
      </w:r>
    </w:p>
    <w:p w14:paraId="545B8D7D"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Adı Soyadı</w:t>
      </w:r>
      <w:r w:rsidRPr="003F4D10">
        <w:rPr>
          <w:rFonts w:ascii="Times New Roman" w:hAnsi="Times New Roman"/>
          <w:b/>
          <w:bCs/>
          <w:sz w:val="24"/>
          <w:szCs w:val="24"/>
        </w:rPr>
        <w:tab/>
        <w:t>: …………………………………………………………</w:t>
      </w:r>
    </w:p>
    <w:p w14:paraId="574FE181"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Öğrencinin Numarası</w:t>
      </w:r>
      <w:r w:rsidRPr="003F4D10">
        <w:rPr>
          <w:rFonts w:ascii="Times New Roman" w:hAnsi="Times New Roman"/>
          <w:b/>
          <w:bCs/>
          <w:sz w:val="24"/>
          <w:szCs w:val="24"/>
        </w:rPr>
        <w:tab/>
        <w:t>: …………………………………………………………</w:t>
      </w:r>
    </w:p>
    <w:p w14:paraId="2E8AFDB0"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Mesleki Eğitim Yapılan Kurum/Kuruluş: ………………………………………………….</w:t>
      </w:r>
    </w:p>
    <w:p w14:paraId="25330B07" w14:textId="77777777" w:rsidR="00F7513F" w:rsidRPr="003F4D10" w:rsidRDefault="00F7513F" w:rsidP="00F7513F">
      <w:pPr>
        <w:pStyle w:val="Gvde"/>
        <w:spacing w:after="0" w:line="360" w:lineRule="auto"/>
        <w:jc w:val="both"/>
        <w:rPr>
          <w:rFonts w:ascii="Times New Roman" w:eastAsia="Times New Roman" w:hAnsi="Times New Roman" w:cs="Times New Roman"/>
          <w:b/>
          <w:bCs/>
          <w:sz w:val="24"/>
          <w:szCs w:val="24"/>
        </w:rPr>
      </w:pPr>
      <w:r w:rsidRPr="003F4D10">
        <w:rPr>
          <w:rFonts w:ascii="Times New Roman" w:hAnsi="Times New Roman"/>
          <w:b/>
          <w:bCs/>
          <w:sz w:val="24"/>
          <w:szCs w:val="24"/>
        </w:rPr>
        <w:t>Eğitici personel/kurum danışmanı</w:t>
      </w:r>
      <w:r w:rsidRPr="003F4D10">
        <w:rPr>
          <w:rFonts w:ascii="Times New Roman" w:hAnsi="Times New Roman"/>
          <w:b/>
          <w:bCs/>
          <w:sz w:val="24"/>
          <w:szCs w:val="24"/>
        </w:rPr>
        <w:tab/>
        <w:t>: …………………………………………………………</w:t>
      </w:r>
    </w:p>
    <w:p w14:paraId="323AC6F6" w14:textId="77777777" w:rsidR="00F7513F" w:rsidRPr="003F4D10" w:rsidRDefault="00F7513F" w:rsidP="00F7513F">
      <w:pPr>
        <w:pStyle w:val="Gvde"/>
        <w:spacing w:after="0" w:line="240" w:lineRule="auto"/>
        <w:rPr>
          <w:rFonts w:ascii="Times New Roman" w:eastAsia="Times New Roman" w:hAnsi="Times New Roman" w:cs="Times New Roman"/>
          <w:b/>
          <w:bCs/>
          <w:sz w:val="24"/>
          <w:szCs w:val="24"/>
        </w:rPr>
      </w:pPr>
      <w:r w:rsidRPr="003F4D10">
        <w:rPr>
          <w:rFonts w:ascii="Times New Roman" w:hAnsi="Times New Roman"/>
          <w:b/>
          <w:bCs/>
          <w:sz w:val="24"/>
          <w:szCs w:val="24"/>
        </w:rPr>
        <w:t>Sorumlu Öğretim Elemanı</w:t>
      </w:r>
      <w:r w:rsidRPr="003F4D10">
        <w:rPr>
          <w:rFonts w:ascii="Times New Roman" w:hAnsi="Times New Roman"/>
          <w:b/>
          <w:bCs/>
          <w:sz w:val="24"/>
          <w:szCs w:val="24"/>
        </w:rPr>
        <w:tab/>
      </w:r>
      <w:r w:rsidRPr="003F4D10">
        <w:rPr>
          <w:rFonts w:ascii="Times New Roman" w:hAnsi="Times New Roman"/>
          <w:b/>
          <w:bCs/>
          <w:sz w:val="24"/>
          <w:szCs w:val="24"/>
        </w:rPr>
        <w:tab/>
      </w:r>
      <w:proofErr w:type="gramStart"/>
      <w:r w:rsidRPr="003F4D10">
        <w:rPr>
          <w:rFonts w:ascii="Times New Roman" w:hAnsi="Times New Roman"/>
          <w:b/>
          <w:bCs/>
          <w:sz w:val="24"/>
          <w:szCs w:val="24"/>
        </w:rPr>
        <w:t>:………………………………………………………….</w:t>
      </w:r>
      <w:proofErr w:type="gramEnd"/>
    </w:p>
    <w:p w14:paraId="13EFA6C8" w14:textId="77777777" w:rsidR="00F7513F" w:rsidRPr="003F4D10" w:rsidRDefault="00F7513F" w:rsidP="00F7513F">
      <w:pPr>
        <w:pStyle w:val="Gvde"/>
        <w:spacing w:after="0" w:line="240" w:lineRule="auto"/>
        <w:rPr>
          <w:rFonts w:ascii="Times New Roman" w:eastAsia="Times New Roman" w:hAnsi="Times New Roman" w:cs="Times New Roman"/>
          <w:b/>
          <w:bCs/>
          <w:sz w:val="24"/>
          <w:szCs w:val="24"/>
        </w:rPr>
      </w:pPr>
    </w:p>
    <w:p w14:paraId="6BDE1135" w14:textId="77777777" w:rsidR="00F7513F" w:rsidRPr="00A466AC" w:rsidRDefault="00F7513F" w:rsidP="00F7513F">
      <w:pPr>
        <w:pStyle w:val="Gvde"/>
        <w:spacing w:after="0" w:line="240" w:lineRule="auto"/>
        <w:rPr>
          <w:rFonts w:ascii="Times New Roman" w:eastAsia="Times New Roman" w:hAnsi="Times New Roman" w:cs="Times New Roman"/>
          <w:sz w:val="24"/>
          <w:szCs w:val="24"/>
        </w:rPr>
      </w:pPr>
      <w:r w:rsidRPr="00A466AC">
        <w:rPr>
          <w:rFonts w:ascii="Times New Roman" w:hAnsi="Times New Roman"/>
          <w:sz w:val="24"/>
          <w:szCs w:val="24"/>
        </w:rPr>
        <w:t>Değerli Eğitici personel/kurum danışmanımız,</w:t>
      </w:r>
    </w:p>
    <w:p w14:paraId="41471431" w14:textId="77777777" w:rsidR="00F7513F" w:rsidRPr="00A466AC" w:rsidRDefault="00F7513F" w:rsidP="00F7513F">
      <w:pPr>
        <w:pStyle w:val="Gvde"/>
        <w:spacing w:after="0" w:line="240" w:lineRule="auto"/>
        <w:jc w:val="both"/>
        <w:rPr>
          <w:rFonts w:ascii="Times New Roman" w:eastAsia="Times New Roman" w:hAnsi="Times New Roman" w:cs="Times New Roman"/>
          <w:sz w:val="24"/>
          <w:szCs w:val="24"/>
        </w:rPr>
      </w:pPr>
      <w:r w:rsidRPr="00A466AC">
        <w:rPr>
          <w:rFonts w:ascii="Times New Roman" w:hAnsi="Times New Roman"/>
          <w:sz w:val="24"/>
          <w:szCs w:val="24"/>
        </w:rPr>
        <w:t>Öğrencimizin edindiği kuramsal bilgileri uygulamada kullanarak deneyim kazanması amacıyla kurumunuzda gerçekleştirdiği sosyal hizmet uygulamalarına Eğitici personel/kurum danışmanı olarak verdiğiniz katkılar bizler için çok değerlidir.</w:t>
      </w:r>
    </w:p>
    <w:p w14:paraId="5EDE71E4" w14:textId="77777777" w:rsidR="00F7513F" w:rsidRPr="00A466AC" w:rsidRDefault="00F7513F" w:rsidP="00F7513F">
      <w:pPr>
        <w:pStyle w:val="Gvde"/>
        <w:spacing w:after="0" w:line="240" w:lineRule="auto"/>
        <w:jc w:val="both"/>
        <w:rPr>
          <w:rFonts w:ascii="Times New Roman" w:eastAsia="Times New Roman" w:hAnsi="Times New Roman" w:cs="Times New Roman"/>
          <w:sz w:val="24"/>
          <w:szCs w:val="24"/>
        </w:rPr>
      </w:pPr>
      <w:r w:rsidRPr="00A466AC">
        <w:rPr>
          <w:rFonts w:ascii="Times New Roman" w:hAnsi="Times New Roman"/>
          <w:sz w:val="24"/>
          <w:szCs w:val="24"/>
        </w:rPr>
        <w:t xml:space="preserve">Sizlere göndermiş olduğumuz bu form, öğrencimizin </w:t>
      </w:r>
      <w:r w:rsidRPr="00A466AC">
        <w:rPr>
          <w:rFonts w:ascii="Times New Roman" w:hAnsi="Times New Roman" w:cs="Times New Roman"/>
          <w:sz w:val="24"/>
          <w:szCs w:val="24"/>
        </w:rPr>
        <w:t>sosyal hizmet mesleki eğitimi</w:t>
      </w:r>
      <w:r w:rsidRPr="00A466AC">
        <w:rPr>
          <w:rFonts w:ascii="Times New Roman" w:hAnsi="Times New Roman" w:cs="Times New Roman"/>
          <w:color w:val="auto"/>
          <w:sz w:val="24"/>
          <w:szCs w:val="24"/>
        </w:rPr>
        <w:t xml:space="preserve"> </w:t>
      </w:r>
      <w:r w:rsidRPr="00A466AC">
        <w:rPr>
          <w:rFonts w:ascii="Times New Roman" w:hAnsi="Times New Roman" w:cs="Times New Roman"/>
          <w:sz w:val="24"/>
          <w:szCs w:val="24"/>
        </w:rPr>
        <w:t>süresince</w:t>
      </w:r>
      <w:r w:rsidRPr="00A466AC">
        <w:rPr>
          <w:rFonts w:ascii="Times New Roman" w:hAnsi="Times New Roman"/>
          <w:sz w:val="24"/>
          <w:szCs w:val="24"/>
        </w:rPr>
        <w:t xml:space="preserve"> kişisel ve profesyonel gelişimine ilişkin becerileri ne derecede edinebildiğini saptayabilmek amacıyla hazırlanmıştır. Bu konudaki düşüncelerinizi değerlendirme formunda yer alan ölçütler çerçevesinde ilgili kısımlara puanlarınızı belirterek ve/veya varsa açıklamalarınızı form sonunda ayrılan kısma yazarak belirtmeniz öğrencilerimizin değerlendirilmesi sürecinde büyük önem taşımaktadır.</w:t>
      </w:r>
    </w:p>
    <w:p w14:paraId="16C42CB8" w14:textId="77777777" w:rsidR="00F7513F" w:rsidRPr="00A466AC" w:rsidRDefault="00F7513F" w:rsidP="00F7513F">
      <w:pPr>
        <w:pStyle w:val="Gvde"/>
        <w:spacing w:after="0" w:line="240" w:lineRule="auto"/>
        <w:jc w:val="both"/>
        <w:rPr>
          <w:rFonts w:ascii="Times New Roman" w:hAnsi="Times New Roman"/>
          <w:sz w:val="24"/>
          <w:szCs w:val="24"/>
        </w:rPr>
      </w:pPr>
      <w:r w:rsidRPr="00A466AC">
        <w:rPr>
          <w:rFonts w:ascii="Times New Roman" w:hAnsi="Times New Roman"/>
          <w:sz w:val="24"/>
          <w:szCs w:val="24"/>
        </w:rPr>
        <w:t>Bu katkılarınızdan dolayı sizlere teşekkür ederiz.</w:t>
      </w:r>
    </w:p>
    <w:p w14:paraId="150D57C5" w14:textId="77777777" w:rsidR="00ED16B3" w:rsidRPr="003F4D10" w:rsidRDefault="00ED16B3" w:rsidP="00F7513F">
      <w:pPr>
        <w:pStyle w:val="Gvde"/>
        <w:spacing w:after="0" w:line="240" w:lineRule="auto"/>
        <w:jc w:val="both"/>
        <w:rPr>
          <w:rFonts w:ascii="Times New Roman" w:eastAsia="Times New Roman" w:hAnsi="Times New Roman" w:cs="Times New Roman"/>
        </w:rPr>
      </w:pPr>
    </w:p>
    <w:tbl>
      <w:tblPr>
        <w:tblStyle w:val="TableNormal"/>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3"/>
        <w:gridCol w:w="7380"/>
        <w:gridCol w:w="879"/>
      </w:tblGrid>
      <w:tr w:rsidR="00F7513F" w:rsidRPr="003F4D10" w14:paraId="305D4524" w14:textId="77777777" w:rsidTr="00031B1B">
        <w:trPr>
          <w:trHeight w:val="1187"/>
        </w:trPr>
        <w:tc>
          <w:tcPr>
            <w:tcW w:w="818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4501A" w14:textId="77777777" w:rsidR="00F7513F" w:rsidRPr="003F4D10" w:rsidRDefault="00F7513F" w:rsidP="00031B1B">
            <w:pPr>
              <w:pStyle w:val="Gvde"/>
            </w:pPr>
            <w:r w:rsidRPr="003F4D10">
              <w:rPr>
                <w:rFonts w:ascii="Times New Roman" w:hAnsi="Times New Roman"/>
                <w:b/>
                <w:bCs/>
                <w:sz w:val="24"/>
                <w:szCs w:val="24"/>
              </w:rPr>
              <w:t>ÖĞRENCİNİN MESLEKİ TAVRI VE BİREYSEL ÖZELLİKLERİNE İLİŞKİN MADDELER</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1FDA9" w14:textId="77777777" w:rsidR="00F7513F" w:rsidRPr="003F4D10" w:rsidRDefault="00F7513F" w:rsidP="00031B1B">
            <w:pPr>
              <w:pStyle w:val="Gvde"/>
            </w:pPr>
            <w:r w:rsidRPr="003F4D10">
              <w:rPr>
                <w:rFonts w:ascii="Times New Roman" w:hAnsi="Times New Roman"/>
                <w:b/>
                <w:bCs/>
                <w:sz w:val="24"/>
                <w:szCs w:val="24"/>
              </w:rPr>
              <w:t>Puan</w:t>
            </w:r>
          </w:p>
        </w:tc>
      </w:tr>
      <w:tr w:rsidR="00F7513F" w:rsidRPr="003F4D10" w14:paraId="4E608EF3"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323C97"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4B1D68" w14:textId="77777777" w:rsidR="00F7513F" w:rsidRPr="003F4D10" w:rsidRDefault="00F7513F" w:rsidP="00031B1B">
            <w:pPr>
              <w:pStyle w:val="Gvde"/>
            </w:pPr>
            <w:r w:rsidRPr="003F4D10">
              <w:rPr>
                <w:rFonts w:ascii="Times New Roman" w:hAnsi="Times New Roman"/>
                <w:sz w:val="24"/>
                <w:szCs w:val="24"/>
              </w:rPr>
              <w:t>Sorumluluk alma ve yerine getirme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41399" w14:textId="77777777" w:rsidR="00F7513F" w:rsidRPr="003F4D10" w:rsidRDefault="00F7513F" w:rsidP="00031B1B"/>
        </w:tc>
      </w:tr>
      <w:tr w:rsidR="00F7513F" w:rsidRPr="003F4D10" w14:paraId="470ED1E4"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8ED39"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918198" w14:textId="77777777" w:rsidR="00F7513F" w:rsidRPr="003F4D10" w:rsidRDefault="00F7513F" w:rsidP="00031B1B">
            <w:pPr>
              <w:pStyle w:val="Gvde"/>
            </w:pPr>
            <w:r w:rsidRPr="003F4D10">
              <w:rPr>
                <w:rFonts w:ascii="Times New Roman" w:hAnsi="Times New Roman"/>
                <w:sz w:val="24"/>
                <w:szCs w:val="24"/>
              </w:rPr>
              <w:t>Azim ve çaba gösterme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56E8C" w14:textId="77777777" w:rsidR="00F7513F" w:rsidRPr="003F4D10" w:rsidRDefault="00F7513F" w:rsidP="00031B1B"/>
        </w:tc>
      </w:tr>
      <w:tr w:rsidR="00F7513F" w:rsidRPr="003F4D10" w14:paraId="0B269343"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6FA49"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C8FEC" w14:textId="77777777" w:rsidR="00F7513F" w:rsidRPr="003F4D10" w:rsidRDefault="00F7513F" w:rsidP="00031B1B">
            <w:pPr>
              <w:pStyle w:val="Gvde"/>
            </w:pPr>
            <w:r w:rsidRPr="003F4D10">
              <w:rPr>
                <w:rFonts w:ascii="Times New Roman" w:hAnsi="Times New Roman"/>
                <w:sz w:val="24"/>
                <w:szCs w:val="24"/>
              </w:rPr>
              <w:t>Kendini İfade Edebilme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A1C8F" w14:textId="77777777" w:rsidR="00F7513F" w:rsidRPr="003F4D10" w:rsidRDefault="00F7513F" w:rsidP="00031B1B"/>
        </w:tc>
      </w:tr>
      <w:tr w:rsidR="00F7513F" w:rsidRPr="003F4D10" w14:paraId="64BCC3CA"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EC27D0"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0326D" w14:textId="77777777" w:rsidR="00F7513F" w:rsidRPr="003F4D10" w:rsidRDefault="00F7513F" w:rsidP="00031B1B">
            <w:pPr>
              <w:pStyle w:val="Gvde"/>
            </w:pPr>
            <w:r w:rsidRPr="003F4D10">
              <w:rPr>
                <w:rFonts w:ascii="Times New Roman" w:hAnsi="Times New Roman"/>
                <w:sz w:val="24"/>
                <w:szCs w:val="24"/>
              </w:rPr>
              <w:t>Uygulamada Karşılaştığı Sorunları Çözebilme</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5B4D99" w14:textId="77777777" w:rsidR="00F7513F" w:rsidRPr="003F4D10" w:rsidRDefault="00F7513F" w:rsidP="00031B1B"/>
        </w:tc>
      </w:tr>
      <w:tr w:rsidR="00F7513F" w:rsidRPr="003F4D10" w14:paraId="5D9EB679" w14:textId="77777777" w:rsidTr="00031B1B">
        <w:trPr>
          <w:trHeight w:val="6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01B16"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0BFAC0" w14:textId="77777777" w:rsidR="00F7513F" w:rsidRPr="003F4D10" w:rsidRDefault="00F7513F" w:rsidP="00031B1B">
            <w:pPr>
              <w:pStyle w:val="Gvde"/>
            </w:pPr>
            <w:r w:rsidRPr="003F4D10">
              <w:rPr>
                <w:rFonts w:ascii="Times New Roman" w:hAnsi="Times New Roman"/>
                <w:sz w:val="24"/>
                <w:szCs w:val="24"/>
              </w:rPr>
              <w:t>Güçlü ve Zayıf Yönlerinin Farkına Varabilme ve Bunları Geliştirme Yeteneği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F76D7" w14:textId="77777777" w:rsidR="00F7513F" w:rsidRPr="003F4D10" w:rsidRDefault="00F7513F" w:rsidP="00031B1B"/>
        </w:tc>
      </w:tr>
      <w:tr w:rsidR="00F7513F" w:rsidRPr="003F4D10" w14:paraId="35109685"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CB2BC8"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5B6536" w14:textId="77777777" w:rsidR="00F7513F" w:rsidRPr="003F4D10" w:rsidRDefault="00F7513F" w:rsidP="00031B1B">
            <w:pPr>
              <w:pStyle w:val="Gvde"/>
            </w:pPr>
            <w:r w:rsidRPr="003F4D10">
              <w:rPr>
                <w:rFonts w:ascii="Times New Roman" w:hAnsi="Times New Roman"/>
                <w:sz w:val="24"/>
                <w:szCs w:val="24"/>
              </w:rPr>
              <w:t>Rapor Yazma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67C05" w14:textId="77777777" w:rsidR="00F7513F" w:rsidRPr="003F4D10" w:rsidRDefault="00F7513F" w:rsidP="00031B1B"/>
        </w:tc>
      </w:tr>
      <w:tr w:rsidR="00F7513F" w:rsidRPr="003F4D10" w14:paraId="33A8345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B49D3"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FC17DE" w14:textId="77777777" w:rsidR="00F7513F" w:rsidRPr="003F4D10" w:rsidRDefault="00F7513F" w:rsidP="00031B1B">
            <w:pPr>
              <w:pStyle w:val="Gvde"/>
            </w:pPr>
            <w:r w:rsidRPr="003F4D10">
              <w:rPr>
                <w:rFonts w:ascii="Times New Roman" w:hAnsi="Times New Roman"/>
                <w:sz w:val="24"/>
                <w:szCs w:val="24"/>
              </w:rPr>
              <w:t>Kişisel Görüşme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2C6EED" w14:textId="77777777" w:rsidR="00F7513F" w:rsidRPr="003F4D10" w:rsidRDefault="00F7513F" w:rsidP="00031B1B"/>
        </w:tc>
      </w:tr>
      <w:tr w:rsidR="00F7513F" w:rsidRPr="003F4D10" w14:paraId="0F635FEC"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BE66F"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41674" w14:textId="77777777" w:rsidR="00F7513F" w:rsidRPr="003F4D10" w:rsidRDefault="00F7513F" w:rsidP="00031B1B">
            <w:pPr>
              <w:pStyle w:val="Gvde"/>
            </w:pPr>
            <w:r w:rsidRPr="003F4D10">
              <w:rPr>
                <w:rFonts w:ascii="Times New Roman" w:hAnsi="Times New Roman"/>
                <w:sz w:val="24"/>
                <w:szCs w:val="24"/>
              </w:rPr>
              <w:t>Vaka Değerlendirme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E29B8" w14:textId="77777777" w:rsidR="00F7513F" w:rsidRPr="003F4D10" w:rsidRDefault="00F7513F" w:rsidP="00031B1B"/>
        </w:tc>
      </w:tr>
      <w:tr w:rsidR="00F7513F" w:rsidRPr="003F4D10" w14:paraId="070A1FA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639FAC"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F17980" w14:textId="77777777" w:rsidR="00F7513F" w:rsidRPr="003F4D10" w:rsidRDefault="00F7513F" w:rsidP="00031B1B">
            <w:pPr>
              <w:pStyle w:val="Gvde"/>
            </w:pPr>
            <w:r w:rsidRPr="003F4D10">
              <w:rPr>
                <w:rFonts w:ascii="Times New Roman" w:hAnsi="Times New Roman"/>
                <w:sz w:val="24"/>
                <w:szCs w:val="24"/>
              </w:rPr>
              <w:t>Sorunu Tanımlama ve Öneri Getirme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F129F" w14:textId="77777777" w:rsidR="00F7513F" w:rsidRPr="003F4D10" w:rsidRDefault="00F7513F" w:rsidP="00031B1B"/>
        </w:tc>
      </w:tr>
      <w:tr w:rsidR="00F7513F" w:rsidRPr="003F4D10" w14:paraId="633D7358"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6C0A01"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C889C7" w14:textId="77777777" w:rsidR="00F7513F" w:rsidRPr="003F4D10" w:rsidRDefault="00F7513F" w:rsidP="00031B1B">
            <w:pPr>
              <w:pStyle w:val="Gvde"/>
            </w:pPr>
            <w:r w:rsidRPr="003F4D10">
              <w:rPr>
                <w:rFonts w:ascii="Times New Roman" w:hAnsi="Times New Roman"/>
                <w:sz w:val="24"/>
                <w:szCs w:val="24"/>
              </w:rPr>
              <w:t>Mesleki Eğitim Yaptığı Kurum, Alan ve Mevzuat Hakkındaki bilgi düzeyi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5A60B9" w14:textId="77777777" w:rsidR="00F7513F" w:rsidRPr="003F4D10" w:rsidRDefault="00F7513F" w:rsidP="00031B1B"/>
        </w:tc>
      </w:tr>
      <w:tr w:rsidR="00F7513F" w:rsidRPr="003F4D10" w14:paraId="00CC6CFA"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EE484"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164DB" w14:textId="77777777" w:rsidR="00F7513F" w:rsidRPr="003F4D10" w:rsidRDefault="00F7513F" w:rsidP="00031B1B">
            <w:pPr>
              <w:pStyle w:val="Gvde"/>
            </w:pPr>
            <w:r w:rsidRPr="003F4D10">
              <w:rPr>
                <w:rFonts w:ascii="Times New Roman" w:hAnsi="Times New Roman"/>
                <w:sz w:val="24"/>
                <w:szCs w:val="24"/>
              </w:rPr>
              <w:t>Mesleki Kavramları Anlama ve Kullanabilme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71BA5" w14:textId="77777777" w:rsidR="00F7513F" w:rsidRPr="003F4D10" w:rsidRDefault="00F7513F" w:rsidP="00031B1B"/>
        </w:tc>
      </w:tr>
      <w:tr w:rsidR="00F7513F" w:rsidRPr="003F4D10" w14:paraId="0719A261"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D52BE"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DC050A" w14:textId="77777777" w:rsidR="00F7513F" w:rsidRPr="003F4D10" w:rsidRDefault="00F7513F" w:rsidP="00031B1B">
            <w:pPr>
              <w:pStyle w:val="Gvde"/>
            </w:pPr>
            <w:r w:rsidRPr="003F4D10">
              <w:rPr>
                <w:rFonts w:ascii="Times New Roman" w:hAnsi="Times New Roman"/>
                <w:sz w:val="24"/>
                <w:szCs w:val="24"/>
              </w:rPr>
              <w:t xml:space="preserve">Zamanında Uygulama Alanında Bulunma  </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A108D" w14:textId="77777777" w:rsidR="00F7513F" w:rsidRPr="003F4D10" w:rsidRDefault="00F7513F" w:rsidP="00031B1B"/>
        </w:tc>
      </w:tr>
      <w:tr w:rsidR="00F7513F" w:rsidRPr="003F4D10" w14:paraId="27EDB566"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71CB4"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9531CE" w14:textId="77777777" w:rsidR="00F7513F" w:rsidRPr="003F4D10" w:rsidRDefault="00F7513F" w:rsidP="00031B1B">
            <w:pPr>
              <w:pStyle w:val="Gvde"/>
            </w:pPr>
            <w:r w:rsidRPr="003F4D10">
              <w:rPr>
                <w:rFonts w:ascii="Times New Roman" w:hAnsi="Times New Roman"/>
                <w:sz w:val="24"/>
                <w:szCs w:val="24"/>
              </w:rPr>
              <w:t>Devam durumu</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494D0" w14:textId="77777777" w:rsidR="00F7513F" w:rsidRPr="003F4D10" w:rsidRDefault="00F7513F" w:rsidP="00031B1B"/>
        </w:tc>
      </w:tr>
      <w:tr w:rsidR="00F7513F" w:rsidRPr="003F4D10" w14:paraId="041D8D45"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54C89E"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A148F1" w14:textId="77777777" w:rsidR="00F7513F" w:rsidRPr="003F4D10" w:rsidRDefault="00F7513F" w:rsidP="00031B1B">
            <w:pPr>
              <w:pStyle w:val="Gvde"/>
            </w:pPr>
            <w:r w:rsidRPr="003F4D10">
              <w:rPr>
                <w:rFonts w:ascii="Times New Roman" w:hAnsi="Times New Roman"/>
                <w:sz w:val="24"/>
                <w:szCs w:val="24"/>
              </w:rPr>
              <w:t>Kılık Kıyafet Kurallarına Uyma</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77FC79" w14:textId="77777777" w:rsidR="00F7513F" w:rsidRPr="003F4D10" w:rsidRDefault="00F7513F" w:rsidP="00031B1B"/>
        </w:tc>
      </w:tr>
      <w:tr w:rsidR="00F7513F" w:rsidRPr="003F4D10" w14:paraId="3A0F7913"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150CD"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45C648" w14:textId="77777777" w:rsidR="00F7513F" w:rsidRPr="003F4D10" w:rsidRDefault="00F7513F" w:rsidP="00031B1B">
            <w:pPr>
              <w:pStyle w:val="Gvde"/>
            </w:pPr>
            <w:r w:rsidRPr="003F4D10">
              <w:rPr>
                <w:rFonts w:ascii="Times New Roman" w:hAnsi="Times New Roman"/>
                <w:sz w:val="24"/>
                <w:szCs w:val="24"/>
              </w:rPr>
              <w:t>Kurum Çalışanlarıyla İletişim</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D46ABB" w14:textId="77777777" w:rsidR="00F7513F" w:rsidRPr="003F4D10" w:rsidRDefault="00F7513F" w:rsidP="00031B1B"/>
        </w:tc>
      </w:tr>
      <w:tr w:rsidR="00F7513F" w:rsidRPr="003F4D10" w14:paraId="705F6F1A"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A4B261"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5C2356" w14:textId="77777777" w:rsidR="00F7513F" w:rsidRPr="003F4D10" w:rsidRDefault="00F7513F" w:rsidP="00031B1B">
            <w:pPr>
              <w:pStyle w:val="Gvde"/>
            </w:pPr>
            <w:r w:rsidRPr="003F4D10">
              <w:rPr>
                <w:rFonts w:ascii="Times New Roman" w:hAnsi="Times New Roman"/>
                <w:sz w:val="24"/>
                <w:szCs w:val="24"/>
              </w:rPr>
              <w:t>Uygulama grubu arkadaşları ile iletişimi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44387" w14:textId="77777777" w:rsidR="00F7513F" w:rsidRPr="003F4D10" w:rsidRDefault="00F7513F" w:rsidP="00031B1B"/>
        </w:tc>
      </w:tr>
      <w:tr w:rsidR="00F7513F" w:rsidRPr="003F4D10" w14:paraId="6B2DE6F6"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362937"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D7E4B1" w14:textId="77777777" w:rsidR="00F7513F" w:rsidRPr="003F4D10" w:rsidRDefault="00F7513F" w:rsidP="00031B1B">
            <w:pPr>
              <w:pStyle w:val="Gvde"/>
            </w:pPr>
            <w:r w:rsidRPr="003F4D10">
              <w:rPr>
                <w:rFonts w:ascii="Times New Roman" w:hAnsi="Times New Roman"/>
                <w:sz w:val="24"/>
                <w:szCs w:val="24"/>
              </w:rPr>
              <w:t>Müracaatçı ile İletişim</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D3F9B" w14:textId="77777777" w:rsidR="00F7513F" w:rsidRPr="003F4D10" w:rsidRDefault="00F7513F" w:rsidP="00031B1B"/>
        </w:tc>
      </w:tr>
      <w:tr w:rsidR="00F7513F" w:rsidRPr="003F4D10" w14:paraId="0F55A706"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25A69"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534F55" w14:textId="77777777" w:rsidR="00F7513F" w:rsidRPr="003F4D10" w:rsidRDefault="00F7513F" w:rsidP="00031B1B">
            <w:pPr>
              <w:pStyle w:val="Gvde"/>
            </w:pPr>
            <w:r w:rsidRPr="003F4D10">
              <w:rPr>
                <w:rFonts w:ascii="Times New Roman" w:hAnsi="Times New Roman"/>
                <w:sz w:val="24"/>
                <w:szCs w:val="24"/>
              </w:rPr>
              <w:t>Grup sürecini yönetme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7138C" w14:textId="77777777" w:rsidR="00F7513F" w:rsidRPr="003F4D10" w:rsidRDefault="00F7513F" w:rsidP="00031B1B"/>
        </w:tc>
      </w:tr>
      <w:tr w:rsidR="00F7513F" w:rsidRPr="003F4D10" w14:paraId="164F5EFF" w14:textId="77777777" w:rsidTr="00031B1B">
        <w:trPr>
          <w:trHeight w:val="6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53764"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AE998" w14:textId="77777777" w:rsidR="00F7513F" w:rsidRPr="003F4D10" w:rsidRDefault="00F7513F" w:rsidP="00031B1B">
            <w:pPr>
              <w:pStyle w:val="Gvde"/>
            </w:pPr>
            <w:r w:rsidRPr="003F4D10">
              <w:rPr>
                <w:rFonts w:ascii="Times New Roman" w:hAnsi="Times New Roman"/>
                <w:sz w:val="24"/>
                <w:szCs w:val="24"/>
              </w:rPr>
              <w:t>Meslek elemanları ve diğer öğrenci arkadaşlarıyla ekip çalışması ve işbirliği yapabilme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04622" w14:textId="77777777" w:rsidR="00F7513F" w:rsidRPr="003F4D10" w:rsidRDefault="00F7513F" w:rsidP="00031B1B"/>
        </w:tc>
      </w:tr>
      <w:tr w:rsidR="00F7513F" w:rsidRPr="003F4D10" w14:paraId="136AF7AC" w14:textId="77777777" w:rsidTr="00031B1B">
        <w:trPr>
          <w:trHeight w:val="300"/>
        </w:trPr>
        <w:tc>
          <w:tcPr>
            <w:tcW w:w="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FC0B8A" w14:textId="77777777" w:rsidR="00F7513F" w:rsidRPr="003F4D10" w:rsidRDefault="00F7513F" w:rsidP="00031B1B"/>
        </w:tc>
        <w:tc>
          <w:tcPr>
            <w:tcW w:w="7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3A218" w14:textId="77777777" w:rsidR="00F7513F" w:rsidRPr="003F4D10" w:rsidRDefault="00F7513F" w:rsidP="00031B1B">
            <w:pPr>
              <w:pStyle w:val="Gvde"/>
            </w:pPr>
            <w:r w:rsidRPr="003F4D10">
              <w:rPr>
                <w:rFonts w:ascii="Times New Roman" w:hAnsi="Times New Roman"/>
                <w:sz w:val="24"/>
                <w:szCs w:val="24"/>
              </w:rPr>
              <w:t>Sosyal hizmetin etik ilke ve sorumluluklarına uygun davranma becerisi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E6164" w14:textId="77777777" w:rsidR="00F7513F" w:rsidRPr="003F4D10" w:rsidRDefault="00F7513F" w:rsidP="00031B1B"/>
        </w:tc>
      </w:tr>
      <w:tr w:rsidR="00F7513F" w:rsidRPr="003F4D10" w14:paraId="74483906" w14:textId="77777777" w:rsidTr="00031B1B">
        <w:trPr>
          <w:trHeight w:val="300"/>
        </w:trPr>
        <w:tc>
          <w:tcPr>
            <w:tcW w:w="818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C39C2" w14:textId="77777777" w:rsidR="00F7513F" w:rsidRPr="003F4D10" w:rsidRDefault="00F7513F" w:rsidP="00031B1B">
            <w:pPr>
              <w:pStyle w:val="Gvde"/>
            </w:pPr>
            <w:r w:rsidRPr="003F4D10">
              <w:rPr>
                <w:rFonts w:ascii="Times New Roman" w:hAnsi="Times New Roman"/>
                <w:sz w:val="24"/>
                <w:szCs w:val="24"/>
              </w:rPr>
              <w:t>ÖĞRENCİNİN NOT ORTALAMASI</w:t>
            </w:r>
          </w:p>
        </w:tc>
        <w:tc>
          <w:tcPr>
            <w:tcW w:w="8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308AC3" w14:textId="77777777" w:rsidR="00F7513F" w:rsidRPr="003F4D10" w:rsidRDefault="00F7513F" w:rsidP="00031B1B"/>
        </w:tc>
      </w:tr>
    </w:tbl>
    <w:p w14:paraId="34139B0B" w14:textId="77777777" w:rsidR="00F024F6" w:rsidRDefault="00F024F6" w:rsidP="00CA4DE3">
      <w:pPr>
        <w:rPr>
          <w:lang w:val="tr-TR"/>
        </w:rPr>
      </w:pPr>
    </w:p>
    <w:p w14:paraId="57DFB233" w14:textId="77777777" w:rsidR="00864541" w:rsidRPr="003F4D10" w:rsidRDefault="00864541" w:rsidP="00864541">
      <w:pPr>
        <w:pStyle w:val="Gvde"/>
        <w:rPr>
          <w:rFonts w:ascii="Times New Roman" w:eastAsia="Times New Roman" w:hAnsi="Times New Roman" w:cs="Times New Roman"/>
          <w:sz w:val="24"/>
          <w:szCs w:val="24"/>
        </w:rPr>
      </w:pPr>
      <w:r w:rsidRPr="003F4D10">
        <w:rPr>
          <w:rFonts w:ascii="Times New Roman" w:hAnsi="Times New Roman"/>
          <w:sz w:val="24"/>
          <w:szCs w:val="24"/>
        </w:rPr>
        <w:t>Not: Lütfen verilen puanları 100 üzerinden değerlendirerek veriniz.</w:t>
      </w:r>
    </w:p>
    <w:p w14:paraId="3BC42824" w14:textId="77777777" w:rsidR="00864541" w:rsidRPr="003F4D10" w:rsidRDefault="00864541" w:rsidP="00864541">
      <w:pPr>
        <w:pStyle w:val="Gvde"/>
        <w:rPr>
          <w:rFonts w:ascii="Times New Roman" w:eastAsia="Times New Roman" w:hAnsi="Times New Roman" w:cs="Times New Roman"/>
          <w:b/>
          <w:bCs/>
          <w:sz w:val="24"/>
          <w:szCs w:val="24"/>
        </w:rPr>
      </w:pPr>
      <w:r w:rsidRPr="003F4D10">
        <w:rPr>
          <w:rFonts w:ascii="Times New Roman" w:hAnsi="Times New Roman"/>
          <w:b/>
          <w:bCs/>
          <w:sz w:val="24"/>
          <w:szCs w:val="24"/>
        </w:rPr>
        <w:t>Diğer Düşünce, Değerlendirme ve Önerileriniz:</w:t>
      </w:r>
    </w:p>
    <w:p w14:paraId="46CA3F00" w14:textId="77777777" w:rsidR="00864541" w:rsidRPr="003F4D10" w:rsidRDefault="00864541" w:rsidP="00CA4DE3">
      <w:pPr>
        <w:rPr>
          <w:lang w:val="tr-TR"/>
        </w:rPr>
      </w:pPr>
    </w:p>
    <w:sectPr w:rsidR="00864541" w:rsidRPr="003F4D10"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5A239AD"/>
    <w:multiLevelType w:val="hybridMultilevel"/>
    <w:tmpl w:val="AC6C2BFC"/>
    <w:styleLink w:val="eAktarlan2Stili"/>
    <w:lvl w:ilvl="0" w:tplc="E4202E4E">
      <w:start w:val="1"/>
      <w:numFmt w:val="lowerLetter"/>
      <w:lvlText w:val="%1)"/>
      <w:lvlJc w:val="left"/>
      <w:pPr>
        <w:tabs>
          <w:tab w:val="num" w:pos="1037"/>
        </w:tabs>
        <w:ind w:left="753" w:hanging="1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68947A">
      <w:start w:val="1"/>
      <w:numFmt w:val="lowerLetter"/>
      <w:lvlText w:val="%2."/>
      <w:lvlJc w:val="left"/>
      <w:pPr>
        <w:tabs>
          <w:tab w:val="num" w:pos="708"/>
        </w:tabs>
        <w:ind w:left="424" w:hanging="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AEF446">
      <w:start w:val="1"/>
      <w:numFmt w:val="lowerRoman"/>
      <w:lvlText w:val="%3."/>
      <w:lvlJc w:val="left"/>
      <w:pPr>
        <w:tabs>
          <w:tab w:val="num" w:pos="1288"/>
        </w:tabs>
        <w:ind w:left="1004" w:hanging="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E4F2C0">
      <w:start w:val="1"/>
      <w:numFmt w:val="decimal"/>
      <w:lvlText w:val="%4."/>
      <w:lvlJc w:val="left"/>
      <w:pPr>
        <w:tabs>
          <w:tab w:val="num" w:pos="2008"/>
        </w:tabs>
        <w:ind w:left="1724" w:hanging="1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D018A6">
      <w:start w:val="1"/>
      <w:numFmt w:val="lowerLetter"/>
      <w:lvlText w:val="%5."/>
      <w:lvlJc w:val="left"/>
      <w:pPr>
        <w:tabs>
          <w:tab w:val="num" w:pos="2728"/>
        </w:tabs>
        <w:ind w:left="2444" w:hanging="1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0DB36">
      <w:start w:val="1"/>
      <w:numFmt w:val="lowerRoman"/>
      <w:lvlText w:val="%6."/>
      <w:lvlJc w:val="left"/>
      <w:pPr>
        <w:tabs>
          <w:tab w:val="num" w:pos="3448"/>
        </w:tabs>
        <w:ind w:left="3164"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3CFF36">
      <w:start w:val="1"/>
      <w:numFmt w:val="decimal"/>
      <w:lvlText w:val="%7."/>
      <w:lvlJc w:val="left"/>
      <w:pPr>
        <w:tabs>
          <w:tab w:val="num" w:pos="4168"/>
        </w:tabs>
        <w:ind w:left="3884" w:hanging="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50EF7E">
      <w:start w:val="1"/>
      <w:numFmt w:val="lowerLetter"/>
      <w:lvlText w:val="%8."/>
      <w:lvlJc w:val="left"/>
      <w:pPr>
        <w:tabs>
          <w:tab w:val="num" w:pos="4888"/>
        </w:tabs>
        <w:ind w:left="4604" w:hanging="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3E006C">
      <w:start w:val="1"/>
      <w:numFmt w:val="lowerRoman"/>
      <w:lvlText w:val="%9."/>
      <w:lvlJc w:val="left"/>
      <w:pPr>
        <w:tabs>
          <w:tab w:val="num" w:pos="5608"/>
        </w:tabs>
        <w:ind w:left="5324" w:firstLine="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B142F40"/>
    <w:multiLevelType w:val="hybridMultilevel"/>
    <w:tmpl w:val="AC6C2BFC"/>
    <w:numStyleLink w:val="eAktarlan2Stili"/>
  </w:abstractNum>
  <w:abstractNum w:abstractNumId="11" w15:restartNumberingAfterBreak="0">
    <w:nsid w:val="0F7D71B7"/>
    <w:multiLevelType w:val="multilevel"/>
    <w:tmpl w:val="B5BEE514"/>
    <w:numStyleLink w:val="eAktarlan5Stili"/>
  </w:abstractNum>
  <w:abstractNum w:abstractNumId="12" w15:restartNumberingAfterBreak="0">
    <w:nsid w:val="14AA0432"/>
    <w:multiLevelType w:val="multilevel"/>
    <w:tmpl w:val="23A6E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23745E"/>
    <w:multiLevelType w:val="hybridMultilevel"/>
    <w:tmpl w:val="C136B7B8"/>
    <w:numStyleLink w:val="eAktarlan4Stili"/>
  </w:abstractNum>
  <w:abstractNum w:abstractNumId="14" w15:restartNumberingAfterBreak="0">
    <w:nsid w:val="18C20D6B"/>
    <w:multiLevelType w:val="hybridMultilevel"/>
    <w:tmpl w:val="057A80FC"/>
    <w:numStyleLink w:val="eAktarlan6Stili"/>
  </w:abstractNum>
  <w:abstractNum w:abstractNumId="15" w15:restartNumberingAfterBreak="0">
    <w:nsid w:val="1B2107C0"/>
    <w:multiLevelType w:val="hybridMultilevel"/>
    <w:tmpl w:val="0340009C"/>
    <w:styleLink w:val="eAktarlan7Stili"/>
    <w:lvl w:ilvl="0" w:tplc="C422D26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FACFA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B64C3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3828C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8ACC7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2A1402">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60CD9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5268A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AFB3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CB91340"/>
    <w:multiLevelType w:val="hybridMultilevel"/>
    <w:tmpl w:val="481238B0"/>
    <w:numStyleLink w:val="eAktarlan1Stili"/>
  </w:abstractNum>
  <w:abstractNum w:abstractNumId="17" w15:restartNumberingAfterBreak="0">
    <w:nsid w:val="1D504D50"/>
    <w:multiLevelType w:val="hybridMultilevel"/>
    <w:tmpl w:val="77DEDFE2"/>
    <w:styleLink w:val="eAktarlan9Stili"/>
    <w:lvl w:ilvl="0" w:tplc="84DA29F4">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16ECF6">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A2F6A4">
      <w:start w:val="1"/>
      <w:numFmt w:val="lowerRoman"/>
      <w:lvlText w:val="%3."/>
      <w:lvlJc w:val="left"/>
      <w:pPr>
        <w:ind w:left="25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467FE4">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68FB0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2A0BFC">
      <w:start w:val="1"/>
      <w:numFmt w:val="lowerRoman"/>
      <w:lvlText w:val="%6."/>
      <w:lvlJc w:val="left"/>
      <w:pPr>
        <w:ind w:left="46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18758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FA8F7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A228E8">
      <w:start w:val="1"/>
      <w:numFmt w:val="lowerRoman"/>
      <w:lvlText w:val="%9."/>
      <w:lvlJc w:val="left"/>
      <w:pPr>
        <w:ind w:left="68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F007DF2"/>
    <w:multiLevelType w:val="hybridMultilevel"/>
    <w:tmpl w:val="1C926574"/>
    <w:styleLink w:val="eAktarlan8Stili"/>
    <w:lvl w:ilvl="0" w:tplc="8A50A7D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AE65D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40F6B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9808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4E10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32D3B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6055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F04B9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699BC">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1FA3E49"/>
    <w:multiLevelType w:val="hybridMultilevel"/>
    <w:tmpl w:val="77DEDFE2"/>
    <w:numStyleLink w:val="eAktarlan9Stili"/>
  </w:abstractNum>
  <w:abstractNum w:abstractNumId="20" w15:restartNumberingAfterBreak="0">
    <w:nsid w:val="273319F6"/>
    <w:multiLevelType w:val="hybridMultilevel"/>
    <w:tmpl w:val="481238B0"/>
    <w:styleLink w:val="eAktarlan1Stili"/>
    <w:lvl w:ilvl="0" w:tplc="4070565C">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3C71F2">
      <w:start w:val="1"/>
      <w:numFmt w:val="lowerLetter"/>
      <w:lvlText w:val="%2)"/>
      <w:lvlJc w:val="left"/>
      <w:pPr>
        <w:ind w:left="108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542074">
      <w:start w:val="1"/>
      <w:numFmt w:val="lowerRoman"/>
      <w:lvlText w:val="%3."/>
      <w:lvlJc w:val="left"/>
      <w:pPr>
        <w:ind w:left="1800" w:hanging="3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184818">
      <w:start w:val="1"/>
      <w:numFmt w:val="decimal"/>
      <w:lvlText w:val="%4."/>
      <w:lvlJc w:val="left"/>
      <w:pPr>
        <w:ind w:left="252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B00122">
      <w:start w:val="1"/>
      <w:numFmt w:val="lowerLetter"/>
      <w:lvlText w:val="%5."/>
      <w:lvlJc w:val="left"/>
      <w:pPr>
        <w:ind w:left="324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6E1580">
      <w:start w:val="1"/>
      <w:numFmt w:val="lowerRoman"/>
      <w:lvlText w:val="%6."/>
      <w:lvlJc w:val="left"/>
      <w:pPr>
        <w:ind w:left="3960" w:hanging="3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78845C">
      <w:start w:val="1"/>
      <w:numFmt w:val="decimal"/>
      <w:lvlText w:val="%7."/>
      <w:lvlJc w:val="left"/>
      <w:pPr>
        <w:ind w:left="468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06CC2">
      <w:start w:val="1"/>
      <w:numFmt w:val="lowerLetter"/>
      <w:lvlText w:val="%8."/>
      <w:lvlJc w:val="left"/>
      <w:pPr>
        <w:ind w:left="540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829D40">
      <w:start w:val="1"/>
      <w:numFmt w:val="lowerRoman"/>
      <w:lvlText w:val="%9."/>
      <w:lvlJc w:val="left"/>
      <w:pPr>
        <w:ind w:left="6120" w:hanging="3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3295798"/>
    <w:multiLevelType w:val="multilevel"/>
    <w:tmpl w:val="6E308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213F0E"/>
    <w:multiLevelType w:val="multilevel"/>
    <w:tmpl w:val="60E6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CE381C"/>
    <w:multiLevelType w:val="hybridMultilevel"/>
    <w:tmpl w:val="1C926574"/>
    <w:numStyleLink w:val="eAktarlan8Stili"/>
  </w:abstractNum>
  <w:abstractNum w:abstractNumId="24" w15:restartNumberingAfterBreak="0">
    <w:nsid w:val="4030250C"/>
    <w:multiLevelType w:val="hybridMultilevel"/>
    <w:tmpl w:val="0340009C"/>
    <w:numStyleLink w:val="eAktarlan7Stili"/>
  </w:abstractNum>
  <w:abstractNum w:abstractNumId="25" w15:restartNumberingAfterBreak="0">
    <w:nsid w:val="42655BFE"/>
    <w:multiLevelType w:val="multilevel"/>
    <w:tmpl w:val="B5BEE514"/>
    <w:styleLink w:val="eAktarlan5Stili"/>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84" w:hanging="3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8F6519A"/>
    <w:multiLevelType w:val="hybridMultilevel"/>
    <w:tmpl w:val="116A63D0"/>
    <w:numStyleLink w:val="eAktarlan10Stili"/>
  </w:abstractNum>
  <w:abstractNum w:abstractNumId="27" w15:restartNumberingAfterBreak="0">
    <w:nsid w:val="4BE007F7"/>
    <w:multiLevelType w:val="multilevel"/>
    <w:tmpl w:val="5DA0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CB2D0A"/>
    <w:multiLevelType w:val="hybridMultilevel"/>
    <w:tmpl w:val="2B7C8BE0"/>
    <w:numStyleLink w:val="eAktarlan3Stili"/>
  </w:abstractNum>
  <w:abstractNum w:abstractNumId="29" w15:restartNumberingAfterBreak="0">
    <w:nsid w:val="545B7276"/>
    <w:multiLevelType w:val="hybridMultilevel"/>
    <w:tmpl w:val="F1B69522"/>
    <w:lvl w:ilvl="0" w:tplc="A1E2F156">
      <w:start w:val="1"/>
      <w:numFmt w:val="decimal"/>
      <w:lvlText w:val="%1."/>
      <w:lvlJc w:val="left"/>
      <w:pPr>
        <w:ind w:left="3589"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0" w15:restartNumberingAfterBreak="0">
    <w:nsid w:val="5C015CF0"/>
    <w:multiLevelType w:val="hybridMultilevel"/>
    <w:tmpl w:val="5FD047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B3B750C"/>
    <w:multiLevelType w:val="multilevel"/>
    <w:tmpl w:val="41C0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A1E06"/>
    <w:multiLevelType w:val="hybridMultilevel"/>
    <w:tmpl w:val="2B7C8BE0"/>
    <w:styleLink w:val="eAktarlan3Stili"/>
    <w:lvl w:ilvl="0" w:tplc="B402659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8A521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849BE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BAB1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D8BB7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B87492">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DE859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84E09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6A0B3E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FE4575E"/>
    <w:multiLevelType w:val="hybridMultilevel"/>
    <w:tmpl w:val="116A63D0"/>
    <w:styleLink w:val="eAktarlan10Stili"/>
    <w:lvl w:ilvl="0" w:tplc="A698C136">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DE9B1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221AE0">
      <w:start w:val="1"/>
      <w:numFmt w:val="lowerRoman"/>
      <w:lvlText w:val="%3."/>
      <w:lvlJc w:val="left"/>
      <w:pPr>
        <w:ind w:left="25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D8BB6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43D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209D92">
      <w:start w:val="1"/>
      <w:numFmt w:val="lowerRoman"/>
      <w:lvlText w:val="%6."/>
      <w:lvlJc w:val="left"/>
      <w:pPr>
        <w:ind w:left="46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94A9C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F896D0">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A3516">
      <w:start w:val="1"/>
      <w:numFmt w:val="lowerRoman"/>
      <w:lvlText w:val="%9."/>
      <w:lvlJc w:val="left"/>
      <w:pPr>
        <w:ind w:left="68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2C53D17"/>
    <w:multiLevelType w:val="hybridMultilevel"/>
    <w:tmpl w:val="C136B7B8"/>
    <w:styleLink w:val="eAktarlan4Stili"/>
    <w:lvl w:ilvl="0" w:tplc="8D127C6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8AB6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2E836C">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4CF4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1C88E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D073C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DC6C2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DA407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85A62F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5D12B77"/>
    <w:multiLevelType w:val="multilevel"/>
    <w:tmpl w:val="49DE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7205B0"/>
    <w:multiLevelType w:val="multilevel"/>
    <w:tmpl w:val="DCB6E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241376"/>
    <w:multiLevelType w:val="multilevel"/>
    <w:tmpl w:val="8616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380283"/>
    <w:multiLevelType w:val="hybridMultilevel"/>
    <w:tmpl w:val="057A80FC"/>
    <w:styleLink w:val="eAktarlan6Stili"/>
    <w:lvl w:ilvl="0" w:tplc="CD4A4AD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9EC9B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94477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8087F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96360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D85EB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9AC99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89A7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70762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6"/>
  </w:num>
  <w:num w:numId="11">
    <w:abstractNumId w:val="20"/>
  </w:num>
  <w:num w:numId="12">
    <w:abstractNumId w:val="16"/>
  </w:num>
  <w:num w:numId="13">
    <w:abstractNumId w:val="9"/>
  </w:num>
  <w:num w:numId="14">
    <w:abstractNumId w:val="10"/>
  </w:num>
  <w:num w:numId="15">
    <w:abstractNumId w:val="32"/>
  </w:num>
  <w:num w:numId="16">
    <w:abstractNumId w:val="28"/>
  </w:num>
  <w:num w:numId="17">
    <w:abstractNumId w:val="34"/>
  </w:num>
  <w:num w:numId="18">
    <w:abstractNumId w:val="13"/>
  </w:num>
  <w:num w:numId="19">
    <w:abstractNumId w:val="25"/>
  </w:num>
  <w:num w:numId="20">
    <w:abstractNumId w:val="11"/>
  </w:num>
  <w:num w:numId="21">
    <w:abstractNumId w:val="38"/>
  </w:num>
  <w:num w:numId="22">
    <w:abstractNumId w:val="14"/>
  </w:num>
  <w:num w:numId="23">
    <w:abstractNumId w:val="15"/>
  </w:num>
  <w:num w:numId="24">
    <w:abstractNumId w:val="24"/>
  </w:num>
  <w:num w:numId="25">
    <w:abstractNumId w:val="28"/>
    <w:lvlOverride w:ilvl="1">
      <w:lvl w:ilvl="1" w:tplc="8016542C">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6">
    <w:abstractNumId w:val="18"/>
  </w:num>
  <w:num w:numId="27">
    <w:abstractNumId w:val="23"/>
  </w:num>
  <w:num w:numId="28">
    <w:abstractNumId w:val="17"/>
  </w:num>
  <w:num w:numId="29">
    <w:abstractNumId w:val="19"/>
  </w:num>
  <w:num w:numId="30">
    <w:abstractNumId w:val="33"/>
  </w:num>
  <w:num w:numId="31">
    <w:abstractNumId w:val="26"/>
  </w:num>
  <w:num w:numId="32">
    <w:abstractNumId w:val="31"/>
  </w:num>
  <w:num w:numId="33">
    <w:abstractNumId w:val="22"/>
  </w:num>
  <w:num w:numId="34">
    <w:abstractNumId w:val="37"/>
  </w:num>
  <w:num w:numId="35">
    <w:abstractNumId w:val="30"/>
  </w:num>
  <w:num w:numId="36">
    <w:abstractNumId w:val="29"/>
  </w:num>
  <w:num w:numId="37">
    <w:abstractNumId w:val="35"/>
  </w:num>
  <w:num w:numId="38">
    <w:abstractNumId w:val="27"/>
  </w:num>
  <w:num w:numId="39">
    <w:abstractNumId w:val="12"/>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2BB2"/>
    <w:rsid w:val="00034616"/>
    <w:rsid w:val="0006063C"/>
    <w:rsid w:val="0015074B"/>
    <w:rsid w:val="0015109E"/>
    <w:rsid w:val="001C72E7"/>
    <w:rsid w:val="0029639D"/>
    <w:rsid w:val="00326F90"/>
    <w:rsid w:val="003F4D10"/>
    <w:rsid w:val="00454C6A"/>
    <w:rsid w:val="006171EE"/>
    <w:rsid w:val="006725C8"/>
    <w:rsid w:val="00724857"/>
    <w:rsid w:val="007E3E4C"/>
    <w:rsid w:val="007F2C2E"/>
    <w:rsid w:val="00851F2A"/>
    <w:rsid w:val="00864541"/>
    <w:rsid w:val="008F30FC"/>
    <w:rsid w:val="0096713F"/>
    <w:rsid w:val="00A466AC"/>
    <w:rsid w:val="00AA1D8D"/>
    <w:rsid w:val="00B47730"/>
    <w:rsid w:val="00CA4DE3"/>
    <w:rsid w:val="00CB0664"/>
    <w:rsid w:val="00EB1FDD"/>
    <w:rsid w:val="00ED16B3"/>
    <w:rsid w:val="00F024F6"/>
    <w:rsid w:val="00F3512A"/>
    <w:rsid w:val="00F751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414388"/>
  <w14:defaultImageDpi w14:val="300"/>
  <w15:docId w15:val="{87CAD92B-D7C0-0142-B6E7-A8D66573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171EE"/>
    <w:pPr>
      <w:spacing w:before="100" w:beforeAutospacing="1" w:after="100" w:afterAutospacing="1" w:line="240" w:lineRule="auto"/>
    </w:pPr>
    <w:rPr>
      <w:rFonts w:cs="Times New Roman"/>
      <w:sz w:val="24"/>
      <w:szCs w:val="24"/>
      <w:lang w:val="tr-TR" w:eastAsia="tr-TR"/>
    </w:rPr>
  </w:style>
  <w:style w:type="table" w:styleId="KlavuzTablo1Ak-Vurgu1">
    <w:name w:val="Grid Table 1 Light Accent 1"/>
    <w:basedOn w:val="NormalTablo"/>
    <w:uiPriority w:val="46"/>
    <w:rsid w:val="006171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6171E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Gvde">
    <w:name w:val="Gövde"/>
    <w:rsid w:val="006725C8"/>
    <w:pPr>
      <w:pBdr>
        <w:top w:val="nil"/>
        <w:left w:val="nil"/>
        <w:bottom w:val="nil"/>
        <w:right w:val="nil"/>
        <w:between w:val="nil"/>
        <w:bar w:val="nil"/>
      </w:pBdr>
    </w:pPr>
    <w:rPr>
      <w:rFonts w:ascii="Calibri" w:eastAsia="Arial Unicode MS" w:hAnsi="Calibri" w:cs="Arial Unicode MS"/>
      <w:color w:val="000000"/>
      <w:u w:color="000000"/>
      <w:bdr w:val="nil"/>
      <w:lang w:val="tr-TR" w:eastAsia="tr-TR"/>
      <w14:textOutline w14:w="0" w14:cap="flat" w14:cmpd="sng" w14:algn="ctr">
        <w14:noFill/>
        <w14:prstDash w14:val="solid"/>
        <w14:bevel/>
      </w14:textOutline>
    </w:rPr>
  </w:style>
  <w:style w:type="character" w:styleId="Kpr">
    <w:name w:val="Hyperlink"/>
    <w:rsid w:val="00F7513F"/>
    <w:rPr>
      <w:u w:val="single"/>
    </w:rPr>
  </w:style>
  <w:style w:type="table" w:customStyle="1" w:styleId="TableNormal">
    <w:name w:val="Table Normal"/>
    <w:rsid w:val="00F7513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tr-TR" w:eastAsia="tr-TR"/>
    </w:rPr>
    <w:tblPr>
      <w:tblInd w:w="0" w:type="dxa"/>
      <w:tblCellMar>
        <w:top w:w="0" w:type="dxa"/>
        <w:left w:w="0" w:type="dxa"/>
        <w:bottom w:w="0" w:type="dxa"/>
        <w:right w:w="0" w:type="dxa"/>
      </w:tblCellMar>
    </w:tblPr>
  </w:style>
  <w:style w:type="paragraph" w:customStyle="1" w:styleId="stBilgiveAltBilgi">
    <w:name w:val="Üst Bilgi ve Alt Bilgi"/>
    <w:rsid w:val="00F7513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tr-TR" w:eastAsia="tr-TR"/>
      <w14:textOutline w14:w="0" w14:cap="flat" w14:cmpd="sng" w14:algn="ctr">
        <w14:noFill/>
        <w14:prstDash w14:val="solid"/>
        <w14:bevel/>
      </w14:textOutline>
    </w:rPr>
  </w:style>
  <w:style w:type="numbering" w:customStyle="1" w:styleId="eAktarlan1Stili">
    <w:name w:val="İçe Aktarılan 1 Stili"/>
    <w:rsid w:val="00F7513F"/>
    <w:pPr>
      <w:numPr>
        <w:numId w:val="11"/>
      </w:numPr>
    </w:pPr>
  </w:style>
  <w:style w:type="numbering" w:customStyle="1" w:styleId="eAktarlan2Stili">
    <w:name w:val="İçe Aktarılan 2 Stili"/>
    <w:rsid w:val="00F7513F"/>
    <w:pPr>
      <w:numPr>
        <w:numId w:val="13"/>
      </w:numPr>
    </w:pPr>
  </w:style>
  <w:style w:type="numbering" w:customStyle="1" w:styleId="eAktarlan3Stili">
    <w:name w:val="İçe Aktarılan 3 Stili"/>
    <w:rsid w:val="00F7513F"/>
    <w:pPr>
      <w:numPr>
        <w:numId w:val="15"/>
      </w:numPr>
    </w:pPr>
  </w:style>
  <w:style w:type="numbering" w:customStyle="1" w:styleId="eAktarlan4Stili">
    <w:name w:val="İçe Aktarılan 4 Stili"/>
    <w:rsid w:val="00F7513F"/>
    <w:pPr>
      <w:numPr>
        <w:numId w:val="17"/>
      </w:numPr>
    </w:pPr>
  </w:style>
  <w:style w:type="numbering" w:customStyle="1" w:styleId="eAktarlan5Stili">
    <w:name w:val="İçe Aktarılan 5 Stili"/>
    <w:rsid w:val="00F7513F"/>
    <w:pPr>
      <w:numPr>
        <w:numId w:val="19"/>
      </w:numPr>
    </w:pPr>
  </w:style>
  <w:style w:type="numbering" w:customStyle="1" w:styleId="eAktarlan6Stili">
    <w:name w:val="İçe Aktarılan 6 Stili"/>
    <w:rsid w:val="00F7513F"/>
    <w:pPr>
      <w:numPr>
        <w:numId w:val="21"/>
      </w:numPr>
    </w:pPr>
  </w:style>
  <w:style w:type="paragraph" w:customStyle="1" w:styleId="GvdeA">
    <w:name w:val="Gövde A"/>
    <w:rsid w:val="00F7513F"/>
    <w:pPr>
      <w:pBdr>
        <w:top w:val="nil"/>
        <w:left w:val="nil"/>
        <w:bottom w:val="nil"/>
        <w:right w:val="nil"/>
        <w:between w:val="nil"/>
        <w:bar w:val="nil"/>
      </w:pBdr>
      <w:spacing w:before="240" w:after="240" w:line="240" w:lineRule="auto"/>
      <w:ind w:left="720" w:hanging="360"/>
      <w:jc w:val="both"/>
    </w:pPr>
    <w:rPr>
      <w:rFonts w:ascii="Times New Roman" w:eastAsia="Arial Unicode MS" w:hAnsi="Times New Roman" w:cs="Arial Unicode MS"/>
      <w:color w:val="000000"/>
      <w:sz w:val="24"/>
      <w:szCs w:val="24"/>
      <w:u w:color="000000"/>
      <w:bdr w:val="nil"/>
      <w:lang w:val="it-IT" w:eastAsia="tr-TR"/>
      <w14:textOutline w14:w="12700" w14:cap="flat" w14:cmpd="sng" w14:algn="ctr">
        <w14:noFill/>
        <w14:prstDash w14:val="solid"/>
        <w14:miter w14:lim="400000"/>
      </w14:textOutline>
    </w:rPr>
  </w:style>
  <w:style w:type="paragraph" w:customStyle="1" w:styleId="SaptanmA">
    <w:name w:val="Saptanmış A"/>
    <w:rsid w:val="00F7513F"/>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u w:color="000000"/>
      <w:bdr w:val="nil"/>
      <w:lang w:val="tr-TR" w:eastAsia="tr-TR"/>
      <w14:textOutline w14:w="12700" w14:cap="flat" w14:cmpd="sng" w14:algn="ctr">
        <w14:noFill/>
        <w14:prstDash w14:val="solid"/>
        <w14:miter w14:lim="400000"/>
      </w14:textOutline>
    </w:rPr>
  </w:style>
  <w:style w:type="paragraph" w:customStyle="1" w:styleId="Default">
    <w:name w:val="Default"/>
    <w:rsid w:val="00F7513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tr-TR" w:eastAsia="tr-TR"/>
    </w:rPr>
  </w:style>
  <w:style w:type="numbering" w:customStyle="1" w:styleId="eAktarlan7Stili">
    <w:name w:val="İçe Aktarılan 7 Stili"/>
    <w:rsid w:val="00F7513F"/>
    <w:pPr>
      <w:numPr>
        <w:numId w:val="23"/>
      </w:numPr>
    </w:pPr>
  </w:style>
  <w:style w:type="numbering" w:customStyle="1" w:styleId="eAktarlan8Stili">
    <w:name w:val="İçe Aktarılan 8 Stili"/>
    <w:rsid w:val="00F7513F"/>
    <w:pPr>
      <w:numPr>
        <w:numId w:val="26"/>
      </w:numPr>
    </w:pPr>
  </w:style>
  <w:style w:type="numbering" w:customStyle="1" w:styleId="eAktarlan9Stili">
    <w:name w:val="İçe Aktarılan 9 Stili"/>
    <w:rsid w:val="00F7513F"/>
    <w:pPr>
      <w:numPr>
        <w:numId w:val="28"/>
      </w:numPr>
    </w:pPr>
  </w:style>
  <w:style w:type="numbering" w:customStyle="1" w:styleId="eAktarlan10Stili">
    <w:name w:val="İçe Aktarılan 10 Stili"/>
    <w:rsid w:val="00F7513F"/>
    <w:pPr>
      <w:numPr>
        <w:numId w:val="30"/>
      </w:numPr>
    </w:pPr>
  </w:style>
  <w:style w:type="character" w:styleId="YerTutucuMetni">
    <w:name w:val="Placeholder Text"/>
    <w:basedOn w:val="VarsaylanParagrafYazTipi"/>
    <w:uiPriority w:val="99"/>
    <w:semiHidden/>
    <w:rsid w:val="00022B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00149-604F-4122-A5E3-4FAD50F1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8202</Words>
  <Characters>46756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cp:revision>
  <dcterms:created xsi:type="dcterms:W3CDTF">2026-04-24T14:00:00Z</dcterms:created>
  <dcterms:modified xsi:type="dcterms:W3CDTF">2026-07-31T08:32:00Z</dcterms:modified>
  <cp:category/>
</cp:coreProperties>
</file>